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9326D" w14:textId="77777777" w:rsidR="009A4CDD" w:rsidRPr="00071963" w:rsidRDefault="009A4CDD" w:rsidP="00F14042">
      <w:pPr>
        <w:spacing w:after="0" w:line="240" w:lineRule="auto"/>
        <w:jc w:val="center"/>
        <w:rPr>
          <w:rFonts w:ascii="Arial" w:hAnsi="Arial" w:cs="Arial"/>
          <w:b/>
          <w:bCs/>
        </w:rPr>
      </w:pPr>
    </w:p>
    <w:p w14:paraId="09A067AD" w14:textId="77777777" w:rsidR="00736F73" w:rsidRPr="00071963" w:rsidRDefault="00000000" w:rsidP="00BC2145">
      <w:pPr>
        <w:spacing w:after="0" w:line="240" w:lineRule="auto"/>
        <w:jc w:val="center"/>
        <w:rPr>
          <w:rFonts w:ascii="Arial" w:hAnsi="Arial" w:cs="Arial"/>
          <w:b/>
          <w:bCs/>
        </w:rPr>
      </w:pPr>
      <w:r w:rsidRPr="00071963">
        <w:rPr>
          <w:rFonts w:ascii="Arial" w:hAnsi="Arial" w:cs="Arial"/>
          <w:b/>
          <w:bCs/>
        </w:rPr>
        <w:t>BASES DE POSTULACIÓN</w:t>
      </w:r>
      <w:bookmarkStart w:id="0" w:name="_Hlk203248160"/>
      <w:bookmarkStart w:id="1" w:name="_Hlk203172779"/>
      <w:r w:rsidR="00BC2145" w:rsidRPr="00071963">
        <w:rPr>
          <w:rFonts w:ascii="Arial" w:hAnsi="Arial" w:cs="Arial"/>
          <w:b/>
          <w:bCs/>
        </w:rPr>
        <w:t xml:space="preserve"> </w:t>
      </w:r>
      <w:r w:rsidRPr="00071963">
        <w:rPr>
          <w:rFonts w:ascii="Arial" w:hAnsi="Arial" w:cs="Arial"/>
          <w:b/>
          <w:bCs/>
        </w:rPr>
        <w:t xml:space="preserve">STANDS DE </w:t>
      </w:r>
      <w:r w:rsidR="00051C56" w:rsidRPr="00071963">
        <w:rPr>
          <w:rFonts w:ascii="Arial" w:hAnsi="Arial" w:cs="Arial"/>
          <w:b/>
          <w:bCs/>
        </w:rPr>
        <w:t xml:space="preserve">COMIDAS INTERNACIONALES </w:t>
      </w:r>
    </w:p>
    <w:bookmarkEnd w:id="0"/>
    <w:p w14:paraId="69B616C9" w14:textId="77777777" w:rsidR="003F03BC" w:rsidRPr="00071963" w:rsidRDefault="00000000" w:rsidP="00F14042">
      <w:pPr>
        <w:spacing w:after="0" w:line="240" w:lineRule="auto"/>
        <w:jc w:val="center"/>
        <w:rPr>
          <w:rFonts w:ascii="Arial" w:hAnsi="Arial" w:cs="Arial"/>
          <w:b/>
          <w:bCs/>
        </w:rPr>
      </w:pPr>
      <w:r w:rsidRPr="00071963">
        <w:rPr>
          <w:rFonts w:ascii="Arial" w:hAnsi="Arial" w:cs="Arial"/>
          <w:b/>
          <w:bCs/>
        </w:rPr>
        <w:t>FIESTA DE LA PRIMAVERA 202</w:t>
      </w:r>
      <w:r w:rsidR="0009740C" w:rsidRPr="00071963">
        <w:rPr>
          <w:rFonts w:ascii="Arial" w:hAnsi="Arial" w:cs="Arial"/>
          <w:b/>
          <w:bCs/>
        </w:rPr>
        <w:t>6</w:t>
      </w:r>
    </w:p>
    <w:bookmarkEnd w:id="1"/>
    <w:p w14:paraId="09950D0A" w14:textId="77777777" w:rsidR="00736F73" w:rsidRPr="00071963" w:rsidRDefault="00000000" w:rsidP="00F14042">
      <w:pPr>
        <w:spacing w:after="0" w:line="240" w:lineRule="auto"/>
        <w:jc w:val="center"/>
        <w:rPr>
          <w:rFonts w:ascii="Arial" w:hAnsi="Arial" w:cs="Arial"/>
          <w:b/>
          <w:bCs/>
        </w:rPr>
      </w:pPr>
      <w:r w:rsidRPr="00071963">
        <w:rPr>
          <w:rFonts w:ascii="Arial" w:hAnsi="Arial" w:cs="Arial"/>
          <w:b/>
          <w:bCs/>
        </w:rPr>
        <w:t>MUNICIPALIDAD DE CHIGUAYANTE</w:t>
      </w:r>
    </w:p>
    <w:p w14:paraId="36220150" w14:textId="77777777" w:rsidR="00FD5099" w:rsidRPr="00071963" w:rsidRDefault="00FD5099" w:rsidP="008013B1">
      <w:pPr>
        <w:spacing w:after="0"/>
        <w:jc w:val="center"/>
        <w:rPr>
          <w:rFonts w:ascii="Arial" w:hAnsi="Arial" w:cs="Arial"/>
        </w:rPr>
      </w:pPr>
    </w:p>
    <w:p w14:paraId="51993B3E" w14:textId="77777777" w:rsidR="008013B1" w:rsidRPr="00071963" w:rsidRDefault="008013B1" w:rsidP="008013B1">
      <w:pPr>
        <w:spacing w:after="0"/>
        <w:jc w:val="center"/>
        <w:rPr>
          <w:rFonts w:ascii="Arial" w:hAnsi="Arial" w:cs="Arial"/>
        </w:rPr>
      </w:pPr>
    </w:p>
    <w:p w14:paraId="7E82A9EA" w14:textId="77777777" w:rsidR="00FD5099" w:rsidRPr="00071963" w:rsidRDefault="00FD5099" w:rsidP="00FD5099">
      <w:pPr>
        <w:rPr>
          <w:rFonts w:ascii="Arial" w:hAnsi="Arial" w:cs="Arial"/>
        </w:rPr>
      </w:pPr>
      <w:r w:rsidRPr="00071963">
        <w:rPr>
          <w:rFonts w:ascii="Arial" w:eastAsia="Times New Roman" w:hAnsi="Arial" w:cs="Arial"/>
          <w:b/>
        </w:rPr>
        <w:t>I. ANTECEDENTES GENERALES</w:t>
      </w:r>
      <w:r w:rsidR="00BC2145" w:rsidRPr="00071963">
        <w:rPr>
          <w:rFonts w:ascii="Arial" w:eastAsia="Times New Roman" w:hAnsi="Arial" w:cs="Arial"/>
          <w:b/>
        </w:rPr>
        <w:t>.</w:t>
      </w:r>
    </w:p>
    <w:p w14:paraId="75BD6187" w14:textId="77777777" w:rsidR="00FD5099" w:rsidRPr="00071963" w:rsidRDefault="00FD5099" w:rsidP="000A5F97">
      <w:pPr>
        <w:ind w:firstLine="567"/>
        <w:rPr>
          <w:rFonts w:ascii="Arial" w:eastAsia="Times New Roman" w:hAnsi="Arial" w:cs="Arial"/>
        </w:rPr>
      </w:pPr>
      <w:r w:rsidRPr="00071963">
        <w:rPr>
          <w:rFonts w:ascii="Arial" w:hAnsi="Arial" w:cs="Arial"/>
        </w:rPr>
        <w:t>La Municipalidad de Chiguayante, representada por su alcalde Jorge Lozano Zapata, a través de la Dirección de Desarrollo Comunitario (DIDECO), tiene el agrado de invitar a la comunidad a participar y celebrar la Fiesta de la Primavera 2026 en la comuna.</w:t>
      </w:r>
    </w:p>
    <w:p w14:paraId="7D536B0E" w14:textId="77777777" w:rsidR="00FD5099" w:rsidRPr="00071963" w:rsidRDefault="00FD5099" w:rsidP="000A5F97">
      <w:pPr>
        <w:spacing w:after="0"/>
        <w:ind w:firstLine="567"/>
        <w:rPr>
          <w:rFonts w:ascii="Arial" w:eastAsia="Times New Roman" w:hAnsi="Arial" w:cs="Arial"/>
        </w:rPr>
      </w:pPr>
      <w:r w:rsidRPr="00071963">
        <w:rPr>
          <w:rFonts w:ascii="Arial" w:eastAsia="Times New Roman" w:hAnsi="Arial" w:cs="Arial"/>
        </w:rPr>
        <w:t>En este contexto, se han preparado las siguientes bases que regulan la postulación, funcionamiento y adjudicación de los diversos puestos comerciales que estarán disponibles durante estas festividades.</w:t>
      </w:r>
    </w:p>
    <w:p w14:paraId="043EF166" w14:textId="77777777" w:rsidR="00636147" w:rsidRPr="00071963" w:rsidRDefault="00636147" w:rsidP="00FD5099">
      <w:pPr>
        <w:spacing w:after="0"/>
        <w:rPr>
          <w:rFonts w:ascii="Arial" w:hAnsi="Arial" w:cs="Arial"/>
        </w:rPr>
      </w:pPr>
    </w:p>
    <w:p w14:paraId="7DBF8C86" w14:textId="77777777" w:rsidR="00FD5099" w:rsidRPr="00071963" w:rsidRDefault="00FD5099" w:rsidP="00FD5099">
      <w:pPr>
        <w:rPr>
          <w:rFonts w:ascii="Arial" w:eastAsia="Times New Roman" w:hAnsi="Arial" w:cs="Arial"/>
          <w:b/>
        </w:rPr>
      </w:pPr>
      <w:r w:rsidRPr="00071963">
        <w:rPr>
          <w:rFonts w:ascii="Arial" w:eastAsia="Times New Roman" w:hAnsi="Arial" w:cs="Arial"/>
          <w:b/>
        </w:rPr>
        <w:t>II. ANTECEDENTES DE LAS FIESTA DE LA PRIMAVERA 202</w:t>
      </w:r>
      <w:r w:rsidR="0009740C" w:rsidRPr="00071963">
        <w:rPr>
          <w:rFonts w:ascii="Arial" w:eastAsia="Times New Roman" w:hAnsi="Arial" w:cs="Arial"/>
          <w:b/>
        </w:rPr>
        <w:t>6</w:t>
      </w:r>
      <w:r w:rsidR="000A5F97" w:rsidRPr="00071963">
        <w:rPr>
          <w:rFonts w:ascii="Arial" w:eastAsia="Times New Roman" w:hAnsi="Arial" w:cs="Arial"/>
          <w:b/>
        </w:rPr>
        <w:t>.</w:t>
      </w:r>
    </w:p>
    <w:tbl>
      <w:tblPr>
        <w:tblStyle w:val="Tablaconcuadrcula"/>
        <w:tblW w:w="0" w:type="auto"/>
        <w:jc w:val="center"/>
        <w:tblLook w:val="04A0" w:firstRow="1" w:lastRow="0" w:firstColumn="1" w:lastColumn="0" w:noHBand="0" w:noVBand="1"/>
      </w:tblPr>
      <w:tblGrid>
        <w:gridCol w:w="2803"/>
        <w:gridCol w:w="6025"/>
      </w:tblGrid>
      <w:tr w:rsidR="0009740C" w:rsidRPr="00071963" w14:paraId="2D67731C" w14:textId="77777777" w:rsidTr="000A5F97">
        <w:trPr>
          <w:trHeight w:val="627"/>
          <w:jc w:val="center"/>
        </w:trPr>
        <w:tc>
          <w:tcPr>
            <w:tcW w:w="2943" w:type="dxa"/>
            <w:shd w:val="clear" w:color="auto" w:fill="F2F2F2" w:themeFill="background1" w:themeFillShade="F2"/>
            <w:vAlign w:val="center"/>
          </w:tcPr>
          <w:p w14:paraId="387EF2E8" w14:textId="77777777" w:rsidR="004D6C39" w:rsidRPr="009B1431" w:rsidRDefault="00000000" w:rsidP="009B1431">
            <w:pPr>
              <w:jc w:val="center"/>
              <w:rPr>
                <w:rFonts w:ascii="Arial" w:hAnsi="Arial" w:cs="Arial"/>
                <w:b/>
                <w:bCs/>
              </w:rPr>
            </w:pPr>
            <w:r w:rsidRPr="009B1431">
              <w:rPr>
                <w:rFonts w:ascii="Arial" w:hAnsi="Arial" w:cs="Arial"/>
                <w:b/>
                <w:bCs/>
              </w:rPr>
              <w:t>Fecha de realización</w:t>
            </w:r>
          </w:p>
        </w:tc>
        <w:tc>
          <w:tcPr>
            <w:tcW w:w="6691" w:type="dxa"/>
            <w:vAlign w:val="center"/>
          </w:tcPr>
          <w:p w14:paraId="79397C6E" w14:textId="77777777" w:rsidR="004D6C39" w:rsidRPr="00071963" w:rsidRDefault="00000000">
            <w:pPr>
              <w:rPr>
                <w:rFonts w:ascii="Arial" w:hAnsi="Arial" w:cs="Arial"/>
              </w:rPr>
            </w:pPr>
            <w:r w:rsidRPr="00071963">
              <w:rPr>
                <w:rFonts w:ascii="Arial" w:hAnsi="Arial" w:cs="Arial"/>
              </w:rPr>
              <w:t>Desde el viernes 20 hasta el domingo 22 de noviembre de 2026.</w:t>
            </w:r>
          </w:p>
        </w:tc>
      </w:tr>
      <w:tr w:rsidR="0009740C" w:rsidRPr="00071963" w14:paraId="0BFA7F61" w14:textId="77777777" w:rsidTr="000A5F97">
        <w:trPr>
          <w:trHeight w:val="658"/>
          <w:jc w:val="center"/>
        </w:trPr>
        <w:tc>
          <w:tcPr>
            <w:tcW w:w="2943" w:type="dxa"/>
            <w:shd w:val="clear" w:color="auto" w:fill="F2F2F2" w:themeFill="background1" w:themeFillShade="F2"/>
            <w:vAlign w:val="center"/>
          </w:tcPr>
          <w:p w14:paraId="74B7C96B" w14:textId="77777777" w:rsidR="004D6C39" w:rsidRPr="009B1431" w:rsidRDefault="00000000" w:rsidP="009B1431">
            <w:pPr>
              <w:jc w:val="center"/>
              <w:rPr>
                <w:rFonts w:ascii="Arial" w:hAnsi="Arial" w:cs="Arial"/>
                <w:b/>
                <w:bCs/>
              </w:rPr>
            </w:pPr>
            <w:r w:rsidRPr="009B1431">
              <w:rPr>
                <w:rFonts w:ascii="Arial" w:hAnsi="Arial" w:cs="Arial"/>
                <w:b/>
                <w:bCs/>
              </w:rPr>
              <w:t>Lugar de realización</w:t>
            </w:r>
          </w:p>
        </w:tc>
        <w:tc>
          <w:tcPr>
            <w:tcW w:w="6691" w:type="dxa"/>
            <w:vAlign w:val="center"/>
          </w:tcPr>
          <w:p w14:paraId="49B6FC51" w14:textId="56B09B82" w:rsidR="004D6C39" w:rsidRPr="00071963" w:rsidRDefault="00000000">
            <w:pPr>
              <w:rPr>
                <w:rFonts w:ascii="Arial" w:hAnsi="Arial" w:cs="Arial"/>
              </w:rPr>
            </w:pPr>
            <w:r w:rsidRPr="00071963">
              <w:rPr>
                <w:rFonts w:ascii="Arial" w:hAnsi="Arial" w:cs="Arial"/>
              </w:rPr>
              <w:t xml:space="preserve">Parque </w:t>
            </w:r>
            <w:r w:rsidR="00665F29">
              <w:rPr>
                <w:rFonts w:ascii="Arial" w:hAnsi="Arial" w:cs="Arial"/>
              </w:rPr>
              <w:t xml:space="preserve">La </w:t>
            </w:r>
            <w:r w:rsidRPr="00071963">
              <w:rPr>
                <w:rFonts w:ascii="Arial" w:hAnsi="Arial" w:cs="Arial"/>
              </w:rPr>
              <w:t>Ribera de Chiguayante.</w:t>
            </w:r>
          </w:p>
        </w:tc>
      </w:tr>
      <w:tr w:rsidR="0009740C" w:rsidRPr="00071963" w14:paraId="6D01AF29" w14:textId="77777777" w:rsidTr="00071963">
        <w:trPr>
          <w:trHeight w:val="1077"/>
          <w:jc w:val="center"/>
        </w:trPr>
        <w:tc>
          <w:tcPr>
            <w:tcW w:w="2943" w:type="dxa"/>
            <w:shd w:val="clear" w:color="auto" w:fill="F2F2F2" w:themeFill="background1" w:themeFillShade="F2"/>
            <w:vAlign w:val="center"/>
          </w:tcPr>
          <w:p w14:paraId="23F55873" w14:textId="77777777" w:rsidR="004D6C39" w:rsidRPr="009B1431" w:rsidRDefault="00000000" w:rsidP="009B1431">
            <w:pPr>
              <w:jc w:val="center"/>
              <w:rPr>
                <w:rFonts w:ascii="Arial" w:hAnsi="Arial" w:cs="Arial"/>
                <w:b/>
                <w:bCs/>
              </w:rPr>
            </w:pPr>
            <w:r w:rsidRPr="009B1431">
              <w:rPr>
                <w:rFonts w:ascii="Arial" w:hAnsi="Arial" w:cs="Arial"/>
                <w:b/>
                <w:bCs/>
              </w:rPr>
              <w:t>Horario de funcionamiento (atención al público)</w:t>
            </w:r>
          </w:p>
        </w:tc>
        <w:tc>
          <w:tcPr>
            <w:tcW w:w="6691" w:type="dxa"/>
            <w:vAlign w:val="center"/>
          </w:tcPr>
          <w:p w14:paraId="164EEDB3" w14:textId="084B7047" w:rsidR="004D6C39" w:rsidRPr="00665F29" w:rsidRDefault="00665F29">
            <w:pPr>
              <w:rPr>
                <w:rFonts w:ascii="Arial" w:hAnsi="Arial" w:cs="Arial"/>
              </w:rPr>
            </w:pPr>
            <w:r w:rsidRPr="00D74C75">
              <w:rPr>
                <w:rFonts w:ascii="Arial" w:hAnsi="Arial" w:cs="Arial"/>
              </w:rPr>
              <w:t>Entre las 12:00 y las 22:00 hrs.</w:t>
            </w:r>
            <w:r w:rsidRPr="00665F29">
              <w:rPr>
                <w:rFonts w:ascii="Arial" w:hAnsi="Arial" w:cs="Arial"/>
              </w:rPr>
              <w:t xml:space="preserve"> </w:t>
            </w:r>
          </w:p>
        </w:tc>
      </w:tr>
    </w:tbl>
    <w:p w14:paraId="660D8BE5" w14:textId="77777777" w:rsidR="002E252D" w:rsidRPr="00071963" w:rsidRDefault="002E252D" w:rsidP="00636147">
      <w:pPr>
        <w:spacing w:after="0" w:line="276" w:lineRule="auto"/>
        <w:rPr>
          <w:rFonts w:ascii="Arial" w:eastAsia="Times New Roman" w:hAnsi="Arial" w:cs="Arial"/>
        </w:rPr>
      </w:pPr>
    </w:p>
    <w:p w14:paraId="30BCB51F" w14:textId="77777777" w:rsidR="002E252D" w:rsidRPr="00071963" w:rsidRDefault="002E252D" w:rsidP="002E252D">
      <w:pPr>
        <w:spacing w:after="200" w:line="276" w:lineRule="auto"/>
        <w:rPr>
          <w:rFonts w:ascii="Arial" w:hAnsi="Arial" w:cs="Arial"/>
        </w:rPr>
      </w:pPr>
      <w:r w:rsidRPr="00071963">
        <w:rPr>
          <w:rFonts w:ascii="Arial" w:eastAsia="Times New Roman" w:hAnsi="Arial" w:cs="Arial"/>
          <w:b/>
        </w:rPr>
        <w:t>III. ANTECEDENTES DE LA CONVOCATORIA</w:t>
      </w:r>
      <w:r w:rsidR="000A5F97" w:rsidRPr="00071963">
        <w:rPr>
          <w:rFonts w:ascii="Arial" w:eastAsia="Times New Roman" w:hAnsi="Arial" w:cs="Arial"/>
          <w:b/>
        </w:rPr>
        <w:t>.</w:t>
      </w:r>
    </w:p>
    <w:p w14:paraId="527D3370" w14:textId="77777777" w:rsidR="002E252D" w:rsidRPr="00071963" w:rsidRDefault="002E252D" w:rsidP="000A5F97">
      <w:pPr>
        <w:pStyle w:val="Prrafodelista"/>
        <w:numPr>
          <w:ilvl w:val="0"/>
          <w:numId w:val="12"/>
        </w:numPr>
        <w:tabs>
          <w:tab w:val="left" w:pos="284"/>
        </w:tabs>
        <w:spacing w:before="240" w:line="276" w:lineRule="auto"/>
        <w:ind w:left="0" w:firstLine="0"/>
        <w:rPr>
          <w:rFonts w:ascii="Arial" w:eastAsia="Times New Roman" w:hAnsi="Arial" w:cs="Arial"/>
        </w:rPr>
      </w:pPr>
      <w:r w:rsidRPr="00071963">
        <w:rPr>
          <w:rFonts w:ascii="Arial" w:hAnsi="Arial" w:cs="Arial"/>
        </w:rPr>
        <w:t>El área destinada para los STANDS DE COMIDAS INTERNACIONALES FIESTA DE LA PRIMAVERA 2026 estará distribuida dentro del recinto de acuerdo a planificación del evento. La asignación del sector será informada a los seleccionados en reunión de coordinación previa al inicio de la actividad.</w:t>
      </w:r>
    </w:p>
    <w:p w14:paraId="282B2CFA" w14:textId="4C920A9D" w:rsidR="005F1803" w:rsidRPr="00071963" w:rsidRDefault="0000361C" w:rsidP="000A5F97">
      <w:pPr>
        <w:pStyle w:val="Prrafodelista"/>
        <w:numPr>
          <w:ilvl w:val="0"/>
          <w:numId w:val="12"/>
        </w:numPr>
        <w:tabs>
          <w:tab w:val="left" w:pos="284"/>
        </w:tabs>
        <w:spacing w:before="240" w:line="276" w:lineRule="auto"/>
        <w:ind w:left="0" w:firstLine="0"/>
        <w:rPr>
          <w:rFonts w:ascii="Arial" w:eastAsia="Times New Roman" w:hAnsi="Arial" w:cs="Arial"/>
        </w:rPr>
      </w:pPr>
      <w:r w:rsidRPr="00071963">
        <w:rPr>
          <w:rFonts w:ascii="Arial" w:hAnsi="Arial" w:cs="Arial"/>
        </w:rPr>
        <w:t xml:space="preserve">Se dispondrán </w:t>
      </w:r>
      <w:r w:rsidR="00953526">
        <w:rPr>
          <w:rFonts w:ascii="Arial" w:hAnsi="Arial" w:cs="Arial"/>
        </w:rPr>
        <w:t>10</w:t>
      </w:r>
      <w:r w:rsidRPr="00071963">
        <w:rPr>
          <w:rFonts w:ascii="Arial" w:hAnsi="Arial" w:cs="Arial"/>
        </w:rPr>
        <w:t xml:space="preserve"> puestos para stands de </w:t>
      </w:r>
      <w:r w:rsidR="00D06969">
        <w:rPr>
          <w:rFonts w:ascii="Arial" w:hAnsi="Arial" w:cs="Arial"/>
        </w:rPr>
        <w:t>c</w:t>
      </w:r>
      <w:r w:rsidRPr="00071963">
        <w:rPr>
          <w:rFonts w:ascii="Arial" w:hAnsi="Arial" w:cs="Arial"/>
        </w:rPr>
        <w:t>omidas Internacionales, destinados a ofrecer una variada y representativa oferta gastronómica de distintos países y culturas.</w:t>
      </w:r>
    </w:p>
    <w:p w14:paraId="1B692BC5" w14:textId="77777777" w:rsidR="00275323" w:rsidRPr="00071963" w:rsidRDefault="00275323" w:rsidP="000A5F97">
      <w:pPr>
        <w:pStyle w:val="Prrafodelista"/>
        <w:numPr>
          <w:ilvl w:val="0"/>
          <w:numId w:val="12"/>
        </w:numPr>
        <w:tabs>
          <w:tab w:val="left" w:pos="284"/>
        </w:tabs>
        <w:spacing w:after="200" w:line="276" w:lineRule="auto"/>
        <w:ind w:left="0" w:firstLine="0"/>
        <w:rPr>
          <w:rFonts w:ascii="Arial" w:eastAsia="Times New Roman" w:hAnsi="Arial" w:cs="Arial"/>
        </w:rPr>
      </w:pPr>
      <w:r w:rsidRPr="00384FA0">
        <w:rPr>
          <w:rFonts w:ascii="Arial" w:eastAsia="Times New Roman" w:hAnsi="Arial" w:cs="Arial"/>
          <w:b/>
          <w:bCs/>
        </w:rPr>
        <w:t>El postulante por el s</w:t>
      </w:r>
      <w:r w:rsidR="000A5F97" w:rsidRPr="00384FA0">
        <w:rPr>
          <w:rFonts w:ascii="Arial" w:eastAsia="Times New Roman" w:hAnsi="Arial" w:cs="Arial"/>
          <w:b/>
          <w:bCs/>
        </w:rPr>
        <w:t>o</w:t>
      </w:r>
      <w:r w:rsidRPr="00384FA0">
        <w:rPr>
          <w:rFonts w:ascii="Arial" w:eastAsia="Times New Roman" w:hAnsi="Arial" w:cs="Arial"/>
          <w:b/>
          <w:bCs/>
        </w:rPr>
        <w:t>lo hecho de presentarse a esta convocatoria declara conocer y aceptar todas las condiciones de estas bases</w:t>
      </w:r>
      <w:r w:rsidRPr="00071963">
        <w:rPr>
          <w:rFonts w:ascii="Arial" w:eastAsia="Times New Roman" w:hAnsi="Arial" w:cs="Arial"/>
        </w:rPr>
        <w:t xml:space="preserve"> y su postulación implicará el posterior cumplimiento de las mismas en caso de ser seleccionado/a.</w:t>
      </w:r>
    </w:p>
    <w:p w14:paraId="35B00769" w14:textId="77777777" w:rsidR="00384FA0" w:rsidRPr="00384FA0" w:rsidRDefault="00275323" w:rsidP="00384FA0">
      <w:pPr>
        <w:pStyle w:val="Prrafodelista"/>
        <w:numPr>
          <w:ilvl w:val="0"/>
          <w:numId w:val="12"/>
        </w:numPr>
        <w:tabs>
          <w:tab w:val="left" w:pos="284"/>
        </w:tabs>
        <w:spacing w:after="200" w:line="276" w:lineRule="auto"/>
        <w:ind w:left="0" w:firstLine="0"/>
        <w:rPr>
          <w:rFonts w:ascii="Arial" w:eastAsia="Times New Roman" w:hAnsi="Arial" w:cs="Arial"/>
        </w:rPr>
      </w:pPr>
      <w:r w:rsidRPr="00071963">
        <w:rPr>
          <w:rFonts w:ascii="Arial" w:hAnsi="Arial" w:cs="Arial"/>
        </w:rPr>
        <w:t>Cada stand contará con la implementación eléctrica indicada en las presentes bases. Cualquier equipo adicional deberá respetar la capacidad eléctrica máxima establecida.</w:t>
      </w:r>
    </w:p>
    <w:p w14:paraId="50683D83" w14:textId="219700A3" w:rsidR="00384FA0" w:rsidRPr="00384FA0" w:rsidRDefault="00384FA0" w:rsidP="00384FA0">
      <w:pPr>
        <w:pStyle w:val="Prrafodelista"/>
        <w:numPr>
          <w:ilvl w:val="0"/>
          <w:numId w:val="12"/>
        </w:numPr>
        <w:tabs>
          <w:tab w:val="left" w:pos="284"/>
        </w:tabs>
        <w:spacing w:after="200" w:line="276" w:lineRule="auto"/>
        <w:ind w:left="0" w:firstLine="0"/>
        <w:rPr>
          <w:rFonts w:ascii="Arial" w:eastAsia="Times New Roman" w:hAnsi="Arial" w:cs="Arial"/>
        </w:rPr>
      </w:pPr>
      <w:r w:rsidRPr="00384FA0">
        <w:rPr>
          <w:rFonts w:ascii="Arial" w:hAnsi="Arial" w:cs="Arial"/>
        </w:rPr>
        <w:t xml:space="preserve">Los stands de comida internacional deberán presentar una oferta gastronómica cuyos valores de venta al público sean accesibles, estableciéndose como precio máximo </w:t>
      </w:r>
      <w:r w:rsidRPr="0003227D">
        <w:rPr>
          <w:rFonts w:ascii="Arial" w:hAnsi="Arial" w:cs="Arial"/>
        </w:rPr>
        <w:t>$1</w:t>
      </w:r>
      <w:r w:rsidR="0003227D">
        <w:rPr>
          <w:rFonts w:ascii="Arial" w:hAnsi="Arial" w:cs="Arial"/>
        </w:rPr>
        <w:t>0</w:t>
      </w:r>
      <w:r w:rsidRPr="0003227D">
        <w:rPr>
          <w:rFonts w:ascii="Arial" w:hAnsi="Arial" w:cs="Arial"/>
        </w:rPr>
        <w:t>.000</w:t>
      </w:r>
      <w:r w:rsidRPr="00384FA0">
        <w:rPr>
          <w:rFonts w:ascii="Arial" w:hAnsi="Arial" w:cs="Arial"/>
        </w:rPr>
        <w:t xml:space="preserve"> por preparación o plato.</w:t>
      </w:r>
      <w:r>
        <w:rPr>
          <w:rFonts w:ascii="Arial" w:hAnsi="Arial" w:cs="Arial"/>
        </w:rPr>
        <w:t xml:space="preserve"> </w:t>
      </w:r>
      <w:r w:rsidRPr="00384FA0">
        <w:rPr>
          <w:rFonts w:ascii="Arial" w:hAnsi="Arial" w:cs="Arial"/>
        </w:rPr>
        <w:t>Esta condición busca resguardar que la actividad cuente con una oferta gastronómica a precios razonables y accesibles para el público asistente, favoreciendo el consumo y la participación de la comunidad.</w:t>
      </w:r>
    </w:p>
    <w:p w14:paraId="58F77A9E" w14:textId="4C721A50" w:rsidR="0032193E" w:rsidRPr="00384FA0" w:rsidRDefault="0032193E" w:rsidP="00384FA0">
      <w:pPr>
        <w:pStyle w:val="Prrafodelista"/>
        <w:numPr>
          <w:ilvl w:val="0"/>
          <w:numId w:val="12"/>
        </w:numPr>
        <w:tabs>
          <w:tab w:val="left" w:pos="284"/>
        </w:tabs>
        <w:spacing w:after="200" w:line="276" w:lineRule="auto"/>
        <w:ind w:left="0" w:firstLine="0"/>
        <w:rPr>
          <w:rFonts w:ascii="Arial" w:eastAsia="Times New Roman" w:hAnsi="Arial" w:cs="Arial"/>
        </w:rPr>
      </w:pPr>
      <w:r w:rsidRPr="00384FA0">
        <w:rPr>
          <w:rFonts w:ascii="Arial" w:hAnsi="Arial" w:cs="Arial"/>
        </w:rPr>
        <w:t>Cada postulante deberá detallar cada preparación con ingredientes de cada propuesta.</w:t>
      </w:r>
    </w:p>
    <w:p w14:paraId="4BF586D8" w14:textId="77777777" w:rsidR="007F419C" w:rsidRPr="007F419C" w:rsidRDefault="0032193E" w:rsidP="007F419C">
      <w:pPr>
        <w:pStyle w:val="Prrafodelista"/>
        <w:numPr>
          <w:ilvl w:val="0"/>
          <w:numId w:val="12"/>
        </w:numPr>
        <w:tabs>
          <w:tab w:val="left" w:pos="284"/>
        </w:tabs>
        <w:spacing w:after="200" w:line="276" w:lineRule="auto"/>
        <w:ind w:left="0" w:firstLine="0"/>
        <w:rPr>
          <w:rFonts w:ascii="Arial" w:eastAsia="Times New Roman" w:hAnsi="Arial" w:cs="Arial"/>
          <w:b/>
          <w:bCs/>
          <w:u w:val="single"/>
        </w:rPr>
      </w:pPr>
      <w:r w:rsidRPr="00071963">
        <w:rPr>
          <w:rFonts w:ascii="Arial" w:hAnsi="Arial" w:cs="Arial"/>
        </w:rPr>
        <w:lastRenderedPageBreak/>
        <w:t xml:space="preserve">Se permitirá 01 propuesta de bebida alcohólica por stand correspondiente al país seleccionado en su propuesta y </w:t>
      </w:r>
      <w:r w:rsidRPr="00071963">
        <w:rPr>
          <w:rFonts w:ascii="Arial" w:hAnsi="Arial" w:cs="Arial"/>
          <w:b/>
          <w:bCs/>
          <w:u w:val="single"/>
        </w:rPr>
        <w:t>solo puede ser comercializado con una preparación gastronómica.</w:t>
      </w:r>
    </w:p>
    <w:p w14:paraId="10259B16" w14:textId="347948CD" w:rsidR="007F419C" w:rsidRPr="007F419C" w:rsidRDefault="007F419C" w:rsidP="007F419C">
      <w:pPr>
        <w:pStyle w:val="Prrafodelista"/>
        <w:numPr>
          <w:ilvl w:val="0"/>
          <w:numId w:val="12"/>
        </w:numPr>
        <w:tabs>
          <w:tab w:val="left" w:pos="284"/>
        </w:tabs>
        <w:spacing w:after="200" w:line="276" w:lineRule="auto"/>
        <w:ind w:left="0" w:firstLine="0"/>
        <w:rPr>
          <w:rFonts w:ascii="Arial" w:eastAsia="Times New Roman" w:hAnsi="Arial" w:cs="Arial"/>
        </w:rPr>
      </w:pPr>
      <w:r w:rsidRPr="007F419C">
        <w:rPr>
          <w:rFonts w:ascii="Arial" w:eastAsia="Times New Roman" w:hAnsi="Arial" w:cs="Arial"/>
        </w:rPr>
        <w:t xml:space="preserve">Cada locatario será responsable de dar cumplimiento a la normativa vigente, debiendo solicitar y verificar la cédula de identidad antes de efectuar cualquier venta de alcohol. El incumplimiento de esta obligación será considerado como un hecho de máxima gravedad y </w:t>
      </w:r>
      <w:r w:rsidR="005F4BBA" w:rsidRPr="007F419C">
        <w:rPr>
          <w:rFonts w:ascii="Arial" w:eastAsia="Times New Roman" w:hAnsi="Arial" w:cs="Arial"/>
        </w:rPr>
        <w:t>será denunciado</w:t>
      </w:r>
      <w:r w:rsidRPr="007F419C">
        <w:rPr>
          <w:rFonts w:ascii="Arial" w:eastAsia="Times New Roman" w:hAnsi="Arial" w:cs="Arial"/>
        </w:rPr>
        <w:t xml:space="preserve"> a la autoridad competente. </w:t>
      </w:r>
    </w:p>
    <w:p w14:paraId="1BF3C14E" w14:textId="748A60BF" w:rsidR="0032193E" w:rsidRPr="00071963" w:rsidRDefault="0032193E" w:rsidP="00F61BF9">
      <w:pPr>
        <w:pStyle w:val="Prrafodelista"/>
        <w:numPr>
          <w:ilvl w:val="0"/>
          <w:numId w:val="12"/>
        </w:numPr>
        <w:tabs>
          <w:tab w:val="left" w:pos="284"/>
        </w:tabs>
        <w:spacing w:after="200" w:line="276" w:lineRule="auto"/>
        <w:ind w:left="0" w:firstLine="0"/>
        <w:rPr>
          <w:rFonts w:ascii="Arial" w:eastAsia="Times New Roman" w:hAnsi="Arial" w:cs="Arial"/>
        </w:rPr>
      </w:pPr>
      <w:r w:rsidRPr="00071963">
        <w:rPr>
          <w:rFonts w:ascii="Arial" w:hAnsi="Arial" w:cs="Arial"/>
        </w:rPr>
        <w:t xml:space="preserve">Cada </w:t>
      </w:r>
      <w:r w:rsidR="005F4BBA">
        <w:rPr>
          <w:rFonts w:ascii="Arial" w:hAnsi="Arial" w:cs="Arial"/>
        </w:rPr>
        <w:t>s</w:t>
      </w:r>
      <w:r w:rsidRPr="00071963">
        <w:rPr>
          <w:rFonts w:ascii="Arial" w:hAnsi="Arial" w:cs="Arial"/>
        </w:rPr>
        <w:t>tan</w:t>
      </w:r>
      <w:r w:rsidR="00C8097A" w:rsidRPr="00071963">
        <w:rPr>
          <w:rFonts w:ascii="Arial" w:hAnsi="Arial" w:cs="Arial"/>
        </w:rPr>
        <w:t>d</w:t>
      </w:r>
      <w:r w:rsidRPr="00071963">
        <w:rPr>
          <w:rFonts w:ascii="Arial" w:hAnsi="Arial" w:cs="Arial"/>
        </w:rPr>
        <w:t xml:space="preserve"> deberá decorar con temática de Fiesta de la </w:t>
      </w:r>
      <w:r w:rsidR="00C8097A" w:rsidRPr="00071963">
        <w:rPr>
          <w:rFonts w:ascii="Arial" w:hAnsi="Arial" w:cs="Arial"/>
        </w:rPr>
        <w:t>Primavera</w:t>
      </w:r>
      <w:r w:rsidRPr="00071963">
        <w:rPr>
          <w:rFonts w:ascii="Arial" w:hAnsi="Arial" w:cs="Arial"/>
        </w:rPr>
        <w:t xml:space="preserve"> y </w:t>
      </w:r>
      <w:r w:rsidR="005F4BBA">
        <w:rPr>
          <w:rFonts w:ascii="Arial" w:hAnsi="Arial" w:cs="Arial"/>
        </w:rPr>
        <w:t>p</w:t>
      </w:r>
      <w:r w:rsidR="00C8097A" w:rsidRPr="00071963">
        <w:rPr>
          <w:rFonts w:ascii="Arial" w:hAnsi="Arial" w:cs="Arial"/>
        </w:rPr>
        <w:t>aís</w:t>
      </w:r>
      <w:r w:rsidRPr="00071963">
        <w:rPr>
          <w:rFonts w:ascii="Arial" w:hAnsi="Arial" w:cs="Arial"/>
        </w:rPr>
        <w:t xml:space="preserve"> seleccionado en su propuesta.</w:t>
      </w:r>
    </w:p>
    <w:p w14:paraId="168D39E4" w14:textId="4096D682" w:rsidR="00275323" w:rsidRPr="00437DBA" w:rsidRDefault="00275323" w:rsidP="00437DBA">
      <w:pPr>
        <w:pStyle w:val="Prrafodelista"/>
        <w:numPr>
          <w:ilvl w:val="0"/>
          <w:numId w:val="12"/>
        </w:numPr>
        <w:tabs>
          <w:tab w:val="left" w:pos="284"/>
        </w:tabs>
        <w:spacing w:after="200" w:line="276" w:lineRule="auto"/>
        <w:ind w:left="0" w:firstLine="0"/>
        <w:rPr>
          <w:rFonts w:ascii="Arial" w:eastAsia="Times New Roman" w:hAnsi="Arial" w:cs="Arial"/>
        </w:rPr>
      </w:pPr>
      <w:r w:rsidRPr="00071963">
        <w:rPr>
          <w:rFonts w:ascii="Arial" w:eastAsia="Times New Roman" w:hAnsi="Arial" w:cs="Arial"/>
        </w:rPr>
        <w:t xml:space="preserve">En caso de postular más de una persona por grupo familiar, se seleccionará sólo a uno de ellos. </w:t>
      </w:r>
      <w:r w:rsidR="000A5F97" w:rsidRPr="00071963">
        <w:rPr>
          <w:rFonts w:ascii="Arial" w:eastAsia="Times New Roman" w:hAnsi="Arial" w:cs="Arial"/>
        </w:rPr>
        <w:t>C</w:t>
      </w:r>
      <w:r w:rsidRPr="00071963">
        <w:rPr>
          <w:rFonts w:ascii="Arial" w:eastAsia="Times New Roman" w:hAnsi="Arial" w:cs="Arial"/>
        </w:rPr>
        <w:t xml:space="preserve">omo medio de verificación </w:t>
      </w:r>
      <w:r w:rsidR="000A5F97" w:rsidRPr="00071963">
        <w:rPr>
          <w:rFonts w:ascii="Arial" w:eastAsia="Times New Roman" w:hAnsi="Arial" w:cs="Arial"/>
        </w:rPr>
        <w:t xml:space="preserve">será utilizada </w:t>
      </w:r>
      <w:r w:rsidRPr="00071963">
        <w:rPr>
          <w:rFonts w:ascii="Arial" w:eastAsia="Times New Roman" w:hAnsi="Arial" w:cs="Arial"/>
        </w:rPr>
        <w:t>su Cartola Hogar (RSH). S</w:t>
      </w:r>
      <w:r w:rsidR="000A5F97" w:rsidRPr="00071963">
        <w:rPr>
          <w:rFonts w:ascii="Arial" w:eastAsia="Times New Roman" w:hAnsi="Arial" w:cs="Arial"/>
        </w:rPr>
        <w:t>e</w:t>
      </w:r>
      <w:r w:rsidRPr="00071963">
        <w:rPr>
          <w:rFonts w:ascii="Arial" w:eastAsia="Times New Roman" w:hAnsi="Arial" w:cs="Arial"/>
        </w:rPr>
        <w:t xml:space="preserve"> seleccio</w:t>
      </w:r>
      <w:r w:rsidR="000A5F97" w:rsidRPr="00071963">
        <w:rPr>
          <w:rFonts w:ascii="Arial" w:eastAsia="Times New Roman" w:hAnsi="Arial" w:cs="Arial"/>
        </w:rPr>
        <w:t>nará</w:t>
      </w:r>
      <w:r w:rsidRPr="00071963">
        <w:rPr>
          <w:rFonts w:ascii="Arial" w:eastAsia="Times New Roman" w:hAnsi="Arial" w:cs="Arial"/>
        </w:rPr>
        <w:t xml:space="preserve"> aquel que tenga mayor ponderación en su postulación. En caso de producirse un empate se priorizará según los criterios del </w:t>
      </w:r>
      <w:r w:rsidRPr="007F225C">
        <w:rPr>
          <w:rFonts w:ascii="Arial" w:eastAsia="Times New Roman" w:hAnsi="Arial" w:cs="Arial"/>
        </w:rPr>
        <w:t xml:space="preserve">punto </w:t>
      </w:r>
      <w:r w:rsidR="007F225C" w:rsidRPr="007F225C">
        <w:rPr>
          <w:rFonts w:ascii="Arial" w:eastAsia="Times New Roman" w:hAnsi="Arial" w:cs="Arial"/>
        </w:rPr>
        <w:t>IX</w:t>
      </w:r>
      <w:r w:rsidRPr="007F225C">
        <w:rPr>
          <w:rFonts w:ascii="Arial" w:eastAsia="Times New Roman" w:hAnsi="Arial" w:cs="Arial"/>
        </w:rPr>
        <w:t xml:space="preserve"> Proceso de Evaluación, letra B de estas bases</w:t>
      </w:r>
      <w:r w:rsidRPr="00071963">
        <w:rPr>
          <w:rFonts w:ascii="Arial" w:eastAsia="Times New Roman" w:hAnsi="Arial" w:cs="Arial"/>
        </w:rPr>
        <w:t>.</w:t>
      </w:r>
    </w:p>
    <w:p w14:paraId="42F290C2" w14:textId="77777777" w:rsidR="005F1803" w:rsidRPr="00071963" w:rsidRDefault="005F1803" w:rsidP="000A5F97">
      <w:pPr>
        <w:spacing w:after="200" w:line="276" w:lineRule="auto"/>
        <w:ind w:firstLine="567"/>
        <w:contextualSpacing/>
        <w:rPr>
          <w:rFonts w:ascii="Arial" w:eastAsia="Times New Roman" w:hAnsi="Arial" w:cs="Arial"/>
        </w:rPr>
      </w:pPr>
      <w:r w:rsidRPr="00071963">
        <w:rPr>
          <w:rFonts w:ascii="Arial" w:hAnsi="Arial" w:cs="Arial"/>
        </w:rPr>
        <w:t>Las características de cada ubicación asignada son las siguientes:</w:t>
      </w:r>
    </w:p>
    <w:tbl>
      <w:tblPr>
        <w:tblStyle w:val="Tablaconcuadrcula"/>
        <w:tblpPr w:leftFromText="141" w:rightFromText="141" w:vertAnchor="text" w:horzAnchor="margin" w:tblpXSpec="center" w:tblpY="157"/>
        <w:tblW w:w="0" w:type="auto"/>
        <w:tblLook w:val="04A0" w:firstRow="1" w:lastRow="0" w:firstColumn="1" w:lastColumn="0" w:noHBand="0" w:noVBand="1"/>
      </w:tblPr>
      <w:tblGrid>
        <w:gridCol w:w="3675"/>
        <w:gridCol w:w="5153"/>
      </w:tblGrid>
      <w:tr w:rsidR="000A5F97" w:rsidRPr="00071963" w14:paraId="4926654E" w14:textId="77777777" w:rsidTr="00501136">
        <w:trPr>
          <w:trHeight w:val="538"/>
        </w:trPr>
        <w:tc>
          <w:tcPr>
            <w:tcW w:w="3675" w:type="dxa"/>
            <w:shd w:val="clear" w:color="auto" w:fill="F2F2F2" w:themeFill="background1" w:themeFillShade="F2"/>
            <w:vAlign w:val="center"/>
          </w:tcPr>
          <w:p w14:paraId="6EA82D67" w14:textId="77777777" w:rsidR="000A5F97" w:rsidRPr="00071963" w:rsidRDefault="000A5F97" w:rsidP="000A5F97">
            <w:pPr>
              <w:spacing w:line="276" w:lineRule="auto"/>
              <w:jc w:val="center"/>
              <w:rPr>
                <w:rFonts w:ascii="Arial" w:eastAsia="Times New Roman" w:hAnsi="Arial" w:cs="Arial"/>
                <w:b/>
                <w:bCs/>
              </w:rPr>
            </w:pPr>
            <w:r w:rsidRPr="00071963">
              <w:rPr>
                <w:rFonts w:ascii="Arial" w:eastAsia="Times New Roman" w:hAnsi="Arial" w:cs="Arial"/>
                <w:b/>
                <w:bCs/>
              </w:rPr>
              <w:t>Cantidad de Espacios</w:t>
            </w:r>
          </w:p>
        </w:tc>
        <w:tc>
          <w:tcPr>
            <w:tcW w:w="5153" w:type="dxa"/>
            <w:vAlign w:val="center"/>
          </w:tcPr>
          <w:p w14:paraId="44E2BAD5" w14:textId="5819D5DB" w:rsidR="004132DD" w:rsidRPr="00071963" w:rsidRDefault="00953526">
            <w:pPr>
              <w:rPr>
                <w:rFonts w:ascii="Arial" w:hAnsi="Arial" w:cs="Arial"/>
              </w:rPr>
            </w:pPr>
            <w:r>
              <w:rPr>
                <w:rFonts w:ascii="Arial" w:hAnsi="Arial" w:cs="Arial"/>
              </w:rPr>
              <w:t>10</w:t>
            </w:r>
          </w:p>
        </w:tc>
      </w:tr>
      <w:tr w:rsidR="000A5F97" w:rsidRPr="00071963" w14:paraId="274395D1" w14:textId="77777777" w:rsidTr="00501136">
        <w:trPr>
          <w:trHeight w:val="404"/>
        </w:trPr>
        <w:tc>
          <w:tcPr>
            <w:tcW w:w="3675" w:type="dxa"/>
            <w:shd w:val="clear" w:color="auto" w:fill="F2F2F2" w:themeFill="background1" w:themeFillShade="F2"/>
            <w:vAlign w:val="center"/>
          </w:tcPr>
          <w:p w14:paraId="610938B3" w14:textId="77777777" w:rsidR="000A5F97" w:rsidRPr="00071963" w:rsidRDefault="000A5F97" w:rsidP="000A5F97">
            <w:pPr>
              <w:spacing w:line="276" w:lineRule="auto"/>
              <w:jc w:val="center"/>
              <w:rPr>
                <w:rFonts w:ascii="Arial" w:eastAsia="Times New Roman" w:hAnsi="Arial" w:cs="Arial"/>
                <w:b/>
                <w:bCs/>
              </w:rPr>
            </w:pPr>
            <w:r w:rsidRPr="00071963">
              <w:rPr>
                <w:rFonts w:ascii="Arial" w:eastAsia="Times New Roman" w:hAnsi="Arial" w:cs="Arial"/>
                <w:b/>
                <w:bCs/>
              </w:rPr>
              <w:t>Dimensiones espacio</w:t>
            </w:r>
          </w:p>
        </w:tc>
        <w:tc>
          <w:tcPr>
            <w:tcW w:w="5153" w:type="dxa"/>
            <w:vAlign w:val="center"/>
          </w:tcPr>
          <w:p w14:paraId="0AF2EA4A" w14:textId="77777777" w:rsidR="004D6C39" w:rsidRDefault="00000000">
            <w:pPr>
              <w:rPr>
                <w:rFonts w:ascii="Arial" w:hAnsi="Arial" w:cs="Arial"/>
              </w:rPr>
            </w:pPr>
            <w:r w:rsidRPr="00071963">
              <w:rPr>
                <w:rFonts w:ascii="Arial" w:hAnsi="Arial" w:cs="Arial"/>
              </w:rPr>
              <w:t xml:space="preserve">5 x </w:t>
            </w:r>
            <w:r w:rsidR="00027A0B" w:rsidRPr="00071963">
              <w:rPr>
                <w:rFonts w:ascii="Arial" w:hAnsi="Arial" w:cs="Arial"/>
              </w:rPr>
              <w:t>3</w:t>
            </w:r>
            <w:r w:rsidRPr="00071963">
              <w:rPr>
                <w:rFonts w:ascii="Arial" w:hAnsi="Arial" w:cs="Arial"/>
              </w:rPr>
              <w:t xml:space="preserve"> metros (</w:t>
            </w:r>
            <w:r w:rsidR="00027A0B" w:rsidRPr="00071963">
              <w:rPr>
                <w:rFonts w:ascii="Arial" w:hAnsi="Arial" w:cs="Arial"/>
              </w:rPr>
              <w:t xml:space="preserve">STAND </w:t>
            </w:r>
            <w:r w:rsidRPr="00071963">
              <w:rPr>
                <w:rFonts w:ascii="Arial" w:hAnsi="Arial" w:cs="Arial"/>
              </w:rPr>
              <w:t>COMIDAS INTERNACIONALES)</w:t>
            </w:r>
            <w:r w:rsidR="00E13F73">
              <w:rPr>
                <w:rFonts w:ascii="Arial" w:hAnsi="Arial" w:cs="Arial"/>
              </w:rPr>
              <w:t xml:space="preserve">. </w:t>
            </w:r>
          </w:p>
          <w:p w14:paraId="39D1234A" w14:textId="1BC972B1" w:rsidR="004132DD" w:rsidRPr="00071963" w:rsidRDefault="004132DD">
            <w:pPr>
              <w:rPr>
                <w:rFonts w:ascii="Arial" w:hAnsi="Arial" w:cs="Arial"/>
              </w:rPr>
            </w:pPr>
          </w:p>
        </w:tc>
      </w:tr>
      <w:tr w:rsidR="000A5F97" w:rsidRPr="00071963" w14:paraId="4AC429C0" w14:textId="77777777" w:rsidTr="00501136">
        <w:trPr>
          <w:trHeight w:val="404"/>
        </w:trPr>
        <w:tc>
          <w:tcPr>
            <w:tcW w:w="3675" w:type="dxa"/>
            <w:shd w:val="clear" w:color="auto" w:fill="F2F2F2" w:themeFill="background1" w:themeFillShade="F2"/>
            <w:vAlign w:val="center"/>
          </w:tcPr>
          <w:p w14:paraId="66D734C9" w14:textId="77777777" w:rsidR="000A5F97" w:rsidRPr="00071963" w:rsidRDefault="000A5F97" w:rsidP="000A5F97">
            <w:pPr>
              <w:spacing w:line="276" w:lineRule="auto"/>
              <w:jc w:val="center"/>
              <w:rPr>
                <w:rFonts w:ascii="Arial" w:eastAsia="Times New Roman" w:hAnsi="Arial" w:cs="Arial"/>
                <w:b/>
                <w:bCs/>
              </w:rPr>
            </w:pPr>
            <w:r w:rsidRPr="00071963">
              <w:rPr>
                <w:rFonts w:ascii="Arial" w:eastAsia="Times New Roman" w:hAnsi="Arial" w:cs="Arial"/>
                <w:b/>
                <w:bCs/>
              </w:rPr>
              <w:t>Cada stand incluye</w:t>
            </w:r>
          </w:p>
        </w:tc>
        <w:tc>
          <w:tcPr>
            <w:tcW w:w="5153" w:type="dxa"/>
            <w:vAlign w:val="center"/>
          </w:tcPr>
          <w:p w14:paraId="15019013" w14:textId="7800F16E" w:rsidR="004C3A9F" w:rsidRDefault="004C3A9F" w:rsidP="005869B1">
            <w:pPr>
              <w:pStyle w:val="Prrafodelista"/>
              <w:numPr>
                <w:ilvl w:val="0"/>
                <w:numId w:val="30"/>
              </w:numPr>
              <w:rPr>
                <w:rFonts w:ascii="Arial" w:hAnsi="Arial" w:cs="Arial"/>
              </w:rPr>
            </w:pPr>
            <w:r w:rsidRPr="00071963">
              <w:rPr>
                <w:rFonts w:ascii="Arial" w:hAnsi="Arial" w:cs="Arial"/>
              </w:rPr>
              <w:t>Conexión agua potable, desagüe y lavaplatos.</w:t>
            </w:r>
          </w:p>
          <w:p w14:paraId="72AF9711" w14:textId="55436188" w:rsidR="004C3A9F" w:rsidRDefault="00000000" w:rsidP="005869B1">
            <w:pPr>
              <w:pStyle w:val="Prrafodelista"/>
              <w:numPr>
                <w:ilvl w:val="0"/>
                <w:numId w:val="30"/>
              </w:numPr>
              <w:rPr>
                <w:rFonts w:ascii="Arial" w:hAnsi="Arial" w:cs="Arial"/>
              </w:rPr>
            </w:pPr>
            <w:r w:rsidRPr="005869B1">
              <w:rPr>
                <w:rFonts w:ascii="Arial" w:hAnsi="Arial" w:cs="Arial"/>
              </w:rPr>
              <w:t>Punto de iluminación.</w:t>
            </w:r>
          </w:p>
          <w:p w14:paraId="751B7F55" w14:textId="100A3568" w:rsidR="005869B1" w:rsidRDefault="00000000" w:rsidP="005869B1">
            <w:pPr>
              <w:pStyle w:val="Prrafodelista"/>
              <w:numPr>
                <w:ilvl w:val="0"/>
                <w:numId w:val="30"/>
              </w:numPr>
              <w:rPr>
                <w:rFonts w:ascii="Arial" w:hAnsi="Arial" w:cs="Arial"/>
              </w:rPr>
            </w:pPr>
            <w:r w:rsidRPr="005869B1">
              <w:rPr>
                <w:rFonts w:ascii="Arial" w:hAnsi="Arial" w:cs="Arial"/>
              </w:rPr>
              <w:t>Enchufe triple embutido de 16 amperes.</w:t>
            </w:r>
          </w:p>
          <w:p w14:paraId="195B038A" w14:textId="77777777" w:rsidR="005869B1" w:rsidRDefault="00000000" w:rsidP="005869B1">
            <w:pPr>
              <w:pStyle w:val="Prrafodelista"/>
              <w:numPr>
                <w:ilvl w:val="0"/>
                <w:numId w:val="30"/>
              </w:numPr>
              <w:rPr>
                <w:rFonts w:ascii="Arial" w:hAnsi="Arial" w:cs="Arial"/>
              </w:rPr>
            </w:pPr>
            <w:r w:rsidRPr="005869B1">
              <w:rPr>
                <w:rFonts w:ascii="Arial" w:hAnsi="Arial" w:cs="Arial"/>
              </w:rPr>
              <w:t>Protección eléctrica individual mediante automático y diferencial (disyuntor térmico magnético).</w:t>
            </w:r>
          </w:p>
          <w:p w14:paraId="7586B77F" w14:textId="77777777" w:rsidR="004D6C39" w:rsidRDefault="00000000" w:rsidP="005869B1">
            <w:pPr>
              <w:jc w:val="center"/>
              <w:rPr>
                <w:rFonts w:ascii="Arial" w:hAnsi="Arial" w:cs="Arial"/>
                <w:i/>
                <w:iCs/>
              </w:rPr>
            </w:pPr>
            <w:r w:rsidRPr="005869B1">
              <w:rPr>
                <w:rFonts w:ascii="Arial" w:hAnsi="Arial" w:cs="Arial"/>
                <w:i/>
                <w:iCs/>
              </w:rPr>
              <w:t>Queda prohibido el uso de freidoras eléctricas y hornos eléctricos, debido a su alto consumo energético y riesgo asociado.</w:t>
            </w:r>
          </w:p>
          <w:p w14:paraId="6910F642" w14:textId="42CEFA09" w:rsidR="004132DD" w:rsidRPr="005869B1" w:rsidRDefault="004132DD" w:rsidP="005869B1">
            <w:pPr>
              <w:jc w:val="center"/>
              <w:rPr>
                <w:rFonts w:ascii="Arial" w:hAnsi="Arial" w:cs="Arial"/>
                <w:i/>
                <w:iCs/>
              </w:rPr>
            </w:pPr>
          </w:p>
        </w:tc>
      </w:tr>
      <w:tr w:rsidR="000A5F97" w:rsidRPr="00071963" w14:paraId="3C3C2C63" w14:textId="77777777" w:rsidTr="00501136">
        <w:trPr>
          <w:trHeight w:val="404"/>
        </w:trPr>
        <w:tc>
          <w:tcPr>
            <w:tcW w:w="3675" w:type="dxa"/>
            <w:shd w:val="clear" w:color="auto" w:fill="F2F2F2" w:themeFill="background1" w:themeFillShade="F2"/>
            <w:vAlign w:val="center"/>
          </w:tcPr>
          <w:p w14:paraId="5D1C95F5" w14:textId="77777777" w:rsidR="000A5F97" w:rsidRPr="00071963" w:rsidRDefault="000A5F97" w:rsidP="000A5F97">
            <w:pPr>
              <w:spacing w:line="276" w:lineRule="auto"/>
              <w:jc w:val="center"/>
              <w:rPr>
                <w:rFonts w:ascii="Arial" w:eastAsia="Times New Roman" w:hAnsi="Arial" w:cs="Arial"/>
              </w:rPr>
            </w:pPr>
            <w:r w:rsidRPr="00071963">
              <w:rPr>
                <w:rFonts w:ascii="Arial" w:eastAsia="Times New Roman" w:hAnsi="Arial" w:cs="Arial"/>
                <w:b/>
                <w:bCs/>
              </w:rPr>
              <w:t>NO incluye</w:t>
            </w:r>
          </w:p>
        </w:tc>
        <w:tc>
          <w:tcPr>
            <w:tcW w:w="5153" w:type="dxa"/>
            <w:vAlign w:val="center"/>
          </w:tcPr>
          <w:p w14:paraId="7B5394DA" w14:textId="77777777" w:rsidR="004D6C39" w:rsidRDefault="00000000" w:rsidP="00501136">
            <w:pPr>
              <w:pStyle w:val="Prrafodelista"/>
              <w:numPr>
                <w:ilvl w:val="0"/>
                <w:numId w:val="30"/>
              </w:numPr>
              <w:rPr>
                <w:rFonts w:ascii="Arial" w:hAnsi="Arial" w:cs="Arial"/>
              </w:rPr>
            </w:pPr>
            <w:r w:rsidRPr="00501136">
              <w:rPr>
                <w:rFonts w:ascii="Arial" w:hAnsi="Arial" w:cs="Arial"/>
              </w:rPr>
              <w:t>Mobiliario o implementación para la actividad.</w:t>
            </w:r>
          </w:p>
          <w:p w14:paraId="0A05D068" w14:textId="77777777" w:rsidR="004132DD" w:rsidRDefault="00501136" w:rsidP="0043126A">
            <w:pPr>
              <w:pStyle w:val="Prrafodelista"/>
              <w:numPr>
                <w:ilvl w:val="0"/>
                <w:numId w:val="30"/>
              </w:numPr>
              <w:rPr>
                <w:rFonts w:ascii="Arial" w:hAnsi="Arial" w:cs="Arial"/>
              </w:rPr>
            </w:pPr>
            <w:r w:rsidRPr="00071963">
              <w:rPr>
                <w:rFonts w:ascii="Arial" w:hAnsi="Arial" w:cs="Arial"/>
              </w:rPr>
              <w:t>Extintor</w:t>
            </w:r>
            <w:r>
              <w:rPr>
                <w:rFonts w:ascii="Arial" w:hAnsi="Arial" w:cs="Arial"/>
              </w:rPr>
              <w:t xml:space="preserve"> (obligación del seleccionado).</w:t>
            </w:r>
            <w:r w:rsidR="006E7D7B">
              <w:rPr>
                <w:rFonts w:ascii="Arial" w:hAnsi="Arial" w:cs="Arial"/>
              </w:rPr>
              <w:t xml:space="preserve"> </w:t>
            </w:r>
          </w:p>
          <w:p w14:paraId="2CB1CE18" w14:textId="367130EC" w:rsidR="00194521" w:rsidRPr="0043126A" w:rsidRDefault="00194521" w:rsidP="00B021B5">
            <w:pPr>
              <w:pStyle w:val="Prrafodelista"/>
              <w:rPr>
                <w:rFonts w:ascii="Arial" w:hAnsi="Arial" w:cs="Arial"/>
              </w:rPr>
            </w:pPr>
          </w:p>
        </w:tc>
      </w:tr>
      <w:tr w:rsidR="000A5F97" w:rsidRPr="00071963" w14:paraId="1EBA4A76" w14:textId="77777777" w:rsidTr="00501136">
        <w:trPr>
          <w:trHeight w:val="1555"/>
        </w:trPr>
        <w:tc>
          <w:tcPr>
            <w:tcW w:w="8828" w:type="dxa"/>
            <w:gridSpan w:val="2"/>
            <w:vAlign w:val="center"/>
          </w:tcPr>
          <w:p w14:paraId="5CAE3206" w14:textId="22041202" w:rsidR="00584804" w:rsidRDefault="00194521">
            <w:pPr>
              <w:rPr>
                <w:rFonts w:ascii="Arial" w:hAnsi="Arial" w:cs="Arial"/>
              </w:rPr>
            </w:pPr>
            <w:r>
              <w:rPr>
                <w:rFonts w:ascii="Arial" w:hAnsi="Arial" w:cs="Arial"/>
              </w:rPr>
              <w:t xml:space="preserve">Cada stand debe considerar lo siguiente: </w:t>
            </w:r>
          </w:p>
          <w:p w14:paraId="5A4ABE76" w14:textId="77777777" w:rsidR="00D56EA4" w:rsidRDefault="00D56EA4">
            <w:pPr>
              <w:rPr>
                <w:rFonts w:ascii="Arial" w:hAnsi="Arial" w:cs="Arial"/>
              </w:rPr>
            </w:pPr>
          </w:p>
          <w:p w14:paraId="3A720F05" w14:textId="77777777" w:rsidR="00E21833" w:rsidRDefault="00000000" w:rsidP="00E21833">
            <w:pPr>
              <w:pStyle w:val="Prrafodelista"/>
              <w:numPr>
                <w:ilvl w:val="0"/>
                <w:numId w:val="31"/>
              </w:numPr>
              <w:tabs>
                <w:tab w:val="left" w:pos="287"/>
              </w:tabs>
              <w:rPr>
                <w:rFonts w:ascii="Arial" w:hAnsi="Arial" w:cs="Arial"/>
              </w:rPr>
            </w:pPr>
            <w:r w:rsidRPr="00E21833">
              <w:rPr>
                <w:rFonts w:ascii="Arial" w:hAnsi="Arial" w:cs="Arial"/>
              </w:rPr>
              <w:t>Instalar equipamiento necesario y acorde para la realización de su actividad comercial (conservadora, vitrina refrigerante, mesas de manipulación, termos, etc.), sin superar la capacidad eléctrica máxima indicada.</w:t>
            </w:r>
          </w:p>
          <w:p w14:paraId="19E6959C" w14:textId="2AEDEA5A" w:rsidR="00E21833" w:rsidRDefault="00000000" w:rsidP="00E21833">
            <w:pPr>
              <w:pStyle w:val="Prrafodelista"/>
              <w:numPr>
                <w:ilvl w:val="0"/>
                <w:numId w:val="31"/>
              </w:numPr>
              <w:tabs>
                <w:tab w:val="left" w:pos="287"/>
              </w:tabs>
              <w:rPr>
                <w:rFonts w:ascii="Arial" w:hAnsi="Arial" w:cs="Arial"/>
              </w:rPr>
            </w:pPr>
            <w:r w:rsidRPr="00E21833">
              <w:rPr>
                <w:rFonts w:ascii="Arial" w:hAnsi="Arial" w:cs="Arial"/>
              </w:rPr>
              <w:t>Incorporar en su espacio todo el mobiliario e implementación necesaria para el funcionamiento de su actividad.</w:t>
            </w:r>
            <w:r w:rsidR="00194521">
              <w:rPr>
                <w:rFonts w:ascii="Arial" w:hAnsi="Arial" w:cs="Arial"/>
              </w:rPr>
              <w:t xml:space="preserve"> Considerar las directrices de la Seremi de salud. </w:t>
            </w:r>
          </w:p>
          <w:p w14:paraId="14137AAE" w14:textId="77777777" w:rsidR="00E21833" w:rsidRDefault="00000000" w:rsidP="00E21833">
            <w:pPr>
              <w:pStyle w:val="Prrafodelista"/>
              <w:numPr>
                <w:ilvl w:val="0"/>
                <w:numId w:val="31"/>
              </w:numPr>
              <w:tabs>
                <w:tab w:val="left" w:pos="287"/>
              </w:tabs>
              <w:rPr>
                <w:rFonts w:ascii="Arial" w:hAnsi="Arial" w:cs="Arial"/>
              </w:rPr>
            </w:pPr>
            <w:r w:rsidRPr="00E21833">
              <w:rPr>
                <w:rFonts w:ascii="Arial" w:hAnsi="Arial" w:cs="Arial"/>
              </w:rPr>
              <w:t>Extintor de polvo químico seco de 6 kg vigente y operativo.</w:t>
            </w:r>
          </w:p>
          <w:p w14:paraId="51E06601" w14:textId="77777777" w:rsidR="00E21833" w:rsidRDefault="00000000" w:rsidP="00E21833">
            <w:pPr>
              <w:pStyle w:val="Prrafodelista"/>
              <w:numPr>
                <w:ilvl w:val="0"/>
                <w:numId w:val="31"/>
              </w:numPr>
              <w:tabs>
                <w:tab w:val="left" w:pos="287"/>
              </w:tabs>
              <w:rPr>
                <w:rFonts w:ascii="Arial" w:hAnsi="Arial" w:cs="Arial"/>
              </w:rPr>
            </w:pPr>
            <w:r w:rsidRPr="00E21833">
              <w:rPr>
                <w:rFonts w:ascii="Arial" w:hAnsi="Arial" w:cs="Arial"/>
              </w:rPr>
              <w:t>El gas con una manguera flexible metálica (no plásticas - amarilla).</w:t>
            </w:r>
          </w:p>
          <w:p w14:paraId="13E3A193" w14:textId="7F22D558" w:rsidR="004D6C39" w:rsidRPr="00E21833" w:rsidRDefault="00000000" w:rsidP="00E21833">
            <w:pPr>
              <w:pStyle w:val="Prrafodelista"/>
              <w:numPr>
                <w:ilvl w:val="0"/>
                <w:numId w:val="31"/>
              </w:numPr>
              <w:tabs>
                <w:tab w:val="left" w:pos="287"/>
              </w:tabs>
              <w:rPr>
                <w:rFonts w:ascii="Arial" w:hAnsi="Arial" w:cs="Arial"/>
              </w:rPr>
            </w:pPr>
            <w:r w:rsidRPr="00E21833">
              <w:rPr>
                <w:rFonts w:ascii="Arial" w:hAnsi="Arial" w:cs="Arial"/>
              </w:rPr>
              <w:t>En el área de cocina, superficie de trabajo de material lavable, piso sólido o tratado para evitar el polvo ambiental.</w:t>
            </w:r>
          </w:p>
        </w:tc>
      </w:tr>
    </w:tbl>
    <w:p w14:paraId="6BC76456" w14:textId="77777777" w:rsidR="001C3C5B" w:rsidRPr="00071963" w:rsidRDefault="001C3C5B" w:rsidP="00BA459F">
      <w:pPr>
        <w:spacing w:after="200" w:line="276" w:lineRule="auto"/>
        <w:rPr>
          <w:rFonts w:ascii="Arial" w:eastAsia="Times New Roman" w:hAnsi="Arial" w:cs="Arial"/>
        </w:rPr>
      </w:pPr>
    </w:p>
    <w:p w14:paraId="0CB4C3BB" w14:textId="4ABB3AA4" w:rsidR="00FD5099" w:rsidRPr="00071963" w:rsidRDefault="008519C0" w:rsidP="00D86966">
      <w:pPr>
        <w:rPr>
          <w:rFonts w:ascii="Arial" w:eastAsia="Times New Roman" w:hAnsi="Arial" w:cs="Arial"/>
          <w:b/>
        </w:rPr>
      </w:pPr>
      <w:r>
        <w:rPr>
          <w:rFonts w:ascii="Arial" w:eastAsia="Times New Roman" w:hAnsi="Arial" w:cs="Arial"/>
          <w:b/>
        </w:rPr>
        <w:lastRenderedPageBreak/>
        <w:t>I</w:t>
      </w:r>
      <w:r w:rsidR="00FD5099" w:rsidRPr="00071963">
        <w:rPr>
          <w:rFonts w:ascii="Arial" w:eastAsia="Times New Roman" w:hAnsi="Arial" w:cs="Arial"/>
          <w:b/>
        </w:rPr>
        <w:t>V. PAGO DE LOS PERMISOS MUNIC</w:t>
      </w:r>
      <w:r w:rsidR="001C3C5B" w:rsidRPr="00071963">
        <w:rPr>
          <w:rFonts w:ascii="Arial" w:eastAsia="Times New Roman" w:hAnsi="Arial" w:cs="Arial"/>
          <w:b/>
        </w:rPr>
        <w:t>I</w:t>
      </w:r>
      <w:r w:rsidR="00FD5099" w:rsidRPr="00071963">
        <w:rPr>
          <w:rFonts w:ascii="Arial" w:eastAsia="Times New Roman" w:hAnsi="Arial" w:cs="Arial"/>
          <w:b/>
        </w:rPr>
        <w:t>PALES Y/O MULTAS PARA LOS PARTICIPANTES</w:t>
      </w:r>
      <w:r w:rsidR="00BA459F" w:rsidRPr="00071963">
        <w:rPr>
          <w:rFonts w:ascii="Arial" w:eastAsia="Times New Roman" w:hAnsi="Arial" w:cs="Arial"/>
          <w:b/>
        </w:rPr>
        <w:t>.</w:t>
      </w:r>
      <w:r w:rsidR="00FD5099" w:rsidRPr="00071963">
        <w:rPr>
          <w:rFonts w:ascii="Arial" w:eastAsia="Times New Roman" w:hAnsi="Arial" w:cs="Arial"/>
          <w:b/>
        </w:rPr>
        <w:t xml:space="preserve"> </w:t>
      </w:r>
    </w:p>
    <w:p w14:paraId="0DC58E2A" w14:textId="77777777" w:rsidR="00FD5099" w:rsidRPr="00071963" w:rsidRDefault="00FD5099" w:rsidP="00FD5099">
      <w:pPr>
        <w:rPr>
          <w:rFonts w:ascii="Arial" w:eastAsia="Times New Roman" w:hAnsi="Arial" w:cs="Arial"/>
          <w:b/>
          <w:bCs/>
        </w:rPr>
      </w:pPr>
      <w:r w:rsidRPr="00071963">
        <w:rPr>
          <w:rFonts w:ascii="Arial" w:eastAsia="Times New Roman" w:hAnsi="Arial" w:cs="Arial"/>
          <w:b/>
          <w:bCs/>
        </w:rPr>
        <w:t>PAGO DE PERMISOS</w:t>
      </w:r>
      <w:r w:rsidR="00654A22" w:rsidRPr="00071963">
        <w:rPr>
          <w:rFonts w:ascii="Arial" w:eastAsia="Times New Roman" w:hAnsi="Arial" w:cs="Arial"/>
          <w:b/>
          <w:bCs/>
        </w:rPr>
        <w:t>.</w:t>
      </w:r>
    </w:p>
    <w:p w14:paraId="6EEBA1B2" w14:textId="77777777" w:rsidR="00FD5099" w:rsidRPr="00071963" w:rsidRDefault="00FD5099" w:rsidP="006F60D9">
      <w:pPr>
        <w:spacing w:line="276" w:lineRule="auto"/>
        <w:ind w:firstLine="567"/>
        <w:rPr>
          <w:rFonts w:ascii="Arial" w:eastAsia="Times New Roman" w:hAnsi="Arial" w:cs="Arial"/>
        </w:rPr>
      </w:pPr>
      <w:r w:rsidRPr="00071963">
        <w:rPr>
          <w:rFonts w:ascii="Arial" w:eastAsia="Times New Roman" w:hAnsi="Arial" w:cs="Arial"/>
        </w:rPr>
        <w:t>Es de exclusiva responsabilidad de los/as participantes, obtener sus permisos y/o autorizaciones necesarias para la instalación de su espacio comercial. (Tasación, traslado de boleta, permiso transitorio u otros).</w:t>
      </w:r>
    </w:p>
    <w:p w14:paraId="60A70B98" w14:textId="77777777" w:rsidR="00FD5099" w:rsidRPr="00071963" w:rsidRDefault="001C4808" w:rsidP="006F60D9">
      <w:pPr>
        <w:spacing w:line="276" w:lineRule="auto"/>
        <w:ind w:firstLine="567"/>
        <w:rPr>
          <w:rFonts w:ascii="Arial" w:eastAsia="Times New Roman" w:hAnsi="Arial" w:cs="Arial"/>
        </w:rPr>
      </w:pPr>
      <w:r w:rsidRPr="00071963">
        <w:rPr>
          <w:rFonts w:ascii="Arial" w:eastAsia="Times New Roman" w:hAnsi="Arial" w:cs="Arial"/>
        </w:rPr>
        <w:t>El pago de los permisos municipales será enterado según señala Ordenanza de Derechos y Permisos Municipales aprobado por Decreto Alcaldicio N°1924, de fecha 31 de octubre de 2018, en título V, artículo 9, como se detalla a continuación</w:t>
      </w:r>
      <w:r w:rsidR="00FD5099" w:rsidRPr="00071963">
        <w:rPr>
          <w:rFonts w:ascii="Arial" w:eastAsia="Times New Roman" w:hAnsi="Arial" w:cs="Arial"/>
        </w:rPr>
        <w:t>:</w:t>
      </w:r>
    </w:p>
    <w:tbl>
      <w:tblPr>
        <w:tblStyle w:val="Tablaconcuadrcula"/>
        <w:tblW w:w="0" w:type="auto"/>
        <w:jc w:val="center"/>
        <w:tblLook w:val="04A0" w:firstRow="1" w:lastRow="0" w:firstColumn="1" w:lastColumn="0" w:noHBand="0" w:noVBand="1"/>
      </w:tblPr>
      <w:tblGrid>
        <w:gridCol w:w="2830"/>
        <w:gridCol w:w="2830"/>
      </w:tblGrid>
      <w:tr w:rsidR="005F002D" w:rsidRPr="00071963" w14:paraId="75F854E8" w14:textId="6F146865" w:rsidTr="00FC3B9F">
        <w:trPr>
          <w:trHeight w:val="542"/>
          <w:jc w:val="center"/>
        </w:trPr>
        <w:tc>
          <w:tcPr>
            <w:tcW w:w="2830" w:type="dxa"/>
            <w:vAlign w:val="center"/>
          </w:tcPr>
          <w:p w14:paraId="1352737C" w14:textId="77777777" w:rsidR="00FC3B9F" w:rsidRPr="00FC3B9F" w:rsidRDefault="00FC3B9F" w:rsidP="00092293">
            <w:pPr>
              <w:jc w:val="center"/>
              <w:rPr>
                <w:rFonts w:ascii="Arial" w:hAnsi="Arial" w:cs="Arial"/>
              </w:rPr>
            </w:pPr>
            <w:r w:rsidRPr="00FC3B9F">
              <w:rPr>
                <w:rFonts w:ascii="Arial" w:hAnsi="Arial" w:cs="Arial"/>
              </w:rPr>
              <w:t>Comida típica</w:t>
            </w:r>
          </w:p>
          <w:p w14:paraId="0374AFA6" w14:textId="67D28C04" w:rsidR="005F002D" w:rsidRPr="00FC3B9F" w:rsidRDefault="00FC3B9F" w:rsidP="00092293">
            <w:pPr>
              <w:jc w:val="center"/>
              <w:rPr>
                <w:rFonts w:ascii="Arial" w:hAnsi="Arial" w:cs="Arial"/>
              </w:rPr>
            </w:pPr>
            <w:r w:rsidRPr="00FC3B9F">
              <w:rPr>
                <w:rFonts w:ascii="Arial" w:hAnsi="Arial" w:cs="Arial"/>
              </w:rPr>
              <w:t>1.5 UTM</w:t>
            </w:r>
            <w:r w:rsidR="005F002D" w:rsidRPr="00FC3B9F">
              <w:rPr>
                <w:rFonts w:ascii="Arial" w:hAnsi="Arial" w:cs="Arial"/>
              </w:rPr>
              <w:t xml:space="preserve"> por día</w:t>
            </w:r>
          </w:p>
        </w:tc>
        <w:tc>
          <w:tcPr>
            <w:tcW w:w="2830" w:type="dxa"/>
          </w:tcPr>
          <w:p w14:paraId="74D39C27" w14:textId="77777777" w:rsidR="00FC3B9F" w:rsidRDefault="005F002D" w:rsidP="00092293">
            <w:pPr>
              <w:jc w:val="center"/>
              <w:rPr>
                <w:rFonts w:ascii="Arial" w:hAnsi="Arial" w:cs="Arial"/>
              </w:rPr>
            </w:pPr>
            <w:r w:rsidRPr="00FC3B9F">
              <w:rPr>
                <w:rFonts w:ascii="Arial" w:hAnsi="Arial" w:cs="Arial"/>
              </w:rPr>
              <w:t>Venta de Alcohol</w:t>
            </w:r>
          </w:p>
          <w:p w14:paraId="7CF5D3E3" w14:textId="0B9F2ED0" w:rsidR="005F002D" w:rsidRPr="00FC3B9F" w:rsidRDefault="00FC3B9F" w:rsidP="00092293">
            <w:pPr>
              <w:jc w:val="center"/>
              <w:rPr>
                <w:rFonts w:ascii="Arial" w:hAnsi="Arial" w:cs="Arial"/>
              </w:rPr>
            </w:pPr>
            <w:r w:rsidRPr="00FC3B9F">
              <w:rPr>
                <w:rFonts w:ascii="Arial" w:hAnsi="Arial" w:cs="Arial"/>
              </w:rPr>
              <w:t xml:space="preserve">1 </w:t>
            </w:r>
            <w:r w:rsidR="005F002D" w:rsidRPr="00FC3B9F">
              <w:rPr>
                <w:rFonts w:ascii="Arial" w:hAnsi="Arial" w:cs="Arial"/>
              </w:rPr>
              <w:t>UTM por día</w:t>
            </w:r>
          </w:p>
        </w:tc>
      </w:tr>
    </w:tbl>
    <w:p w14:paraId="52DE3E11" w14:textId="77777777" w:rsidR="002271CC" w:rsidRPr="00071963" w:rsidRDefault="002271CC" w:rsidP="006F60D9">
      <w:pPr>
        <w:spacing w:line="276" w:lineRule="auto"/>
        <w:rPr>
          <w:rFonts w:ascii="Arial" w:hAnsi="Arial" w:cs="Arial"/>
        </w:rPr>
      </w:pPr>
    </w:p>
    <w:p w14:paraId="330000B2" w14:textId="77777777" w:rsidR="002271CC" w:rsidRPr="00071963" w:rsidRDefault="002271CC" w:rsidP="006F60D9">
      <w:pPr>
        <w:spacing w:line="276" w:lineRule="auto"/>
        <w:ind w:firstLine="567"/>
        <w:rPr>
          <w:rFonts w:ascii="Arial" w:hAnsi="Arial" w:cs="Arial"/>
        </w:rPr>
      </w:pPr>
      <w:r w:rsidRPr="00071963">
        <w:rPr>
          <w:rFonts w:ascii="Arial" w:hAnsi="Arial" w:cs="Arial"/>
        </w:rPr>
        <w:t>El valor se calculará en función de la UTM vigente en el mes de noviembre de 2026.</w:t>
      </w:r>
    </w:p>
    <w:p w14:paraId="2227836F" w14:textId="77777777" w:rsidR="00275323" w:rsidRPr="00071963" w:rsidRDefault="00275323" w:rsidP="006F60D9">
      <w:pPr>
        <w:spacing w:line="276" w:lineRule="auto"/>
        <w:ind w:firstLine="567"/>
        <w:rPr>
          <w:rFonts w:ascii="Arial" w:hAnsi="Arial" w:cs="Arial"/>
          <w:lang w:val="es-MX"/>
        </w:rPr>
      </w:pPr>
      <w:r w:rsidRPr="00071963">
        <w:rPr>
          <w:rFonts w:ascii="Arial" w:hAnsi="Arial" w:cs="Arial"/>
          <w:lang w:val="es-MX"/>
        </w:rPr>
        <w:t>De conformidad con la Ordenanza sobre Derechos Municipales de la Municipalidad de Chiguayante, aprobada mediante Decreto Alcaldicio N° 1924, de 31 de octubre de 2018, y modificada mediante Decreto Alcaldicio N° 1830, de 28 de octubre de 2021, las personas seleccionadas que así lo estimen, podrán solicitar, de manera excepcional, la exención total o parcial de los derechos municipales, siempre que ello no se encuentre prohibido por la legislación vigente.</w:t>
      </w:r>
    </w:p>
    <w:p w14:paraId="60E9F9D6" w14:textId="77777777" w:rsidR="00275323" w:rsidRPr="00071963" w:rsidRDefault="00275323" w:rsidP="006F60D9">
      <w:pPr>
        <w:spacing w:line="276" w:lineRule="auto"/>
        <w:ind w:firstLine="567"/>
        <w:rPr>
          <w:rFonts w:ascii="Arial" w:hAnsi="Arial" w:cs="Arial"/>
          <w:lang w:val="es-MX"/>
        </w:rPr>
      </w:pPr>
      <w:r w:rsidRPr="00071963">
        <w:rPr>
          <w:rFonts w:ascii="Arial" w:hAnsi="Arial" w:cs="Arial"/>
          <w:lang w:val="es-MX"/>
        </w:rPr>
        <w:t>Para ello, el postulante deberá presentar una solicitud escrita, ingresada por la Oficina de Partes de la Municipalidad, en la que fundamente las razones por las cuales solicita la exención total o parcial de los derechos y acompañe los antecedentes que estime pertinentes. Dicha solicitud deberá ser presentada dentro del plazo máximo de </w:t>
      </w:r>
      <w:r w:rsidRPr="00071963">
        <w:rPr>
          <w:rFonts w:ascii="Arial" w:hAnsi="Arial" w:cs="Arial"/>
          <w:b/>
          <w:bCs/>
          <w:lang w:val="es-MX"/>
        </w:rPr>
        <w:t>dos (2) días hábiles</w:t>
      </w:r>
      <w:r w:rsidRPr="00071963">
        <w:rPr>
          <w:rFonts w:ascii="Arial" w:hAnsi="Arial" w:cs="Arial"/>
          <w:lang w:val="es-MX"/>
        </w:rPr>
        <w:t>, contado desde la notificación de su selección como participante de las Fiesta de la Primavera.</w:t>
      </w:r>
    </w:p>
    <w:p w14:paraId="0B226FA5" w14:textId="77777777" w:rsidR="00275323" w:rsidRPr="00071963" w:rsidRDefault="00275323" w:rsidP="006F60D9">
      <w:pPr>
        <w:spacing w:line="276" w:lineRule="auto"/>
        <w:ind w:firstLine="567"/>
        <w:rPr>
          <w:rFonts w:ascii="Arial" w:hAnsi="Arial" w:cs="Arial"/>
        </w:rPr>
      </w:pPr>
      <w:r w:rsidRPr="00071963">
        <w:rPr>
          <w:rFonts w:ascii="Arial" w:hAnsi="Arial" w:cs="Arial"/>
          <w:lang w:val="es-MX"/>
        </w:rPr>
        <w:t>La Municipalidad verificará los antecedentes presentados a fin de determinar si el solicitante cumple con los requisitos establecidos en la Ordenanza sobre Derechos Municipales. La sola presentación de la solicitud no otorga derecho a la exención, la que tendrá carácter excepcional y será resuelta conforme a la normativa vigente.</w:t>
      </w:r>
    </w:p>
    <w:p w14:paraId="4321CBCE" w14:textId="77777777" w:rsidR="00FD5099" w:rsidRPr="00071963" w:rsidRDefault="00F82FE0" w:rsidP="006F60D9">
      <w:pPr>
        <w:spacing w:line="276" w:lineRule="auto"/>
        <w:rPr>
          <w:rFonts w:ascii="Arial" w:eastAsia="Times New Roman" w:hAnsi="Arial" w:cs="Arial"/>
          <w:b/>
          <w:bCs/>
        </w:rPr>
      </w:pPr>
      <w:r w:rsidRPr="00071963">
        <w:rPr>
          <w:rFonts w:ascii="Arial" w:eastAsia="Times New Roman" w:hAnsi="Arial" w:cs="Arial"/>
          <w:b/>
          <w:bCs/>
        </w:rPr>
        <w:t xml:space="preserve">V. </w:t>
      </w:r>
      <w:r w:rsidR="00FD5099" w:rsidRPr="00071963">
        <w:rPr>
          <w:rFonts w:ascii="Arial" w:eastAsia="Times New Roman" w:hAnsi="Arial" w:cs="Arial"/>
          <w:b/>
          <w:bCs/>
        </w:rPr>
        <w:t>MULTAS POR INCUMPLIMIENTO A LAS BASES</w:t>
      </w:r>
      <w:r w:rsidR="00CA02F5" w:rsidRPr="00071963">
        <w:rPr>
          <w:rFonts w:ascii="Arial" w:eastAsia="Times New Roman" w:hAnsi="Arial" w:cs="Arial"/>
          <w:b/>
          <w:bCs/>
        </w:rPr>
        <w:t>.</w:t>
      </w:r>
    </w:p>
    <w:p w14:paraId="029486E4" w14:textId="77777777" w:rsidR="00FD5099" w:rsidRPr="00071963" w:rsidRDefault="00FD5099" w:rsidP="006F60D9">
      <w:pPr>
        <w:spacing w:line="276" w:lineRule="auto"/>
        <w:ind w:firstLine="567"/>
        <w:rPr>
          <w:rFonts w:ascii="Arial" w:eastAsia="Times New Roman" w:hAnsi="Arial" w:cs="Arial"/>
        </w:rPr>
      </w:pPr>
      <w:r w:rsidRPr="00071963">
        <w:rPr>
          <w:rFonts w:ascii="Arial" w:eastAsia="Times New Roman" w:hAnsi="Arial" w:cs="Arial"/>
        </w:rPr>
        <w:t xml:space="preserve">Todos/as los/as participantes seleccionados deberán asegurar la estricta sujeción a las presentes bases. En caso de incumplimiento a los lineamientos establecidos en las presentes bases, los participantes podrán ser sancionados de la siguiente manera: </w:t>
      </w:r>
    </w:p>
    <w:p w14:paraId="17077F45" w14:textId="77777777" w:rsidR="00FD5099" w:rsidRPr="00071963" w:rsidRDefault="00FD5099" w:rsidP="006F60D9">
      <w:pPr>
        <w:spacing w:line="276" w:lineRule="auto"/>
        <w:ind w:left="567"/>
        <w:rPr>
          <w:rFonts w:ascii="Arial" w:eastAsia="Times New Roman" w:hAnsi="Arial" w:cs="Arial"/>
        </w:rPr>
      </w:pPr>
      <w:r w:rsidRPr="00071963">
        <w:rPr>
          <w:rFonts w:ascii="Segoe UI Symbol" w:eastAsia="Times New Roman" w:hAnsi="Segoe UI Symbol" w:cs="Segoe UI Symbol"/>
          <w:b/>
          <w:bCs/>
        </w:rPr>
        <w:t>✓</w:t>
      </w:r>
      <w:r w:rsidRPr="00071963">
        <w:rPr>
          <w:rFonts w:ascii="Arial" w:eastAsia="Times New Roman" w:hAnsi="Arial" w:cs="Arial"/>
        </w:rPr>
        <w:t xml:space="preserve"> Multas de hasta 1 UTM </w:t>
      </w:r>
    </w:p>
    <w:p w14:paraId="15AA3484" w14:textId="77777777" w:rsidR="00FD5099" w:rsidRPr="00071963" w:rsidRDefault="00FD5099" w:rsidP="006F60D9">
      <w:pPr>
        <w:spacing w:line="276" w:lineRule="auto"/>
        <w:ind w:firstLine="567"/>
        <w:rPr>
          <w:rFonts w:ascii="Arial" w:eastAsia="Times New Roman" w:hAnsi="Arial" w:cs="Arial"/>
        </w:rPr>
      </w:pPr>
      <w:r w:rsidRPr="00071963">
        <w:rPr>
          <w:rFonts w:ascii="Arial" w:eastAsia="Times New Roman" w:hAnsi="Arial" w:cs="Arial"/>
        </w:rPr>
        <w:t xml:space="preserve">Toda multa </w:t>
      </w:r>
      <w:r w:rsidR="0000361C" w:rsidRPr="00071963">
        <w:rPr>
          <w:rFonts w:ascii="Arial" w:eastAsia="Times New Roman" w:hAnsi="Arial" w:cs="Arial"/>
        </w:rPr>
        <w:t xml:space="preserve">en UTM </w:t>
      </w:r>
      <w:r w:rsidRPr="00071963">
        <w:rPr>
          <w:rFonts w:ascii="Arial" w:eastAsia="Times New Roman" w:hAnsi="Arial" w:cs="Arial"/>
        </w:rPr>
        <w:t>será cursada por inspector municipal</w:t>
      </w:r>
      <w:r w:rsidR="00250C90" w:rsidRPr="00071963">
        <w:rPr>
          <w:rFonts w:ascii="Arial" w:eastAsia="Times New Roman" w:hAnsi="Arial" w:cs="Arial"/>
        </w:rPr>
        <w:t xml:space="preserve"> </w:t>
      </w:r>
      <w:r w:rsidRPr="00071963">
        <w:rPr>
          <w:rFonts w:ascii="Arial" w:eastAsia="Times New Roman" w:hAnsi="Arial" w:cs="Arial"/>
        </w:rPr>
        <w:t>y derivada para su cobro al Juzgado de Policía Local de esta Comuna.</w:t>
      </w:r>
    </w:p>
    <w:p w14:paraId="3DAD6A25" w14:textId="77777777" w:rsidR="00F14042" w:rsidRPr="00071963" w:rsidRDefault="00F14042" w:rsidP="006F60D9">
      <w:pPr>
        <w:spacing w:after="0" w:line="276" w:lineRule="auto"/>
        <w:rPr>
          <w:rFonts w:ascii="Arial" w:eastAsia="Times New Roman" w:hAnsi="Arial" w:cs="Arial"/>
        </w:rPr>
      </w:pPr>
    </w:p>
    <w:p w14:paraId="2468D5BF" w14:textId="77777777" w:rsidR="008013B1" w:rsidRPr="00071963" w:rsidRDefault="008013B1" w:rsidP="008013B1">
      <w:pPr>
        <w:spacing w:after="0"/>
        <w:rPr>
          <w:rFonts w:ascii="Arial" w:eastAsia="Times New Roman" w:hAnsi="Arial" w:cs="Arial"/>
        </w:rPr>
      </w:pPr>
    </w:p>
    <w:p w14:paraId="64DCC744" w14:textId="77777777" w:rsidR="00FD5099" w:rsidRPr="00071963" w:rsidRDefault="00FD5099" w:rsidP="006F60D9">
      <w:pPr>
        <w:spacing w:line="276" w:lineRule="auto"/>
        <w:rPr>
          <w:rFonts w:ascii="Arial" w:hAnsi="Arial" w:cs="Arial"/>
        </w:rPr>
      </w:pPr>
      <w:r w:rsidRPr="00071963">
        <w:rPr>
          <w:rFonts w:ascii="Arial" w:eastAsia="Times New Roman" w:hAnsi="Arial" w:cs="Arial"/>
          <w:b/>
        </w:rPr>
        <w:t>V</w:t>
      </w:r>
      <w:r w:rsidR="00F82FE0" w:rsidRPr="00071963">
        <w:rPr>
          <w:rFonts w:ascii="Arial" w:eastAsia="Times New Roman" w:hAnsi="Arial" w:cs="Arial"/>
          <w:b/>
        </w:rPr>
        <w:t>I</w:t>
      </w:r>
      <w:r w:rsidRPr="00071963">
        <w:rPr>
          <w:rFonts w:ascii="Arial" w:eastAsia="Times New Roman" w:hAnsi="Arial" w:cs="Arial"/>
          <w:b/>
        </w:rPr>
        <w:t>. REQUISITOS Y ANTECEDENTES PARA POSTULAR</w:t>
      </w:r>
      <w:r w:rsidR="00250C90" w:rsidRPr="00071963">
        <w:rPr>
          <w:rFonts w:ascii="Arial" w:eastAsia="Times New Roman" w:hAnsi="Arial" w:cs="Arial"/>
          <w:b/>
        </w:rPr>
        <w:t>.</w:t>
      </w:r>
    </w:p>
    <w:p w14:paraId="04D57577" w14:textId="77777777" w:rsidR="00275323" w:rsidRPr="00071963" w:rsidRDefault="00275323" w:rsidP="006F60D9">
      <w:pPr>
        <w:spacing w:after="200" w:line="276" w:lineRule="auto"/>
        <w:ind w:firstLine="633"/>
        <w:rPr>
          <w:rFonts w:ascii="Arial" w:hAnsi="Arial" w:cs="Arial"/>
        </w:rPr>
      </w:pPr>
      <w:r w:rsidRPr="00071963">
        <w:rPr>
          <w:rFonts w:ascii="Arial" w:eastAsia="Times New Roman" w:hAnsi="Arial" w:cs="Arial"/>
        </w:rPr>
        <w:t>Las personas interesadas deberán presentar su postulación en un SOBRE CERRADO, incorporando en su interior, la siguiente documentación:</w:t>
      </w:r>
    </w:p>
    <w:p w14:paraId="0C081014" w14:textId="77777777" w:rsidR="00275323" w:rsidRPr="00071963" w:rsidRDefault="00275323" w:rsidP="006F60D9">
      <w:pPr>
        <w:numPr>
          <w:ilvl w:val="0"/>
          <w:numId w:val="1"/>
        </w:numPr>
        <w:tabs>
          <w:tab w:val="clear" w:pos="360"/>
          <w:tab w:val="left" w:pos="284"/>
          <w:tab w:val="num" w:pos="1637"/>
        </w:tabs>
        <w:spacing w:before="240" w:after="200" w:line="276" w:lineRule="auto"/>
        <w:ind w:left="0" w:firstLine="0"/>
        <w:contextualSpacing/>
        <w:rPr>
          <w:rFonts w:ascii="Arial" w:hAnsi="Arial" w:cs="Arial"/>
          <w:b/>
          <w:bCs/>
        </w:rPr>
      </w:pPr>
      <w:r w:rsidRPr="00071963">
        <w:rPr>
          <w:rFonts w:ascii="Arial" w:eastAsia="Times New Roman" w:hAnsi="Arial" w:cs="Arial"/>
        </w:rPr>
        <w:t xml:space="preserve">Formulario de postulación completo y firmado </w:t>
      </w:r>
      <w:r w:rsidRPr="00071963">
        <w:rPr>
          <w:rFonts w:ascii="Arial" w:eastAsia="Times New Roman" w:hAnsi="Arial" w:cs="Arial"/>
          <w:b/>
          <w:bCs/>
        </w:rPr>
        <w:t>(ANEXO N°1</w:t>
      </w:r>
      <w:r w:rsidR="009A24BC" w:rsidRPr="00071963">
        <w:rPr>
          <w:rFonts w:ascii="Arial" w:eastAsia="Times New Roman" w:hAnsi="Arial" w:cs="Arial"/>
          <w:b/>
          <w:bCs/>
        </w:rPr>
        <w:t>)</w:t>
      </w:r>
      <w:r w:rsidRPr="00071963">
        <w:rPr>
          <w:rFonts w:ascii="Arial" w:eastAsia="Times New Roman" w:hAnsi="Arial" w:cs="Arial"/>
          <w:b/>
          <w:bCs/>
        </w:rPr>
        <w:t xml:space="preserve"> Excluyente</w:t>
      </w:r>
      <w:r w:rsidR="009A24BC" w:rsidRPr="00071963">
        <w:rPr>
          <w:rFonts w:ascii="Arial" w:eastAsia="Times New Roman" w:hAnsi="Arial" w:cs="Arial"/>
          <w:b/>
          <w:bCs/>
        </w:rPr>
        <w:t>.</w:t>
      </w:r>
    </w:p>
    <w:p w14:paraId="2C5D8B6F" w14:textId="77777777" w:rsidR="00275323" w:rsidRPr="00071963" w:rsidRDefault="00275323" w:rsidP="006F60D9">
      <w:pPr>
        <w:numPr>
          <w:ilvl w:val="0"/>
          <w:numId w:val="1"/>
        </w:numPr>
        <w:tabs>
          <w:tab w:val="clear" w:pos="360"/>
          <w:tab w:val="left" w:pos="284"/>
          <w:tab w:val="num" w:pos="1637"/>
        </w:tabs>
        <w:spacing w:before="240" w:after="200" w:line="276" w:lineRule="auto"/>
        <w:ind w:left="0" w:firstLine="0"/>
        <w:contextualSpacing/>
        <w:rPr>
          <w:rFonts w:ascii="Arial" w:hAnsi="Arial" w:cs="Arial"/>
        </w:rPr>
      </w:pPr>
      <w:r w:rsidRPr="00071963">
        <w:rPr>
          <w:rFonts w:ascii="Arial" w:eastAsia="Times New Roman" w:hAnsi="Arial" w:cs="Arial"/>
        </w:rPr>
        <w:t xml:space="preserve">Fotocopia de cédula de identidad </w:t>
      </w:r>
      <w:r w:rsidRPr="00071963">
        <w:rPr>
          <w:rFonts w:ascii="Arial" w:eastAsia="Times New Roman" w:hAnsi="Arial" w:cs="Arial"/>
          <w:b/>
          <w:bCs/>
        </w:rPr>
        <w:t>(ambos lados)</w:t>
      </w:r>
      <w:r w:rsidRPr="00071963">
        <w:rPr>
          <w:rFonts w:ascii="Arial" w:eastAsia="Times New Roman" w:hAnsi="Arial" w:cs="Arial"/>
        </w:rPr>
        <w:t xml:space="preserve"> </w:t>
      </w:r>
      <w:r w:rsidRPr="00071963">
        <w:rPr>
          <w:rFonts w:ascii="Arial" w:eastAsia="Times New Roman" w:hAnsi="Arial" w:cs="Arial"/>
          <w:b/>
          <w:bCs/>
        </w:rPr>
        <w:t>Excluyente</w:t>
      </w:r>
      <w:r w:rsidR="009A24BC" w:rsidRPr="00071963">
        <w:rPr>
          <w:rFonts w:ascii="Arial" w:eastAsia="Times New Roman" w:hAnsi="Arial" w:cs="Arial"/>
          <w:b/>
          <w:bCs/>
        </w:rPr>
        <w:t>.</w:t>
      </w:r>
    </w:p>
    <w:p w14:paraId="1BBAF5B2" w14:textId="77777777" w:rsidR="00275323" w:rsidRPr="00071963" w:rsidRDefault="00275323" w:rsidP="006F60D9">
      <w:pPr>
        <w:numPr>
          <w:ilvl w:val="0"/>
          <w:numId w:val="1"/>
        </w:numPr>
        <w:tabs>
          <w:tab w:val="clear" w:pos="360"/>
          <w:tab w:val="left" w:pos="284"/>
          <w:tab w:val="num" w:pos="1637"/>
        </w:tabs>
        <w:spacing w:before="240" w:after="200" w:line="276" w:lineRule="auto"/>
        <w:ind w:left="0" w:firstLine="0"/>
        <w:contextualSpacing/>
        <w:rPr>
          <w:rFonts w:ascii="Arial" w:hAnsi="Arial" w:cs="Arial"/>
        </w:rPr>
      </w:pPr>
      <w:r w:rsidRPr="00071963">
        <w:rPr>
          <w:rFonts w:ascii="Arial" w:eastAsia="Times New Roman" w:hAnsi="Arial" w:cs="Arial"/>
        </w:rPr>
        <w:t>Cartola Hogar (Registro Social de Hogares), certificado de residencia emitido por la JJVV de su sector, o boleta de servicios básicos a nombre del postulante. Lo anterior permitirá la acreditación de residencia en la comuna de Chiguayante. (</w:t>
      </w:r>
      <w:r w:rsidR="009A24BC" w:rsidRPr="00071963">
        <w:rPr>
          <w:rFonts w:ascii="Arial" w:eastAsia="Times New Roman" w:hAnsi="Arial" w:cs="Arial"/>
        </w:rPr>
        <w:t>T</w:t>
      </w:r>
      <w:r w:rsidRPr="00071963">
        <w:rPr>
          <w:rFonts w:ascii="Arial" w:eastAsia="Times New Roman" w:hAnsi="Arial" w:cs="Arial"/>
        </w:rPr>
        <w:t xml:space="preserve">odos los documentos deben tener fecha de emisión de menos de 30 días) </w:t>
      </w:r>
      <w:r w:rsidRPr="00071963">
        <w:rPr>
          <w:rFonts w:ascii="Arial" w:eastAsia="Times New Roman" w:hAnsi="Arial" w:cs="Arial"/>
          <w:b/>
          <w:bCs/>
        </w:rPr>
        <w:t>Excluyente</w:t>
      </w:r>
      <w:r w:rsidR="009A24BC" w:rsidRPr="00071963">
        <w:rPr>
          <w:rFonts w:ascii="Arial" w:eastAsia="Times New Roman" w:hAnsi="Arial" w:cs="Arial"/>
          <w:b/>
          <w:bCs/>
        </w:rPr>
        <w:t>.</w:t>
      </w:r>
    </w:p>
    <w:p w14:paraId="6E70755E" w14:textId="77777777" w:rsidR="00275323" w:rsidRPr="00071963" w:rsidRDefault="00275323" w:rsidP="006F60D9">
      <w:pPr>
        <w:numPr>
          <w:ilvl w:val="0"/>
          <w:numId w:val="1"/>
        </w:numPr>
        <w:tabs>
          <w:tab w:val="clear" w:pos="360"/>
          <w:tab w:val="left" w:pos="284"/>
          <w:tab w:val="num" w:pos="1637"/>
        </w:tabs>
        <w:spacing w:after="200" w:line="276" w:lineRule="auto"/>
        <w:ind w:left="0" w:firstLine="0"/>
        <w:contextualSpacing/>
        <w:rPr>
          <w:rFonts w:ascii="Arial" w:hAnsi="Arial" w:cs="Arial"/>
          <w:lang w:val="es-MX"/>
        </w:rPr>
      </w:pPr>
      <w:r w:rsidRPr="00071963">
        <w:rPr>
          <w:rFonts w:ascii="Arial" w:hAnsi="Arial" w:cs="Arial"/>
          <w:lang w:val="es-MX"/>
        </w:rPr>
        <w:t xml:space="preserve">Con el objeto de asegurar el cumplimiento de la normativa tributaria vigente y verificar la condición tributaria de los postulantes, toda persona natural o jurídica que solicite autorización para participar en la actividad deberá acompañar, al momento de su postulación, </w:t>
      </w:r>
      <w:r w:rsidRPr="00CE0865">
        <w:rPr>
          <w:rFonts w:ascii="Arial" w:hAnsi="Arial" w:cs="Arial"/>
          <w:u w:val="single"/>
          <w:lang w:val="es-MX"/>
        </w:rPr>
        <w:t>alguno de los siguientes antecedentes</w:t>
      </w:r>
      <w:r w:rsidRPr="00071963">
        <w:rPr>
          <w:rFonts w:ascii="Arial" w:hAnsi="Arial" w:cs="Arial"/>
          <w:lang w:val="es-MX"/>
        </w:rPr>
        <w:t>, según corresponda a su situación:</w:t>
      </w:r>
      <w:r w:rsidRPr="00071963">
        <w:rPr>
          <w:rFonts w:ascii="Arial" w:hAnsi="Arial" w:cs="Arial"/>
          <w:b/>
          <w:bCs/>
          <w:lang w:val="es-MX"/>
        </w:rPr>
        <w:t> </w:t>
      </w:r>
    </w:p>
    <w:p w14:paraId="6B5390D4" w14:textId="77777777" w:rsidR="00275323" w:rsidRPr="00071963" w:rsidRDefault="00275323" w:rsidP="006F60D9">
      <w:pPr>
        <w:numPr>
          <w:ilvl w:val="0"/>
          <w:numId w:val="25"/>
        </w:numPr>
        <w:tabs>
          <w:tab w:val="left" w:pos="284"/>
        </w:tabs>
        <w:spacing w:before="240" w:after="200" w:line="276" w:lineRule="auto"/>
        <w:ind w:left="0" w:firstLine="0"/>
        <w:contextualSpacing/>
        <w:rPr>
          <w:rFonts w:ascii="Arial" w:hAnsi="Arial" w:cs="Arial"/>
          <w:lang w:val="es-MX"/>
        </w:rPr>
      </w:pPr>
      <w:r w:rsidRPr="00071963">
        <w:rPr>
          <w:rFonts w:ascii="Arial" w:hAnsi="Arial" w:cs="Arial"/>
          <w:lang w:val="es-MX"/>
        </w:rPr>
        <w:t>Certificado de Inicio de Actividades emitido por el Servicio de Impuestos Internos (SII), correspondiente al giro o actividad por la cual postula. </w:t>
      </w:r>
      <w:r w:rsidRPr="00071963">
        <w:rPr>
          <w:rFonts w:ascii="Arial" w:eastAsia="Times New Roman" w:hAnsi="Arial" w:cs="Arial"/>
          <w:b/>
          <w:bCs/>
        </w:rPr>
        <w:t>Excluyente</w:t>
      </w:r>
    </w:p>
    <w:p w14:paraId="7FE8149D" w14:textId="77777777" w:rsidR="00275323" w:rsidRPr="00071963" w:rsidRDefault="00275323" w:rsidP="006F60D9">
      <w:pPr>
        <w:numPr>
          <w:ilvl w:val="0"/>
          <w:numId w:val="25"/>
        </w:numPr>
        <w:tabs>
          <w:tab w:val="left" w:pos="284"/>
        </w:tabs>
        <w:spacing w:before="240" w:after="200" w:line="276" w:lineRule="auto"/>
        <w:ind w:left="0" w:firstLine="0"/>
        <w:contextualSpacing/>
        <w:rPr>
          <w:rFonts w:ascii="Arial" w:hAnsi="Arial" w:cs="Arial"/>
          <w:lang w:val="es-MX"/>
        </w:rPr>
      </w:pPr>
      <w:r w:rsidRPr="00071963">
        <w:rPr>
          <w:rFonts w:ascii="Arial" w:hAnsi="Arial" w:cs="Arial"/>
          <w:lang w:val="es-MX"/>
        </w:rPr>
        <w:t>Certificado emitido por el Servicio de Impuestos Internos que acredite su calidad de contribuyente acogido al régimen de Actividad de Subsistencia, cuando corresponda. </w:t>
      </w:r>
      <w:r w:rsidRPr="00071963">
        <w:rPr>
          <w:rFonts w:ascii="Arial" w:eastAsia="Times New Roman" w:hAnsi="Arial" w:cs="Arial"/>
          <w:b/>
          <w:bCs/>
        </w:rPr>
        <w:t>Excluyente</w:t>
      </w:r>
    </w:p>
    <w:p w14:paraId="198FE062" w14:textId="77777777" w:rsidR="00E9366E" w:rsidRDefault="00275323" w:rsidP="00E9366E">
      <w:pPr>
        <w:numPr>
          <w:ilvl w:val="0"/>
          <w:numId w:val="25"/>
        </w:numPr>
        <w:tabs>
          <w:tab w:val="left" w:pos="284"/>
        </w:tabs>
        <w:spacing w:before="240" w:after="200" w:line="276" w:lineRule="auto"/>
        <w:ind w:left="0" w:firstLine="0"/>
        <w:contextualSpacing/>
        <w:rPr>
          <w:rFonts w:ascii="Arial" w:hAnsi="Arial" w:cs="Arial"/>
          <w:lang w:val="es-MX"/>
        </w:rPr>
      </w:pPr>
      <w:r w:rsidRPr="00071963">
        <w:rPr>
          <w:rFonts w:ascii="Arial" w:hAnsi="Arial" w:cs="Arial"/>
          <w:lang w:val="es-MX"/>
        </w:rPr>
        <w:t>Declaración Jurada Simple, mediante la cual el postulante manifieste, bajo su exclusiva responsabilidad, que la actividad económica para la cual solicita autorización tiene carácter estrictamente esporádico u ocasional, que será desarrollada únicamente con ocasión de la presente actividad, y que su realización cumple con la normativa tributaria vigente, especialmente con lo dispuesto en la Ley N° 21.713 y las instrucciones impartidas por el Servicio de Impuestos Internos</w:t>
      </w:r>
      <w:r w:rsidRPr="00071963">
        <w:rPr>
          <w:rFonts w:ascii="Arial" w:hAnsi="Arial" w:cs="Arial"/>
          <w:b/>
          <w:bCs/>
          <w:lang w:val="es-MX"/>
        </w:rPr>
        <w:t>. (Anexo N°4)</w:t>
      </w:r>
      <w:r w:rsidRPr="00071963">
        <w:rPr>
          <w:rFonts w:ascii="Arial" w:hAnsi="Arial" w:cs="Arial"/>
          <w:lang w:val="es-MX"/>
        </w:rPr>
        <w:t> </w:t>
      </w:r>
      <w:r w:rsidRPr="00071963">
        <w:rPr>
          <w:rFonts w:ascii="Arial" w:eastAsia="Times New Roman" w:hAnsi="Arial" w:cs="Arial"/>
          <w:b/>
          <w:bCs/>
        </w:rPr>
        <w:t>Excluyente</w:t>
      </w:r>
      <w:r w:rsidR="009A24BC" w:rsidRPr="00071963">
        <w:rPr>
          <w:rFonts w:ascii="Arial" w:eastAsia="Times New Roman" w:hAnsi="Arial" w:cs="Arial"/>
          <w:b/>
          <w:bCs/>
        </w:rPr>
        <w:t>.</w:t>
      </w:r>
    </w:p>
    <w:p w14:paraId="154F1EAA" w14:textId="368336C3" w:rsidR="009A24BC" w:rsidRPr="00092293" w:rsidRDefault="00E9366E" w:rsidP="00092293">
      <w:pPr>
        <w:numPr>
          <w:ilvl w:val="0"/>
          <w:numId w:val="25"/>
        </w:numPr>
        <w:tabs>
          <w:tab w:val="left" w:pos="284"/>
        </w:tabs>
        <w:spacing w:before="240" w:after="200" w:line="276" w:lineRule="auto"/>
        <w:ind w:left="0" w:firstLine="0"/>
        <w:contextualSpacing/>
        <w:rPr>
          <w:rFonts w:ascii="Arial" w:hAnsi="Arial" w:cs="Arial"/>
          <w:lang w:val="es-MX"/>
        </w:rPr>
      </w:pPr>
      <w:r w:rsidRPr="00E9366E">
        <w:rPr>
          <w:rFonts w:ascii="Arial" w:eastAsia="Times New Roman" w:hAnsi="Arial" w:cs="Arial"/>
          <w:lang w:val="es-MX" w:eastAsia="es-MX"/>
        </w:rPr>
        <w:t>Venta de alcohol: En caso de que la persona natural o jurídica postulante contemple la venta de bebidas alcohólicas dentro de su oferta gastronómica, deberá presentar un Certificado de Antecedentes para Fines Especiales y una Declaración Jurada Notarial, mediante la cual declare no encontrarse afecta a las inhabilidades legales para la venta de bebidas alcohólicas, conforme al Anexo N°5 de las presentes bases.</w:t>
      </w:r>
      <w:r>
        <w:rPr>
          <w:rFonts w:ascii="Arial" w:eastAsia="Times New Roman" w:hAnsi="Arial" w:cs="Arial"/>
          <w:lang w:val="es-MX" w:eastAsia="es-MX"/>
        </w:rPr>
        <w:t xml:space="preserve"> </w:t>
      </w:r>
      <w:r w:rsidRPr="00071963">
        <w:rPr>
          <w:rFonts w:ascii="Arial" w:eastAsia="Times New Roman" w:hAnsi="Arial" w:cs="Arial"/>
          <w:b/>
          <w:bCs/>
        </w:rPr>
        <w:t>Excluyente</w:t>
      </w:r>
      <w:r w:rsidR="00092293">
        <w:rPr>
          <w:rFonts w:ascii="Arial" w:eastAsia="Times New Roman" w:hAnsi="Arial" w:cs="Arial"/>
          <w:b/>
          <w:bCs/>
        </w:rPr>
        <w:t>.</w:t>
      </w:r>
    </w:p>
    <w:p w14:paraId="2E551101" w14:textId="77777777" w:rsidR="00092293" w:rsidRPr="00092293" w:rsidRDefault="00092293" w:rsidP="00092293">
      <w:pPr>
        <w:tabs>
          <w:tab w:val="left" w:pos="284"/>
        </w:tabs>
        <w:spacing w:before="240" w:after="200" w:line="276" w:lineRule="auto"/>
        <w:contextualSpacing/>
        <w:rPr>
          <w:rFonts w:ascii="Arial" w:hAnsi="Arial" w:cs="Arial"/>
          <w:lang w:val="es-MX"/>
        </w:rPr>
      </w:pPr>
    </w:p>
    <w:p w14:paraId="2CE3288F" w14:textId="3DB07B9E" w:rsidR="009A24BC" w:rsidRDefault="00275323" w:rsidP="00092293">
      <w:pPr>
        <w:tabs>
          <w:tab w:val="left" w:pos="567"/>
        </w:tabs>
        <w:spacing w:before="240" w:after="200" w:line="276" w:lineRule="auto"/>
        <w:contextualSpacing/>
        <w:jc w:val="center"/>
        <w:rPr>
          <w:rFonts w:ascii="Arial" w:hAnsi="Arial" w:cs="Arial"/>
          <w:i/>
          <w:iCs/>
          <w:lang w:val="es-MX"/>
        </w:rPr>
      </w:pPr>
      <w:r w:rsidRPr="00092293">
        <w:rPr>
          <w:rFonts w:ascii="Arial" w:hAnsi="Arial" w:cs="Arial"/>
          <w:i/>
          <w:iCs/>
          <w:lang w:val="es-MX"/>
        </w:rPr>
        <w:t xml:space="preserve">La Municipalidad podrá verificar la autenticidad de </w:t>
      </w:r>
      <w:r w:rsidR="00E9366E" w:rsidRPr="00092293">
        <w:rPr>
          <w:rFonts w:ascii="Arial" w:hAnsi="Arial" w:cs="Arial"/>
          <w:i/>
          <w:iCs/>
          <w:lang w:val="es-MX"/>
        </w:rPr>
        <w:t xml:space="preserve">todos </w:t>
      </w:r>
      <w:r w:rsidRPr="00092293">
        <w:rPr>
          <w:rFonts w:ascii="Arial" w:hAnsi="Arial" w:cs="Arial"/>
          <w:i/>
          <w:iCs/>
          <w:lang w:val="es-MX"/>
        </w:rPr>
        <w:t>los antecedentes presentados y</w:t>
      </w:r>
      <w:r w:rsidR="00E9366E" w:rsidRPr="00092293">
        <w:rPr>
          <w:rFonts w:ascii="Arial" w:hAnsi="Arial" w:cs="Arial"/>
          <w:i/>
          <w:iCs/>
          <w:lang w:val="es-MX"/>
        </w:rPr>
        <w:t>/o</w:t>
      </w:r>
      <w:r w:rsidRPr="00092293">
        <w:rPr>
          <w:rFonts w:ascii="Arial" w:hAnsi="Arial" w:cs="Arial"/>
          <w:i/>
          <w:iCs/>
          <w:lang w:val="es-MX"/>
        </w:rPr>
        <w:t xml:space="preserve"> requerir información adicional cuando existan dudas fundadas respecto de la situación tributaria declarada por el postulante</w:t>
      </w:r>
      <w:r w:rsidR="00E9366E" w:rsidRPr="00092293">
        <w:rPr>
          <w:rFonts w:ascii="Arial" w:hAnsi="Arial" w:cs="Arial"/>
          <w:i/>
          <w:iCs/>
          <w:lang w:val="es-MX"/>
        </w:rPr>
        <w:t xml:space="preserve"> o de cualquier documento solicitado. </w:t>
      </w:r>
      <w:r w:rsidRPr="00092293">
        <w:rPr>
          <w:rFonts w:ascii="Arial" w:hAnsi="Arial" w:cs="Arial"/>
          <w:i/>
          <w:iCs/>
          <w:u w:val="single"/>
          <w:lang w:val="es-MX"/>
        </w:rPr>
        <w:t>La presentación de antecedentes falsos, incompletos o que induzcan a error constituirá causal suficiente para rechazar la postulación o dejar sin efecto la autorización otorgada</w:t>
      </w:r>
      <w:r w:rsidRPr="00092293">
        <w:rPr>
          <w:rFonts w:ascii="Arial" w:hAnsi="Arial" w:cs="Arial"/>
          <w:i/>
          <w:iCs/>
          <w:lang w:val="es-MX"/>
        </w:rPr>
        <w:t>, sin perjuicio de las responsabilidades administrativas, civiles o penales que correspondan.</w:t>
      </w:r>
    </w:p>
    <w:p w14:paraId="38CC0515" w14:textId="77777777" w:rsidR="00092293" w:rsidRPr="00092293" w:rsidRDefault="00092293" w:rsidP="00092293">
      <w:pPr>
        <w:tabs>
          <w:tab w:val="left" w:pos="567"/>
        </w:tabs>
        <w:spacing w:before="240" w:after="200" w:line="276" w:lineRule="auto"/>
        <w:contextualSpacing/>
        <w:jc w:val="center"/>
        <w:rPr>
          <w:rFonts w:ascii="Arial" w:hAnsi="Arial" w:cs="Arial"/>
          <w:i/>
          <w:iCs/>
          <w:lang w:val="es-MX"/>
        </w:rPr>
      </w:pPr>
    </w:p>
    <w:p w14:paraId="2197CA2C" w14:textId="77777777" w:rsidR="00275323" w:rsidRPr="00071963" w:rsidRDefault="00275323" w:rsidP="006F60D9">
      <w:pPr>
        <w:numPr>
          <w:ilvl w:val="0"/>
          <w:numId w:val="1"/>
        </w:numPr>
        <w:tabs>
          <w:tab w:val="clear" w:pos="360"/>
          <w:tab w:val="left" w:pos="284"/>
          <w:tab w:val="num" w:pos="1637"/>
        </w:tabs>
        <w:spacing w:before="240" w:after="200" w:line="276" w:lineRule="auto"/>
        <w:ind w:left="0" w:firstLine="0"/>
        <w:contextualSpacing/>
        <w:rPr>
          <w:rFonts w:ascii="Arial" w:hAnsi="Arial" w:cs="Arial"/>
        </w:rPr>
      </w:pPr>
      <w:r w:rsidRPr="00071963">
        <w:rPr>
          <w:rFonts w:ascii="Arial" w:eastAsia="Times New Roman" w:hAnsi="Arial" w:cs="Arial"/>
        </w:rPr>
        <w:t xml:space="preserve">Certificado emitido por el Departamento de Rentas y Patentes que acredite no mantener deudas con la Municipalidad. Documento que debe ser solicitado con a lo menos 24 horas de anticipación. </w:t>
      </w:r>
      <w:r w:rsidRPr="00071963">
        <w:rPr>
          <w:rFonts w:ascii="Arial" w:eastAsia="Times New Roman" w:hAnsi="Arial" w:cs="Arial"/>
          <w:b/>
          <w:bCs/>
        </w:rPr>
        <w:t>No Excluyente</w:t>
      </w:r>
      <w:r w:rsidR="00D21BB3" w:rsidRPr="00071963">
        <w:rPr>
          <w:rFonts w:ascii="Arial" w:eastAsia="Times New Roman" w:hAnsi="Arial" w:cs="Arial"/>
          <w:b/>
          <w:bCs/>
        </w:rPr>
        <w:t>.</w:t>
      </w:r>
    </w:p>
    <w:p w14:paraId="5733B3C1" w14:textId="77777777" w:rsidR="00275323" w:rsidRPr="00071963" w:rsidRDefault="00275323" w:rsidP="006F60D9">
      <w:pPr>
        <w:numPr>
          <w:ilvl w:val="0"/>
          <w:numId w:val="1"/>
        </w:numPr>
        <w:tabs>
          <w:tab w:val="clear" w:pos="360"/>
          <w:tab w:val="left" w:pos="284"/>
          <w:tab w:val="num" w:pos="1637"/>
        </w:tabs>
        <w:spacing w:before="240" w:after="200" w:line="276" w:lineRule="auto"/>
        <w:ind w:left="0" w:firstLine="0"/>
        <w:contextualSpacing/>
        <w:rPr>
          <w:rFonts w:ascii="Arial" w:hAnsi="Arial" w:cs="Arial"/>
          <w:b/>
          <w:bCs/>
        </w:rPr>
      </w:pPr>
      <w:r w:rsidRPr="00071963">
        <w:rPr>
          <w:rFonts w:ascii="Arial" w:eastAsia="Times New Roman" w:hAnsi="Arial" w:cs="Arial"/>
        </w:rPr>
        <w:t xml:space="preserve">Compromiso de no utilización de plásticos de un solo uso, conforme a la Ley N° 21.368. </w:t>
      </w:r>
      <w:r w:rsidRPr="00071963">
        <w:rPr>
          <w:rFonts w:ascii="Arial" w:eastAsia="Times New Roman" w:hAnsi="Arial" w:cs="Arial"/>
          <w:b/>
          <w:bCs/>
        </w:rPr>
        <w:t>(ANEXO N° 2)</w:t>
      </w:r>
      <w:r w:rsidR="00D21BB3" w:rsidRPr="00071963">
        <w:rPr>
          <w:rFonts w:ascii="Arial" w:eastAsia="Times New Roman" w:hAnsi="Arial" w:cs="Arial"/>
          <w:b/>
          <w:bCs/>
        </w:rPr>
        <w:t xml:space="preserve">. </w:t>
      </w:r>
      <w:r w:rsidRPr="00071963">
        <w:rPr>
          <w:rFonts w:ascii="Arial" w:eastAsia="Times New Roman" w:hAnsi="Arial" w:cs="Arial"/>
          <w:b/>
          <w:bCs/>
        </w:rPr>
        <w:t>No excluyente</w:t>
      </w:r>
      <w:r w:rsidR="00D21BB3" w:rsidRPr="00071963">
        <w:rPr>
          <w:rFonts w:ascii="Arial" w:eastAsia="Times New Roman" w:hAnsi="Arial" w:cs="Arial"/>
          <w:b/>
          <w:bCs/>
        </w:rPr>
        <w:t>.</w:t>
      </w:r>
    </w:p>
    <w:p w14:paraId="7583CEAC" w14:textId="77777777" w:rsidR="00275323" w:rsidRPr="00071963" w:rsidRDefault="00275323" w:rsidP="006F60D9">
      <w:pPr>
        <w:numPr>
          <w:ilvl w:val="0"/>
          <w:numId w:val="1"/>
        </w:numPr>
        <w:tabs>
          <w:tab w:val="clear" w:pos="360"/>
          <w:tab w:val="left" w:pos="284"/>
          <w:tab w:val="num" w:pos="1637"/>
        </w:tabs>
        <w:spacing w:before="240" w:after="200" w:line="276" w:lineRule="auto"/>
        <w:ind w:left="0" w:firstLine="0"/>
        <w:contextualSpacing/>
        <w:rPr>
          <w:rFonts w:ascii="Arial" w:hAnsi="Arial" w:cs="Arial"/>
        </w:rPr>
      </w:pPr>
      <w:r w:rsidRPr="00071963">
        <w:rPr>
          <w:rFonts w:ascii="Arial" w:eastAsia="Times New Roman" w:hAnsi="Arial" w:cs="Arial"/>
        </w:rPr>
        <w:lastRenderedPageBreak/>
        <w:t xml:space="preserve">Declaración jurada simple de responsabilidad por cualquier inconveniente o accidente que ocurra durante el evento </w:t>
      </w:r>
      <w:r w:rsidRPr="00071963">
        <w:rPr>
          <w:rFonts w:ascii="Arial" w:eastAsia="Times New Roman" w:hAnsi="Arial" w:cs="Arial"/>
          <w:b/>
          <w:bCs/>
        </w:rPr>
        <w:t>(ANEXO N°3). No Excluyente</w:t>
      </w:r>
      <w:r w:rsidR="00D21BB3" w:rsidRPr="00071963">
        <w:rPr>
          <w:rFonts w:ascii="Arial" w:eastAsia="Times New Roman" w:hAnsi="Arial" w:cs="Arial"/>
          <w:b/>
          <w:bCs/>
        </w:rPr>
        <w:t>.</w:t>
      </w:r>
    </w:p>
    <w:p w14:paraId="5C9C9B56" w14:textId="50A16F6D" w:rsidR="00275323" w:rsidRPr="00071963" w:rsidRDefault="00275323" w:rsidP="006F60D9">
      <w:pPr>
        <w:numPr>
          <w:ilvl w:val="0"/>
          <w:numId w:val="1"/>
        </w:numPr>
        <w:tabs>
          <w:tab w:val="clear" w:pos="360"/>
          <w:tab w:val="left" w:pos="284"/>
          <w:tab w:val="num" w:pos="1637"/>
        </w:tabs>
        <w:spacing w:before="240" w:after="200" w:line="276" w:lineRule="auto"/>
        <w:ind w:left="0" w:firstLine="0"/>
        <w:contextualSpacing/>
        <w:rPr>
          <w:rFonts w:ascii="Arial" w:hAnsi="Arial" w:cs="Arial"/>
        </w:rPr>
      </w:pPr>
      <w:r w:rsidRPr="00071963">
        <w:rPr>
          <w:rFonts w:ascii="Arial" w:eastAsia="Times New Roman" w:hAnsi="Arial" w:cs="Arial"/>
        </w:rPr>
        <w:t xml:space="preserve">Medios que acrediten experiencia como Fotografías o certificados de pago de permiso municipal. </w:t>
      </w:r>
      <w:r w:rsidRPr="00071963">
        <w:rPr>
          <w:rFonts w:ascii="Arial" w:eastAsia="Times New Roman" w:hAnsi="Arial" w:cs="Arial"/>
          <w:b/>
          <w:bCs/>
        </w:rPr>
        <w:t>No Excluyente</w:t>
      </w:r>
      <w:r w:rsidR="00E9366E">
        <w:rPr>
          <w:rFonts w:ascii="Arial" w:eastAsia="Times New Roman" w:hAnsi="Arial" w:cs="Arial"/>
          <w:b/>
          <w:bCs/>
        </w:rPr>
        <w:t>.</w:t>
      </w:r>
    </w:p>
    <w:p w14:paraId="7F002002" w14:textId="77777777" w:rsidR="00275323" w:rsidRPr="00071963" w:rsidRDefault="00275323" w:rsidP="006F60D9">
      <w:pPr>
        <w:numPr>
          <w:ilvl w:val="0"/>
          <w:numId w:val="1"/>
        </w:numPr>
        <w:tabs>
          <w:tab w:val="clear" w:pos="360"/>
          <w:tab w:val="left" w:pos="284"/>
          <w:tab w:val="num" w:pos="1637"/>
        </w:tabs>
        <w:spacing w:before="240" w:after="0" w:line="276" w:lineRule="auto"/>
        <w:ind w:left="0" w:firstLine="0"/>
        <w:contextualSpacing/>
        <w:rPr>
          <w:rFonts w:ascii="Arial" w:hAnsi="Arial" w:cs="Arial"/>
        </w:rPr>
      </w:pPr>
      <w:r w:rsidRPr="00071963">
        <w:rPr>
          <w:rFonts w:ascii="Arial" w:eastAsia="Times New Roman" w:hAnsi="Arial" w:cs="Arial"/>
        </w:rPr>
        <w:t>Certificado</w:t>
      </w:r>
      <w:r w:rsidR="00D21BB3" w:rsidRPr="00071963">
        <w:rPr>
          <w:rFonts w:ascii="Arial" w:eastAsia="Times New Roman" w:hAnsi="Arial" w:cs="Arial"/>
        </w:rPr>
        <w:t>s de participación correspondiente al año 2026</w:t>
      </w:r>
      <w:r w:rsidRPr="00071963">
        <w:rPr>
          <w:rFonts w:ascii="Arial" w:eastAsia="Times New Roman" w:hAnsi="Arial" w:cs="Arial"/>
        </w:rPr>
        <w:t xml:space="preserve"> emitido por Oficina PMJH, SSYO, Oficina de la Mujer o Credencial de Discapacidad (sólo si corresponde). </w:t>
      </w:r>
      <w:r w:rsidRPr="00071963">
        <w:rPr>
          <w:rFonts w:ascii="Arial" w:eastAsia="Times New Roman" w:hAnsi="Arial" w:cs="Arial"/>
          <w:b/>
          <w:bCs/>
        </w:rPr>
        <w:t>No Excluyente</w:t>
      </w:r>
      <w:r w:rsidR="00D21BB3" w:rsidRPr="00071963">
        <w:rPr>
          <w:rFonts w:ascii="Arial" w:eastAsia="Times New Roman" w:hAnsi="Arial" w:cs="Arial"/>
          <w:b/>
          <w:bCs/>
        </w:rPr>
        <w:t>.</w:t>
      </w:r>
    </w:p>
    <w:p w14:paraId="42D8F0E6" w14:textId="77777777" w:rsidR="00275323" w:rsidRPr="00071963" w:rsidRDefault="00275323" w:rsidP="009A4CDD">
      <w:pPr>
        <w:spacing w:before="240" w:after="0" w:line="276" w:lineRule="auto"/>
        <w:ind w:left="633"/>
        <w:contextualSpacing/>
        <w:rPr>
          <w:rFonts w:ascii="Arial" w:eastAsia="Times New Roman" w:hAnsi="Arial" w:cs="Arial"/>
          <w:b/>
          <w:bCs/>
        </w:rPr>
      </w:pPr>
    </w:p>
    <w:p w14:paraId="179E9148" w14:textId="77777777" w:rsidR="00275323" w:rsidRPr="00071963" w:rsidRDefault="00275323" w:rsidP="006F60D9">
      <w:pPr>
        <w:tabs>
          <w:tab w:val="left" w:pos="284"/>
        </w:tabs>
        <w:spacing w:before="240" w:after="0" w:line="276" w:lineRule="auto"/>
        <w:contextualSpacing/>
        <w:rPr>
          <w:rFonts w:ascii="Arial" w:hAnsi="Arial" w:cs="Arial"/>
        </w:rPr>
      </w:pPr>
      <w:r w:rsidRPr="00071963">
        <w:rPr>
          <w:rFonts w:ascii="Arial" w:eastAsia="Times New Roman" w:hAnsi="Arial" w:cs="Arial"/>
          <w:b/>
          <w:bCs/>
        </w:rPr>
        <w:t>Nota:</w:t>
      </w:r>
      <w:r w:rsidRPr="00071963">
        <w:rPr>
          <w:rFonts w:ascii="Arial" w:eastAsia="Times New Roman" w:hAnsi="Arial" w:cs="Arial"/>
        </w:rPr>
        <w:t xml:space="preserve"> </w:t>
      </w:r>
      <w:r w:rsidR="00254BB1" w:rsidRPr="00071963">
        <w:rPr>
          <w:rFonts w:ascii="Arial" w:eastAsia="Times New Roman" w:hAnsi="Arial" w:cs="Arial"/>
        </w:rPr>
        <w:t xml:space="preserve">La omisión del Certificado de no mantener deudas (emitido por el Departamento de Rentas y Patentes), así como de los Anexos N°2 y N°3, </w:t>
      </w:r>
      <w:r w:rsidR="00254BB1" w:rsidRPr="00071963">
        <w:rPr>
          <w:rFonts w:ascii="Arial" w:eastAsia="Times New Roman" w:hAnsi="Arial" w:cs="Arial"/>
          <w:b/>
          <w:bCs/>
        </w:rPr>
        <w:t>no será causal de inadmisibilidad</w:t>
      </w:r>
      <w:r w:rsidR="00254BB1" w:rsidRPr="00071963">
        <w:rPr>
          <w:rFonts w:ascii="Arial" w:eastAsia="Times New Roman" w:hAnsi="Arial" w:cs="Arial"/>
        </w:rPr>
        <w:t xml:space="preserve"> en esta etapa. No obstante, dichos documentos deberán ser adjuntados y firmados al momento de la adjudicación del puesto, condición obligatoria para la emisión y pago del permiso municipal correspondiente.</w:t>
      </w:r>
    </w:p>
    <w:p w14:paraId="393835F2" w14:textId="77777777" w:rsidR="00636147" w:rsidRPr="00071963" w:rsidRDefault="00636147" w:rsidP="006F60D9">
      <w:pPr>
        <w:pStyle w:val="Listaconvietas"/>
        <w:numPr>
          <w:ilvl w:val="0"/>
          <w:numId w:val="0"/>
        </w:numPr>
        <w:spacing w:after="0" w:line="276" w:lineRule="auto"/>
        <w:ind w:left="993"/>
        <w:rPr>
          <w:rFonts w:ascii="Arial" w:eastAsia="Times New Roman" w:hAnsi="Arial" w:cs="Arial"/>
        </w:rPr>
      </w:pPr>
    </w:p>
    <w:p w14:paraId="3C7A66FF" w14:textId="77777777" w:rsidR="00FD5099" w:rsidRPr="00071963" w:rsidRDefault="00FD5099" w:rsidP="00FD5099">
      <w:pPr>
        <w:spacing w:after="200" w:line="276" w:lineRule="auto"/>
        <w:rPr>
          <w:rFonts w:ascii="Arial" w:eastAsia="Times New Roman" w:hAnsi="Arial" w:cs="Arial"/>
          <w:b/>
        </w:rPr>
      </w:pPr>
      <w:r w:rsidRPr="00071963">
        <w:rPr>
          <w:rFonts w:ascii="Arial" w:eastAsia="Times New Roman" w:hAnsi="Arial" w:cs="Arial"/>
          <w:b/>
        </w:rPr>
        <w:t>VI</w:t>
      </w:r>
      <w:r w:rsidR="00F82FE0" w:rsidRPr="00071963">
        <w:rPr>
          <w:rFonts w:ascii="Arial" w:eastAsia="Times New Roman" w:hAnsi="Arial" w:cs="Arial"/>
          <w:b/>
        </w:rPr>
        <w:t>I</w:t>
      </w:r>
      <w:r w:rsidRPr="00071963">
        <w:rPr>
          <w:rFonts w:ascii="Arial" w:eastAsia="Times New Roman" w:hAnsi="Arial" w:cs="Arial"/>
          <w:b/>
        </w:rPr>
        <w:t>. PLAZOS Y FORMATO DE POSTULACIÓN</w:t>
      </w:r>
      <w:r w:rsidR="00254BB1" w:rsidRPr="00071963">
        <w:rPr>
          <w:rFonts w:ascii="Arial" w:eastAsia="Times New Roman" w:hAnsi="Arial" w:cs="Arial"/>
          <w:b/>
        </w:rPr>
        <w:t>.</w:t>
      </w:r>
    </w:p>
    <w:tbl>
      <w:tblPr>
        <w:tblStyle w:val="Tablaconcuadrcula2"/>
        <w:tblW w:w="0" w:type="auto"/>
        <w:jc w:val="center"/>
        <w:tblLook w:val="04A0" w:firstRow="1" w:lastRow="0" w:firstColumn="1" w:lastColumn="0" w:noHBand="0" w:noVBand="1"/>
      </w:tblPr>
      <w:tblGrid>
        <w:gridCol w:w="4229"/>
        <w:gridCol w:w="4599"/>
      </w:tblGrid>
      <w:tr w:rsidR="001200D3" w:rsidRPr="00071963" w14:paraId="2E7553AD" w14:textId="77777777" w:rsidTr="00254BB1">
        <w:trPr>
          <w:trHeight w:val="723"/>
          <w:jc w:val="center"/>
        </w:trPr>
        <w:tc>
          <w:tcPr>
            <w:tcW w:w="4531" w:type="dxa"/>
            <w:shd w:val="clear" w:color="auto" w:fill="F2F2F2" w:themeFill="background1" w:themeFillShade="F2"/>
            <w:vAlign w:val="center"/>
          </w:tcPr>
          <w:p w14:paraId="3ECE158F" w14:textId="77777777" w:rsidR="001200D3" w:rsidRPr="00071963" w:rsidRDefault="001200D3" w:rsidP="00254BB1">
            <w:pPr>
              <w:jc w:val="center"/>
              <w:rPr>
                <w:rFonts w:ascii="Arial" w:hAnsi="Arial" w:cs="Arial"/>
              </w:rPr>
            </w:pPr>
            <w:r w:rsidRPr="00071963">
              <w:rPr>
                <w:rFonts w:ascii="Arial" w:eastAsia="Times New Roman" w:hAnsi="Arial" w:cs="Arial"/>
                <w:b/>
                <w:bCs/>
              </w:rPr>
              <w:t>Publicación de bases (formato descargable)</w:t>
            </w:r>
          </w:p>
        </w:tc>
        <w:tc>
          <w:tcPr>
            <w:tcW w:w="4961" w:type="dxa"/>
            <w:vAlign w:val="center"/>
          </w:tcPr>
          <w:p w14:paraId="031DEF63" w14:textId="2FD7E517" w:rsidR="004D6C39" w:rsidRPr="00071963" w:rsidRDefault="007F419C" w:rsidP="001143B7">
            <w:pPr>
              <w:jc w:val="center"/>
              <w:rPr>
                <w:rFonts w:ascii="Arial" w:hAnsi="Arial" w:cs="Arial"/>
              </w:rPr>
            </w:pPr>
            <w:r>
              <w:rPr>
                <w:rFonts w:ascii="Arial" w:hAnsi="Arial" w:cs="Arial"/>
              </w:rPr>
              <w:t>14 de octubre de 2026</w:t>
            </w:r>
          </w:p>
        </w:tc>
      </w:tr>
      <w:tr w:rsidR="001200D3" w:rsidRPr="00071963" w14:paraId="6D652261" w14:textId="77777777" w:rsidTr="00254BB1">
        <w:trPr>
          <w:trHeight w:val="704"/>
          <w:jc w:val="center"/>
        </w:trPr>
        <w:tc>
          <w:tcPr>
            <w:tcW w:w="4531" w:type="dxa"/>
            <w:shd w:val="clear" w:color="auto" w:fill="F2F2F2" w:themeFill="background1" w:themeFillShade="F2"/>
            <w:vAlign w:val="center"/>
          </w:tcPr>
          <w:p w14:paraId="6617DBDB" w14:textId="77777777" w:rsidR="001200D3" w:rsidRPr="00071963" w:rsidRDefault="001200D3" w:rsidP="00254BB1">
            <w:pPr>
              <w:jc w:val="center"/>
              <w:rPr>
                <w:rFonts w:ascii="Arial" w:hAnsi="Arial" w:cs="Arial"/>
              </w:rPr>
            </w:pPr>
            <w:r w:rsidRPr="00071963">
              <w:rPr>
                <w:rFonts w:ascii="Arial" w:eastAsia="Times New Roman" w:hAnsi="Arial" w:cs="Arial"/>
                <w:b/>
                <w:bCs/>
              </w:rPr>
              <w:t>Retiro de bases impresas (opcional)</w:t>
            </w:r>
          </w:p>
        </w:tc>
        <w:tc>
          <w:tcPr>
            <w:tcW w:w="4961" w:type="dxa"/>
            <w:vAlign w:val="center"/>
          </w:tcPr>
          <w:p w14:paraId="10C32757" w14:textId="77777777" w:rsidR="004D6C39" w:rsidRDefault="007F419C" w:rsidP="004A417B">
            <w:pPr>
              <w:jc w:val="both"/>
              <w:rPr>
                <w:rFonts w:ascii="Arial" w:hAnsi="Arial" w:cs="Arial"/>
              </w:rPr>
            </w:pPr>
            <w:r>
              <w:rPr>
                <w:rFonts w:ascii="Arial" w:hAnsi="Arial" w:cs="Arial"/>
              </w:rPr>
              <w:t>Desde el 14 al 21 de octubre de 2026</w:t>
            </w:r>
            <w:r w:rsidR="002935E2">
              <w:rPr>
                <w:rFonts w:ascii="Arial" w:hAnsi="Arial" w:cs="Arial"/>
              </w:rPr>
              <w:t xml:space="preserve">. </w:t>
            </w:r>
          </w:p>
          <w:p w14:paraId="79599F40" w14:textId="77777777" w:rsidR="002935E2" w:rsidRPr="002935E2" w:rsidRDefault="002935E2" w:rsidP="004A417B">
            <w:pPr>
              <w:jc w:val="both"/>
              <w:rPr>
                <w:rFonts w:ascii="Arial" w:hAnsi="Arial" w:cs="Arial"/>
              </w:rPr>
            </w:pPr>
            <w:r w:rsidRPr="002935E2">
              <w:rPr>
                <w:rFonts w:ascii="Arial" w:hAnsi="Arial" w:cs="Arial"/>
              </w:rPr>
              <w:t>Las bases podrán ser retiradas en los siguientes horarios:</w:t>
            </w:r>
          </w:p>
          <w:p w14:paraId="7E3F4159" w14:textId="77777777" w:rsidR="002935E2" w:rsidRPr="002935E2" w:rsidRDefault="002935E2" w:rsidP="004A417B">
            <w:pPr>
              <w:numPr>
                <w:ilvl w:val="0"/>
                <w:numId w:val="29"/>
              </w:numPr>
              <w:jc w:val="both"/>
              <w:rPr>
                <w:rFonts w:ascii="Arial" w:hAnsi="Arial" w:cs="Arial"/>
              </w:rPr>
            </w:pPr>
            <w:r w:rsidRPr="002935E2">
              <w:rPr>
                <w:rFonts w:ascii="Arial" w:hAnsi="Arial" w:cs="Arial"/>
              </w:rPr>
              <w:t>Lunes a jueves: de 08:30 a 14:00 horas y de 15:00 a 17:30 horas.</w:t>
            </w:r>
          </w:p>
          <w:p w14:paraId="5BBAF123" w14:textId="77777777" w:rsidR="002935E2" w:rsidRPr="002935E2" w:rsidRDefault="002935E2" w:rsidP="004A417B">
            <w:pPr>
              <w:numPr>
                <w:ilvl w:val="0"/>
                <w:numId w:val="29"/>
              </w:numPr>
              <w:jc w:val="both"/>
              <w:rPr>
                <w:rFonts w:ascii="Arial" w:hAnsi="Arial" w:cs="Arial"/>
              </w:rPr>
            </w:pPr>
            <w:r w:rsidRPr="002935E2">
              <w:rPr>
                <w:rFonts w:ascii="Arial" w:hAnsi="Arial" w:cs="Arial"/>
              </w:rPr>
              <w:t>Viernes: de 08:30 a 14:00 horas y de 15:00 a 16:30 horas.</w:t>
            </w:r>
          </w:p>
          <w:p w14:paraId="3C5A4064" w14:textId="0D8A2A22" w:rsidR="002935E2" w:rsidRPr="00071963" w:rsidRDefault="002935E2" w:rsidP="004A417B">
            <w:pPr>
              <w:jc w:val="both"/>
              <w:rPr>
                <w:rFonts w:ascii="Arial" w:hAnsi="Arial" w:cs="Arial"/>
              </w:rPr>
            </w:pPr>
          </w:p>
        </w:tc>
      </w:tr>
      <w:tr w:rsidR="001200D3" w:rsidRPr="00071963" w14:paraId="29E352FE" w14:textId="77777777" w:rsidTr="00254BB1">
        <w:trPr>
          <w:trHeight w:val="696"/>
          <w:jc w:val="center"/>
        </w:trPr>
        <w:tc>
          <w:tcPr>
            <w:tcW w:w="4531" w:type="dxa"/>
            <w:shd w:val="clear" w:color="auto" w:fill="F2F2F2" w:themeFill="background1" w:themeFillShade="F2"/>
            <w:vAlign w:val="center"/>
          </w:tcPr>
          <w:p w14:paraId="25563FD8" w14:textId="77777777" w:rsidR="001200D3" w:rsidRPr="00071963" w:rsidRDefault="001200D3" w:rsidP="00254BB1">
            <w:pPr>
              <w:jc w:val="center"/>
              <w:rPr>
                <w:rFonts w:ascii="Arial" w:hAnsi="Arial" w:cs="Arial"/>
              </w:rPr>
            </w:pPr>
            <w:r w:rsidRPr="00071963">
              <w:rPr>
                <w:rFonts w:ascii="Arial" w:eastAsia="Times New Roman" w:hAnsi="Arial" w:cs="Arial"/>
                <w:b/>
                <w:bCs/>
              </w:rPr>
              <w:t>Lugar de Retiro de las Bases impresas</w:t>
            </w:r>
          </w:p>
        </w:tc>
        <w:tc>
          <w:tcPr>
            <w:tcW w:w="4961" w:type="dxa"/>
            <w:vAlign w:val="center"/>
          </w:tcPr>
          <w:p w14:paraId="78DBF8C3" w14:textId="77777777" w:rsidR="004D6C39" w:rsidRPr="00071963" w:rsidRDefault="00000000" w:rsidP="004A417B">
            <w:pPr>
              <w:jc w:val="both"/>
              <w:rPr>
                <w:rFonts w:ascii="Arial" w:hAnsi="Arial" w:cs="Arial"/>
              </w:rPr>
            </w:pPr>
            <w:r w:rsidRPr="00071963">
              <w:rPr>
                <w:rFonts w:ascii="Arial" w:hAnsi="Arial" w:cs="Arial"/>
              </w:rPr>
              <w:t>Oficina de Fomento Productivo, Centro de Emprendimiento, Calle Herrera N° 100, Población Jackson Papen, Chiguayante.</w:t>
            </w:r>
          </w:p>
        </w:tc>
      </w:tr>
      <w:tr w:rsidR="001200D3" w:rsidRPr="00071963" w14:paraId="5305F7FA" w14:textId="77777777" w:rsidTr="00254BB1">
        <w:trPr>
          <w:trHeight w:val="448"/>
          <w:jc w:val="center"/>
        </w:trPr>
        <w:tc>
          <w:tcPr>
            <w:tcW w:w="4531" w:type="dxa"/>
            <w:shd w:val="clear" w:color="auto" w:fill="F2F2F2" w:themeFill="background1" w:themeFillShade="F2"/>
            <w:vAlign w:val="center"/>
          </w:tcPr>
          <w:p w14:paraId="10F3A162" w14:textId="77777777" w:rsidR="001200D3" w:rsidRPr="00071963" w:rsidRDefault="001200D3" w:rsidP="00254BB1">
            <w:pPr>
              <w:jc w:val="center"/>
              <w:rPr>
                <w:rFonts w:ascii="Arial" w:hAnsi="Arial" w:cs="Arial"/>
                <w:b/>
                <w:bCs/>
              </w:rPr>
            </w:pPr>
            <w:r w:rsidRPr="00071963">
              <w:rPr>
                <w:rFonts w:ascii="Arial" w:hAnsi="Arial" w:cs="Arial"/>
                <w:b/>
                <w:bCs/>
              </w:rPr>
              <w:t>Reunión aclaratoria de bases</w:t>
            </w:r>
          </w:p>
        </w:tc>
        <w:tc>
          <w:tcPr>
            <w:tcW w:w="4961" w:type="dxa"/>
            <w:vAlign w:val="center"/>
          </w:tcPr>
          <w:p w14:paraId="6D82EE89" w14:textId="0385E887" w:rsidR="004D6C39" w:rsidRPr="00071963" w:rsidRDefault="002935E2" w:rsidP="004A417B">
            <w:pPr>
              <w:jc w:val="both"/>
              <w:rPr>
                <w:rFonts w:ascii="Arial" w:hAnsi="Arial" w:cs="Arial"/>
              </w:rPr>
            </w:pPr>
            <w:r>
              <w:rPr>
                <w:rFonts w:ascii="Arial" w:hAnsi="Arial" w:cs="Arial"/>
              </w:rPr>
              <w:t xml:space="preserve">16 de octubre a las 15:30 hrs. En Centro de Emprendimiento, </w:t>
            </w:r>
            <w:r w:rsidRPr="00071963">
              <w:rPr>
                <w:rFonts w:ascii="Arial" w:hAnsi="Arial" w:cs="Arial"/>
              </w:rPr>
              <w:t>Calle Herrera N° 100, Población Jackson Papen, Chiguayante.</w:t>
            </w:r>
          </w:p>
        </w:tc>
      </w:tr>
      <w:tr w:rsidR="001200D3" w:rsidRPr="00071963" w14:paraId="0A5E1323" w14:textId="77777777" w:rsidTr="00254BB1">
        <w:trPr>
          <w:trHeight w:val="442"/>
          <w:jc w:val="center"/>
        </w:trPr>
        <w:tc>
          <w:tcPr>
            <w:tcW w:w="4531" w:type="dxa"/>
            <w:shd w:val="clear" w:color="auto" w:fill="F2F2F2" w:themeFill="background1" w:themeFillShade="F2"/>
            <w:vAlign w:val="center"/>
          </w:tcPr>
          <w:p w14:paraId="2707158D" w14:textId="77777777" w:rsidR="001200D3" w:rsidRPr="00071963" w:rsidRDefault="001200D3" w:rsidP="00254BB1">
            <w:pPr>
              <w:jc w:val="center"/>
              <w:rPr>
                <w:rFonts w:ascii="Arial" w:hAnsi="Arial" w:cs="Arial"/>
                <w:b/>
                <w:bCs/>
              </w:rPr>
            </w:pPr>
            <w:r w:rsidRPr="00071963">
              <w:rPr>
                <w:rFonts w:ascii="Arial" w:hAnsi="Arial" w:cs="Arial"/>
                <w:b/>
                <w:bCs/>
              </w:rPr>
              <w:t>Plazo máximo entrega sobre de postulación</w:t>
            </w:r>
          </w:p>
        </w:tc>
        <w:tc>
          <w:tcPr>
            <w:tcW w:w="4961" w:type="dxa"/>
            <w:vAlign w:val="center"/>
          </w:tcPr>
          <w:p w14:paraId="55D292FF" w14:textId="7DB7865E" w:rsidR="004D6C39" w:rsidRPr="00071963" w:rsidRDefault="002935E2" w:rsidP="004A417B">
            <w:pPr>
              <w:jc w:val="both"/>
              <w:rPr>
                <w:rFonts w:ascii="Arial" w:hAnsi="Arial" w:cs="Arial"/>
              </w:rPr>
            </w:pPr>
            <w:r>
              <w:rPr>
                <w:rFonts w:ascii="Arial" w:hAnsi="Arial" w:cs="Arial"/>
              </w:rPr>
              <w:t xml:space="preserve">21 de octubre a las 14:00 hrs. </w:t>
            </w:r>
          </w:p>
        </w:tc>
      </w:tr>
      <w:tr w:rsidR="001200D3" w:rsidRPr="00071963" w14:paraId="560A5C1C" w14:textId="77777777" w:rsidTr="00254BB1">
        <w:trPr>
          <w:trHeight w:val="699"/>
          <w:jc w:val="center"/>
        </w:trPr>
        <w:tc>
          <w:tcPr>
            <w:tcW w:w="4531" w:type="dxa"/>
            <w:shd w:val="clear" w:color="auto" w:fill="F2F2F2" w:themeFill="background1" w:themeFillShade="F2"/>
            <w:vAlign w:val="center"/>
          </w:tcPr>
          <w:p w14:paraId="5610D8AA" w14:textId="77777777" w:rsidR="001200D3" w:rsidRPr="00071963" w:rsidRDefault="001200D3" w:rsidP="00254BB1">
            <w:pPr>
              <w:jc w:val="center"/>
              <w:rPr>
                <w:rFonts w:ascii="Arial" w:hAnsi="Arial" w:cs="Arial"/>
                <w:b/>
                <w:bCs/>
              </w:rPr>
            </w:pPr>
            <w:r w:rsidRPr="00071963">
              <w:rPr>
                <w:rFonts w:ascii="Arial" w:hAnsi="Arial" w:cs="Arial"/>
                <w:b/>
                <w:bCs/>
              </w:rPr>
              <w:t>Lugar</w:t>
            </w:r>
            <w:r w:rsidR="006F0EB8" w:rsidRPr="00071963">
              <w:rPr>
                <w:rFonts w:ascii="Arial" w:hAnsi="Arial" w:cs="Arial"/>
                <w:b/>
                <w:bCs/>
              </w:rPr>
              <w:t xml:space="preserve"> y horario</w:t>
            </w:r>
            <w:r w:rsidRPr="00071963">
              <w:rPr>
                <w:rFonts w:ascii="Arial" w:hAnsi="Arial" w:cs="Arial"/>
                <w:b/>
                <w:bCs/>
              </w:rPr>
              <w:t xml:space="preserve"> de entrega de sobre de postulación</w:t>
            </w:r>
          </w:p>
        </w:tc>
        <w:tc>
          <w:tcPr>
            <w:tcW w:w="4961" w:type="dxa"/>
            <w:vAlign w:val="center"/>
          </w:tcPr>
          <w:p w14:paraId="443D86B9" w14:textId="052B6F97" w:rsidR="004A417B" w:rsidRPr="002935E2" w:rsidRDefault="004A417B" w:rsidP="004A417B">
            <w:pPr>
              <w:jc w:val="both"/>
              <w:rPr>
                <w:rFonts w:ascii="Arial" w:hAnsi="Arial" w:cs="Arial"/>
              </w:rPr>
            </w:pPr>
            <w:r w:rsidRPr="002935E2">
              <w:rPr>
                <w:rFonts w:ascii="Arial" w:hAnsi="Arial" w:cs="Arial"/>
              </w:rPr>
              <w:t xml:space="preserve">Lunes a </w:t>
            </w:r>
            <w:r>
              <w:rPr>
                <w:rFonts w:ascii="Arial" w:hAnsi="Arial" w:cs="Arial"/>
              </w:rPr>
              <w:t>viernes</w:t>
            </w:r>
            <w:r w:rsidRPr="002935E2">
              <w:rPr>
                <w:rFonts w:ascii="Arial" w:hAnsi="Arial" w:cs="Arial"/>
              </w:rPr>
              <w:t>: de 08:30 a 14:00 h</w:t>
            </w:r>
            <w:r>
              <w:rPr>
                <w:rFonts w:ascii="Arial" w:hAnsi="Arial" w:cs="Arial"/>
              </w:rPr>
              <w:t>r</w:t>
            </w:r>
            <w:r w:rsidRPr="002935E2">
              <w:rPr>
                <w:rFonts w:ascii="Arial" w:hAnsi="Arial" w:cs="Arial"/>
              </w:rPr>
              <w:t>s</w:t>
            </w:r>
            <w:r>
              <w:rPr>
                <w:rFonts w:ascii="Arial" w:hAnsi="Arial" w:cs="Arial"/>
              </w:rPr>
              <w:t>.</w:t>
            </w:r>
          </w:p>
          <w:p w14:paraId="5F54DF60" w14:textId="7B49E66D" w:rsidR="004D6C39" w:rsidRPr="00071963" w:rsidRDefault="00000000" w:rsidP="004A417B">
            <w:pPr>
              <w:jc w:val="both"/>
              <w:rPr>
                <w:rFonts w:ascii="Arial" w:hAnsi="Arial" w:cs="Arial"/>
              </w:rPr>
            </w:pPr>
            <w:r w:rsidRPr="00071963">
              <w:rPr>
                <w:rFonts w:ascii="Arial" w:hAnsi="Arial" w:cs="Arial"/>
              </w:rPr>
              <w:t xml:space="preserve">Oficina de Partes de la Municipalidad de Chiguayante, Orozimbo Barbosa N° 104, </w:t>
            </w:r>
            <w:r w:rsidR="004A417B">
              <w:rPr>
                <w:rFonts w:ascii="Arial" w:hAnsi="Arial" w:cs="Arial"/>
              </w:rPr>
              <w:t>Chiguayante.</w:t>
            </w:r>
          </w:p>
        </w:tc>
      </w:tr>
      <w:tr w:rsidR="001200D3" w:rsidRPr="00071963" w14:paraId="7FF72F05" w14:textId="77777777" w:rsidTr="00254BB1">
        <w:trPr>
          <w:trHeight w:val="699"/>
          <w:jc w:val="center"/>
        </w:trPr>
        <w:tc>
          <w:tcPr>
            <w:tcW w:w="4531" w:type="dxa"/>
            <w:shd w:val="clear" w:color="auto" w:fill="F2F2F2" w:themeFill="background1" w:themeFillShade="F2"/>
            <w:vAlign w:val="center"/>
          </w:tcPr>
          <w:p w14:paraId="667C9023" w14:textId="77777777" w:rsidR="001200D3" w:rsidRPr="00071963" w:rsidRDefault="001200D3" w:rsidP="00254BB1">
            <w:pPr>
              <w:jc w:val="center"/>
              <w:rPr>
                <w:rFonts w:ascii="Arial" w:hAnsi="Arial" w:cs="Arial"/>
                <w:b/>
                <w:bCs/>
              </w:rPr>
            </w:pPr>
            <w:r w:rsidRPr="00071963">
              <w:rPr>
                <w:rFonts w:ascii="Arial" w:hAnsi="Arial" w:cs="Arial"/>
                <w:b/>
                <w:bCs/>
              </w:rPr>
              <w:t>Reunión coordinación con seleccionados/as</w:t>
            </w:r>
          </w:p>
        </w:tc>
        <w:tc>
          <w:tcPr>
            <w:tcW w:w="4961" w:type="dxa"/>
            <w:vAlign w:val="center"/>
          </w:tcPr>
          <w:p w14:paraId="53B2731E" w14:textId="77777777" w:rsidR="004D6C39" w:rsidRPr="00071963" w:rsidRDefault="00000000" w:rsidP="004A417B">
            <w:pPr>
              <w:jc w:val="both"/>
              <w:rPr>
                <w:rFonts w:ascii="Arial" w:hAnsi="Arial" w:cs="Arial"/>
              </w:rPr>
            </w:pPr>
            <w:r w:rsidRPr="00071963">
              <w:rPr>
                <w:rFonts w:ascii="Arial" w:hAnsi="Arial" w:cs="Arial"/>
              </w:rPr>
              <w:t>Fecha, hora y lugar serán informados oportunamente a los/as seleccionados/as.</w:t>
            </w:r>
          </w:p>
        </w:tc>
      </w:tr>
    </w:tbl>
    <w:p w14:paraId="48D3CCF3" w14:textId="77777777" w:rsidR="00950298" w:rsidRPr="00071963" w:rsidRDefault="00FD5099" w:rsidP="006764AF">
      <w:pPr>
        <w:spacing w:after="0"/>
        <w:rPr>
          <w:rFonts w:ascii="Arial" w:eastAsia="Times New Roman" w:hAnsi="Arial" w:cs="Arial"/>
        </w:rPr>
      </w:pPr>
      <w:r w:rsidRPr="00071963">
        <w:rPr>
          <w:rFonts w:ascii="Arial" w:eastAsia="Times New Roman" w:hAnsi="Arial" w:cs="Arial"/>
        </w:rPr>
        <w:t xml:space="preserve"> </w:t>
      </w:r>
    </w:p>
    <w:p w14:paraId="2EA1AE22" w14:textId="77777777" w:rsidR="00A60963" w:rsidRPr="00A60963" w:rsidRDefault="00A60963" w:rsidP="00A60963">
      <w:pPr>
        <w:spacing w:after="200" w:line="276" w:lineRule="auto"/>
        <w:rPr>
          <w:rFonts w:ascii="Arial" w:hAnsi="Arial" w:cs="Arial"/>
          <w:lang w:val="es-MX"/>
        </w:rPr>
      </w:pPr>
      <w:r w:rsidRPr="00A60963">
        <w:rPr>
          <w:rFonts w:ascii="Arial" w:hAnsi="Arial" w:cs="Arial"/>
          <w:lang w:val="es-MX"/>
        </w:rPr>
        <w:t>En caso de que la cantidad de postulantes para estas categorías no sean suficientes para cubrir la totalidad de los cupos ofertados, o bien, que tras la revisión de admisibilidad efectuada por la comisión evaluadora no se cuente con el número requerido de postulaciones admisibles, se procederá a realizar un nuevo proceso de postulación acotado, el cual se regirá conforme al siguiente calendario.</w:t>
      </w:r>
    </w:p>
    <w:p w14:paraId="0BA214A3" w14:textId="77777777" w:rsidR="00A60963" w:rsidRPr="00A60963" w:rsidRDefault="00A60963" w:rsidP="00A60963">
      <w:pPr>
        <w:spacing w:after="200" w:line="276" w:lineRule="auto"/>
        <w:rPr>
          <w:rFonts w:ascii="Arial" w:hAnsi="Arial" w:cs="Arial"/>
          <w:lang w:val="es-MX"/>
        </w:rPr>
      </w:pPr>
      <w:r w:rsidRPr="00A60963">
        <w:rPr>
          <w:rFonts w:ascii="Arial" w:hAnsi="Arial" w:cs="Arial"/>
          <w:lang w:val="es-MX"/>
        </w:rPr>
        <w:lastRenderedPageBreak/>
        <w:t>Las postulaciones que se reciban en esta instancia serán evaluadas por la comisión y se sumarán a aquellas ya revisadas, con el objeto de completar la totalidad de los cupos disponibles.</w:t>
      </w:r>
    </w:p>
    <w:p w14:paraId="63FE733A" w14:textId="77777777" w:rsidR="00A60963" w:rsidRPr="00A60963" w:rsidRDefault="00A60963" w:rsidP="00A60963">
      <w:pPr>
        <w:spacing w:after="200" w:line="276" w:lineRule="auto"/>
        <w:rPr>
          <w:rFonts w:ascii="Arial" w:hAnsi="Arial"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2"/>
        <w:gridCol w:w="4606"/>
      </w:tblGrid>
      <w:tr w:rsidR="00A60963" w:rsidRPr="00A60963" w14:paraId="52874265" w14:textId="77777777" w:rsidTr="00A8686A">
        <w:trPr>
          <w:trHeight w:val="723"/>
          <w:jc w:val="center"/>
        </w:trPr>
        <w:tc>
          <w:tcPr>
            <w:tcW w:w="4531" w:type="dxa"/>
            <w:shd w:val="clear" w:color="auto" w:fill="F2F2F2"/>
            <w:vAlign w:val="center"/>
          </w:tcPr>
          <w:p w14:paraId="339752E2"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Publicación de bases (formato descargable)</w:t>
            </w:r>
          </w:p>
        </w:tc>
        <w:tc>
          <w:tcPr>
            <w:tcW w:w="4961" w:type="dxa"/>
            <w:vAlign w:val="center"/>
          </w:tcPr>
          <w:p w14:paraId="4F5387A2"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28 de octubre de 2026</w:t>
            </w:r>
          </w:p>
        </w:tc>
      </w:tr>
      <w:tr w:rsidR="00A60963" w:rsidRPr="00A60963" w14:paraId="46A556E6" w14:textId="77777777" w:rsidTr="00A8686A">
        <w:trPr>
          <w:trHeight w:val="704"/>
          <w:jc w:val="center"/>
        </w:trPr>
        <w:tc>
          <w:tcPr>
            <w:tcW w:w="4531" w:type="dxa"/>
            <w:shd w:val="clear" w:color="auto" w:fill="F2F2F2"/>
            <w:vAlign w:val="center"/>
          </w:tcPr>
          <w:p w14:paraId="2A0AEFCA"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Retiro de bases impresas (opcional)</w:t>
            </w:r>
          </w:p>
        </w:tc>
        <w:tc>
          <w:tcPr>
            <w:tcW w:w="4961" w:type="dxa"/>
            <w:vAlign w:val="center"/>
          </w:tcPr>
          <w:p w14:paraId="009DDCB9"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 xml:space="preserve">Desde el 28 de octubre al 03 de noviembre de 2026. </w:t>
            </w:r>
          </w:p>
          <w:p w14:paraId="43294B7F"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Las bases podrán ser retiradas en los siguientes horarios:</w:t>
            </w:r>
          </w:p>
          <w:p w14:paraId="22421A03" w14:textId="77777777" w:rsidR="00A60963" w:rsidRPr="00A60963" w:rsidRDefault="00A60963" w:rsidP="00A60963">
            <w:pPr>
              <w:numPr>
                <w:ilvl w:val="0"/>
                <w:numId w:val="29"/>
              </w:numPr>
              <w:spacing w:after="200" w:line="276" w:lineRule="auto"/>
              <w:rPr>
                <w:rFonts w:ascii="Arial" w:hAnsi="Arial" w:cs="Arial"/>
                <w:b/>
                <w:bCs/>
              </w:rPr>
            </w:pPr>
            <w:r w:rsidRPr="00A60963">
              <w:rPr>
                <w:rFonts w:ascii="Arial" w:hAnsi="Arial" w:cs="Arial"/>
                <w:b/>
                <w:bCs/>
              </w:rPr>
              <w:t>Lunes a jueves: de 08:30 a 14:00 horas y de 15:00 a 17:30 horas.</w:t>
            </w:r>
          </w:p>
          <w:p w14:paraId="5CEC9FFB" w14:textId="77777777" w:rsidR="00A60963" w:rsidRPr="00A60963" w:rsidRDefault="00A60963" w:rsidP="00A60963">
            <w:pPr>
              <w:numPr>
                <w:ilvl w:val="0"/>
                <w:numId w:val="29"/>
              </w:numPr>
              <w:spacing w:after="200" w:line="276" w:lineRule="auto"/>
              <w:rPr>
                <w:rFonts w:ascii="Arial" w:hAnsi="Arial" w:cs="Arial"/>
                <w:b/>
                <w:bCs/>
              </w:rPr>
            </w:pPr>
            <w:r w:rsidRPr="00A60963">
              <w:rPr>
                <w:rFonts w:ascii="Arial" w:hAnsi="Arial" w:cs="Arial"/>
                <w:b/>
                <w:bCs/>
              </w:rPr>
              <w:t>Viernes: de 08:30 a 14:00 horas y de 15:00 a 16:30 horas.</w:t>
            </w:r>
          </w:p>
          <w:p w14:paraId="7CC2578A" w14:textId="77777777" w:rsidR="00A60963" w:rsidRPr="00A60963" w:rsidRDefault="00A60963" w:rsidP="00A60963">
            <w:pPr>
              <w:spacing w:after="200" w:line="276" w:lineRule="auto"/>
              <w:rPr>
                <w:rFonts w:ascii="Arial" w:hAnsi="Arial" w:cs="Arial"/>
                <w:b/>
                <w:bCs/>
              </w:rPr>
            </w:pPr>
          </w:p>
        </w:tc>
      </w:tr>
      <w:tr w:rsidR="00A60963" w:rsidRPr="00A60963" w14:paraId="27898EFB" w14:textId="77777777" w:rsidTr="00A8686A">
        <w:trPr>
          <w:trHeight w:val="696"/>
          <w:jc w:val="center"/>
        </w:trPr>
        <w:tc>
          <w:tcPr>
            <w:tcW w:w="4531" w:type="dxa"/>
            <w:shd w:val="clear" w:color="auto" w:fill="F2F2F2"/>
            <w:vAlign w:val="center"/>
          </w:tcPr>
          <w:p w14:paraId="50038281"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Lugar de Retiro de las Bases impresas</w:t>
            </w:r>
          </w:p>
        </w:tc>
        <w:tc>
          <w:tcPr>
            <w:tcW w:w="4961" w:type="dxa"/>
            <w:vAlign w:val="center"/>
          </w:tcPr>
          <w:p w14:paraId="31B27D9C"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 xml:space="preserve">Oficina de Fomento Productivo, Centro de Emprendimiento, Calle Herrera </w:t>
            </w:r>
            <w:proofErr w:type="spellStart"/>
            <w:r w:rsidRPr="00A60963">
              <w:rPr>
                <w:rFonts w:ascii="Arial" w:hAnsi="Arial" w:cs="Arial"/>
                <w:b/>
                <w:bCs/>
              </w:rPr>
              <w:t>N°</w:t>
            </w:r>
            <w:proofErr w:type="spellEnd"/>
            <w:r w:rsidRPr="00A60963">
              <w:rPr>
                <w:rFonts w:ascii="Arial" w:hAnsi="Arial" w:cs="Arial"/>
                <w:b/>
                <w:bCs/>
              </w:rPr>
              <w:t xml:space="preserve"> 100, Población Jackson Papen, Chiguayante.</w:t>
            </w:r>
          </w:p>
        </w:tc>
      </w:tr>
      <w:tr w:rsidR="00A60963" w:rsidRPr="00A60963" w14:paraId="04E6ED9B" w14:textId="77777777" w:rsidTr="00A8686A">
        <w:trPr>
          <w:trHeight w:val="448"/>
          <w:jc w:val="center"/>
        </w:trPr>
        <w:tc>
          <w:tcPr>
            <w:tcW w:w="4531" w:type="dxa"/>
            <w:shd w:val="clear" w:color="auto" w:fill="F2F2F2"/>
            <w:vAlign w:val="center"/>
          </w:tcPr>
          <w:p w14:paraId="633F0DB2"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Reunión aclaratoria de bases</w:t>
            </w:r>
          </w:p>
        </w:tc>
        <w:tc>
          <w:tcPr>
            <w:tcW w:w="4961" w:type="dxa"/>
            <w:vAlign w:val="center"/>
          </w:tcPr>
          <w:p w14:paraId="04FD4FB1"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 xml:space="preserve">29 de octubre a las 15:30 hrs. En Centro de Emprendimiento, Calle Herrera </w:t>
            </w:r>
            <w:proofErr w:type="spellStart"/>
            <w:r w:rsidRPr="00A60963">
              <w:rPr>
                <w:rFonts w:ascii="Arial" w:hAnsi="Arial" w:cs="Arial"/>
                <w:b/>
                <w:bCs/>
              </w:rPr>
              <w:t>N°</w:t>
            </w:r>
            <w:proofErr w:type="spellEnd"/>
            <w:r w:rsidRPr="00A60963">
              <w:rPr>
                <w:rFonts w:ascii="Arial" w:hAnsi="Arial" w:cs="Arial"/>
                <w:b/>
                <w:bCs/>
              </w:rPr>
              <w:t xml:space="preserve"> 100, Población Jackson Papen, Chiguayante.</w:t>
            </w:r>
          </w:p>
        </w:tc>
      </w:tr>
      <w:tr w:rsidR="00A60963" w:rsidRPr="00A60963" w14:paraId="77F7C5B7" w14:textId="77777777" w:rsidTr="00A8686A">
        <w:trPr>
          <w:trHeight w:val="442"/>
          <w:jc w:val="center"/>
        </w:trPr>
        <w:tc>
          <w:tcPr>
            <w:tcW w:w="4531" w:type="dxa"/>
            <w:shd w:val="clear" w:color="auto" w:fill="F2F2F2"/>
            <w:vAlign w:val="center"/>
          </w:tcPr>
          <w:p w14:paraId="2A35FE8B"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Plazo máximo entrega sobre de postulación</w:t>
            </w:r>
          </w:p>
        </w:tc>
        <w:tc>
          <w:tcPr>
            <w:tcW w:w="4961" w:type="dxa"/>
            <w:vAlign w:val="center"/>
          </w:tcPr>
          <w:p w14:paraId="7472ECEA"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 xml:space="preserve">03 de noviembre a las 14:00 hrs. </w:t>
            </w:r>
          </w:p>
        </w:tc>
      </w:tr>
      <w:tr w:rsidR="00A60963" w:rsidRPr="00A60963" w14:paraId="71B50AD8" w14:textId="77777777" w:rsidTr="00A8686A">
        <w:trPr>
          <w:trHeight w:val="699"/>
          <w:jc w:val="center"/>
        </w:trPr>
        <w:tc>
          <w:tcPr>
            <w:tcW w:w="4531" w:type="dxa"/>
            <w:shd w:val="clear" w:color="auto" w:fill="F2F2F2"/>
            <w:vAlign w:val="center"/>
          </w:tcPr>
          <w:p w14:paraId="7768EF4B"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Lugar y horario de entrega de sobre de postulación</w:t>
            </w:r>
          </w:p>
        </w:tc>
        <w:tc>
          <w:tcPr>
            <w:tcW w:w="4961" w:type="dxa"/>
            <w:vAlign w:val="center"/>
          </w:tcPr>
          <w:p w14:paraId="0FB10D28"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Lunes a viernes: de 08:30 a 14:00 hrs.</w:t>
            </w:r>
          </w:p>
          <w:p w14:paraId="16526338"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 xml:space="preserve">Oficina de Partes de la Municipalidad de Chiguayante, Orozimbo Barbosa </w:t>
            </w:r>
            <w:proofErr w:type="spellStart"/>
            <w:r w:rsidRPr="00A60963">
              <w:rPr>
                <w:rFonts w:ascii="Arial" w:hAnsi="Arial" w:cs="Arial"/>
                <w:b/>
                <w:bCs/>
              </w:rPr>
              <w:t>N°</w:t>
            </w:r>
            <w:proofErr w:type="spellEnd"/>
            <w:r w:rsidRPr="00A60963">
              <w:rPr>
                <w:rFonts w:ascii="Arial" w:hAnsi="Arial" w:cs="Arial"/>
                <w:b/>
                <w:bCs/>
              </w:rPr>
              <w:t xml:space="preserve"> 104, Chiguayante.</w:t>
            </w:r>
          </w:p>
        </w:tc>
      </w:tr>
      <w:tr w:rsidR="00A60963" w:rsidRPr="00A60963" w14:paraId="6296DAD3" w14:textId="77777777" w:rsidTr="00A8686A">
        <w:trPr>
          <w:trHeight w:val="699"/>
          <w:jc w:val="center"/>
        </w:trPr>
        <w:tc>
          <w:tcPr>
            <w:tcW w:w="4531" w:type="dxa"/>
            <w:shd w:val="clear" w:color="auto" w:fill="F2F2F2"/>
            <w:vAlign w:val="center"/>
          </w:tcPr>
          <w:p w14:paraId="496E06D1"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Reunión coordinación con seleccionados/as</w:t>
            </w:r>
          </w:p>
        </w:tc>
        <w:tc>
          <w:tcPr>
            <w:tcW w:w="4961" w:type="dxa"/>
            <w:vAlign w:val="center"/>
          </w:tcPr>
          <w:p w14:paraId="1D084DA1" w14:textId="77777777" w:rsidR="00A60963" w:rsidRPr="00A60963" w:rsidRDefault="00A60963" w:rsidP="00A60963">
            <w:pPr>
              <w:spacing w:after="200" w:line="276" w:lineRule="auto"/>
              <w:rPr>
                <w:rFonts w:ascii="Arial" w:hAnsi="Arial" w:cs="Arial"/>
                <w:b/>
                <w:bCs/>
              </w:rPr>
            </w:pPr>
            <w:r w:rsidRPr="00A60963">
              <w:rPr>
                <w:rFonts w:ascii="Arial" w:hAnsi="Arial" w:cs="Arial"/>
                <w:b/>
                <w:bCs/>
              </w:rPr>
              <w:t>Fecha, hora y lugar serán informados oportunamente a los/as seleccionados/as.</w:t>
            </w:r>
          </w:p>
        </w:tc>
      </w:tr>
    </w:tbl>
    <w:p w14:paraId="5055B97A" w14:textId="77777777" w:rsidR="00A60963" w:rsidRPr="00A60963" w:rsidRDefault="00A60963" w:rsidP="00A60963">
      <w:pPr>
        <w:spacing w:after="200" w:line="276" w:lineRule="auto"/>
        <w:rPr>
          <w:rFonts w:ascii="Arial" w:hAnsi="Arial" w:cs="Arial"/>
          <w:b/>
          <w:bCs/>
        </w:rPr>
      </w:pPr>
    </w:p>
    <w:p w14:paraId="79B9A66A" w14:textId="77777777" w:rsidR="00D74C75" w:rsidRDefault="00D74C75" w:rsidP="00FD5099">
      <w:pPr>
        <w:spacing w:after="200" w:line="276" w:lineRule="auto"/>
        <w:rPr>
          <w:rFonts w:ascii="Arial" w:hAnsi="Arial" w:cs="Arial"/>
          <w:b/>
          <w:bCs/>
        </w:rPr>
      </w:pPr>
    </w:p>
    <w:p w14:paraId="37E5C613" w14:textId="77777777" w:rsidR="00D74C75" w:rsidRDefault="00D74C75" w:rsidP="00FD5099">
      <w:pPr>
        <w:spacing w:after="200" w:line="276" w:lineRule="auto"/>
        <w:rPr>
          <w:rFonts w:ascii="Arial" w:hAnsi="Arial" w:cs="Arial"/>
          <w:b/>
          <w:bCs/>
        </w:rPr>
      </w:pPr>
    </w:p>
    <w:p w14:paraId="015033B2" w14:textId="77777777" w:rsidR="00D74C75" w:rsidRDefault="00D74C75" w:rsidP="00FD5099">
      <w:pPr>
        <w:spacing w:after="200" w:line="276" w:lineRule="auto"/>
        <w:rPr>
          <w:rFonts w:ascii="Arial" w:hAnsi="Arial" w:cs="Arial"/>
          <w:b/>
          <w:bCs/>
        </w:rPr>
      </w:pPr>
    </w:p>
    <w:p w14:paraId="006A631E" w14:textId="7CDBE8B6" w:rsidR="005B2DF8" w:rsidRPr="00071963" w:rsidRDefault="00F82FE0" w:rsidP="00FD5099">
      <w:pPr>
        <w:spacing w:after="200" w:line="276" w:lineRule="auto"/>
        <w:rPr>
          <w:rFonts w:ascii="Arial" w:hAnsi="Arial" w:cs="Arial"/>
        </w:rPr>
      </w:pPr>
      <w:r w:rsidRPr="00071963">
        <w:rPr>
          <w:rFonts w:ascii="Arial" w:hAnsi="Arial" w:cs="Arial"/>
          <w:b/>
          <w:bCs/>
        </w:rPr>
        <w:t xml:space="preserve">VIII. </w:t>
      </w:r>
      <w:r w:rsidR="00FD5099" w:rsidRPr="00071963">
        <w:rPr>
          <w:rFonts w:ascii="Arial" w:hAnsi="Arial" w:cs="Arial"/>
          <w:b/>
          <w:bCs/>
        </w:rPr>
        <w:t>DE LA PRESENTACIÓN DE LA POSTULACIÓN</w:t>
      </w:r>
      <w:r w:rsidR="00115ED0" w:rsidRPr="00071963">
        <w:rPr>
          <w:rFonts w:ascii="Arial" w:hAnsi="Arial" w:cs="Arial"/>
        </w:rPr>
        <w:t>.</w:t>
      </w:r>
    </w:p>
    <w:p w14:paraId="0C692B67" w14:textId="7BCCCF90" w:rsidR="00FD5099" w:rsidRPr="00CE0865" w:rsidRDefault="00FD5099" w:rsidP="00115ED0">
      <w:pPr>
        <w:spacing w:after="0" w:line="276" w:lineRule="auto"/>
        <w:ind w:firstLine="567"/>
        <w:rPr>
          <w:rFonts w:ascii="Arial" w:hAnsi="Arial" w:cs="Arial"/>
        </w:rPr>
      </w:pPr>
      <w:r w:rsidRPr="00071963">
        <w:rPr>
          <w:rFonts w:ascii="Arial" w:hAnsi="Arial" w:cs="Arial"/>
        </w:rPr>
        <w:t xml:space="preserve">Las postulaciones se presentarán en un </w:t>
      </w:r>
      <w:r w:rsidRPr="00071963">
        <w:rPr>
          <w:rFonts w:ascii="Arial" w:hAnsi="Arial" w:cs="Arial"/>
          <w:b/>
          <w:bCs/>
        </w:rPr>
        <w:t>SOBRE CERRADO</w:t>
      </w:r>
      <w:r w:rsidRPr="00071963">
        <w:rPr>
          <w:rFonts w:ascii="Arial" w:hAnsi="Arial" w:cs="Arial"/>
        </w:rPr>
        <w:t xml:space="preserve"> y caratulado, llevando la siguiente </w:t>
      </w:r>
      <w:r w:rsidRPr="00CE0865">
        <w:rPr>
          <w:rFonts w:ascii="Arial" w:hAnsi="Arial" w:cs="Arial"/>
        </w:rPr>
        <w:t xml:space="preserve">inscripción: </w:t>
      </w:r>
      <w:r w:rsidRPr="00CE0865">
        <w:rPr>
          <w:rFonts w:ascii="Arial" w:hAnsi="Arial" w:cs="Arial"/>
          <w:b/>
          <w:bCs/>
        </w:rPr>
        <w:t>POSTULACI</w:t>
      </w:r>
      <w:r w:rsidR="00B230CA" w:rsidRPr="00CE0865">
        <w:rPr>
          <w:rFonts w:ascii="Arial" w:hAnsi="Arial" w:cs="Arial"/>
          <w:b/>
          <w:bCs/>
        </w:rPr>
        <w:t>Ó</w:t>
      </w:r>
      <w:r w:rsidRPr="00CE0865">
        <w:rPr>
          <w:rFonts w:ascii="Arial" w:hAnsi="Arial" w:cs="Arial"/>
          <w:b/>
          <w:bCs/>
        </w:rPr>
        <w:t xml:space="preserve">N </w:t>
      </w:r>
      <w:r w:rsidR="00D102F8" w:rsidRPr="00CE0865">
        <w:rPr>
          <w:rFonts w:ascii="Arial" w:eastAsia="Times New Roman" w:hAnsi="Arial" w:cs="Arial"/>
          <w:b/>
          <w:bCs/>
        </w:rPr>
        <w:t>STAND DE COMIDAS INTERNACIONALES</w:t>
      </w:r>
      <w:r w:rsidR="00174A68" w:rsidRPr="00CE0865">
        <w:rPr>
          <w:rFonts w:ascii="Arial" w:eastAsia="Times New Roman" w:hAnsi="Arial" w:cs="Arial"/>
          <w:b/>
          <w:bCs/>
        </w:rPr>
        <w:t>.</w:t>
      </w:r>
    </w:p>
    <w:p w14:paraId="39B2B60F" w14:textId="77777777" w:rsidR="00FD5099" w:rsidRPr="00CE0865" w:rsidRDefault="00FD5099" w:rsidP="00FD5099">
      <w:pPr>
        <w:spacing w:after="0" w:line="276" w:lineRule="auto"/>
        <w:rPr>
          <w:rFonts w:ascii="Arial" w:hAnsi="Arial" w:cs="Arial"/>
        </w:rPr>
      </w:pPr>
    </w:p>
    <w:p w14:paraId="17FF1FCD" w14:textId="77777777" w:rsidR="00FD5099" w:rsidRPr="00CE0865" w:rsidRDefault="00FD5099" w:rsidP="007555A6">
      <w:pPr>
        <w:ind w:firstLine="567"/>
        <w:rPr>
          <w:rFonts w:ascii="Arial" w:hAnsi="Arial" w:cs="Arial"/>
        </w:rPr>
      </w:pPr>
      <w:r w:rsidRPr="00CE0865">
        <w:rPr>
          <w:rFonts w:ascii="Arial" w:hAnsi="Arial" w:cs="Arial"/>
        </w:rPr>
        <w:t>El sobre deberá indicar:</w:t>
      </w:r>
    </w:p>
    <w:p w14:paraId="3173BC10" w14:textId="77777777" w:rsidR="00FD5099" w:rsidRPr="00CE0865" w:rsidRDefault="00FD5099" w:rsidP="007555A6">
      <w:pPr>
        <w:numPr>
          <w:ilvl w:val="0"/>
          <w:numId w:val="8"/>
        </w:numPr>
        <w:tabs>
          <w:tab w:val="left" w:pos="284"/>
        </w:tabs>
        <w:spacing w:after="0" w:line="276" w:lineRule="auto"/>
        <w:ind w:left="0" w:firstLine="0"/>
        <w:contextualSpacing/>
        <w:jc w:val="left"/>
        <w:rPr>
          <w:rFonts w:ascii="Arial" w:hAnsi="Arial" w:cs="Arial"/>
        </w:rPr>
      </w:pPr>
      <w:bookmarkStart w:id="2" w:name="_Hlk203162476"/>
      <w:r w:rsidRPr="00CE0865">
        <w:rPr>
          <w:rFonts w:ascii="Arial" w:hAnsi="Arial" w:cs="Arial"/>
        </w:rPr>
        <w:t>Nombre completo del/a postulante</w:t>
      </w:r>
      <w:r w:rsidR="001200D3" w:rsidRPr="00CE0865">
        <w:rPr>
          <w:rFonts w:ascii="Arial" w:hAnsi="Arial" w:cs="Arial"/>
        </w:rPr>
        <w:t xml:space="preserve"> (nombre de persona natural o jurídica que postula </w:t>
      </w:r>
      <w:r w:rsidR="001200D3" w:rsidRPr="00CE0865">
        <w:rPr>
          <w:rFonts w:ascii="Arial" w:hAnsi="Arial" w:cs="Arial"/>
          <w:b/>
          <w:bCs/>
        </w:rPr>
        <w:t>y no de quien presenta el sobre en ventilla</w:t>
      </w:r>
      <w:r w:rsidR="001200D3" w:rsidRPr="00CE0865">
        <w:rPr>
          <w:rFonts w:ascii="Arial" w:hAnsi="Arial" w:cs="Arial"/>
        </w:rPr>
        <w:t>)</w:t>
      </w:r>
      <w:r w:rsidR="00BA3EF8" w:rsidRPr="00CE0865">
        <w:rPr>
          <w:rFonts w:ascii="Arial" w:hAnsi="Arial" w:cs="Arial"/>
        </w:rPr>
        <w:t xml:space="preserve"> o </w:t>
      </w:r>
      <w:r w:rsidR="007555A6" w:rsidRPr="00CE0865">
        <w:rPr>
          <w:rFonts w:ascii="Arial" w:hAnsi="Arial" w:cs="Arial"/>
        </w:rPr>
        <w:t>r</w:t>
      </w:r>
      <w:r w:rsidR="00BA3EF8" w:rsidRPr="00CE0865">
        <w:rPr>
          <w:rFonts w:ascii="Arial" w:hAnsi="Arial" w:cs="Arial"/>
        </w:rPr>
        <w:t xml:space="preserve">epresentante </w:t>
      </w:r>
      <w:r w:rsidR="007555A6" w:rsidRPr="00CE0865">
        <w:rPr>
          <w:rFonts w:ascii="Arial" w:hAnsi="Arial" w:cs="Arial"/>
        </w:rPr>
        <w:t>l</w:t>
      </w:r>
      <w:r w:rsidR="00BA3EF8" w:rsidRPr="00CE0865">
        <w:rPr>
          <w:rFonts w:ascii="Arial" w:hAnsi="Arial" w:cs="Arial"/>
        </w:rPr>
        <w:t>egal según corresponda</w:t>
      </w:r>
      <w:r w:rsidR="007555A6" w:rsidRPr="00CE0865">
        <w:rPr>
          <w:rFonts w:ascii="Arial" w:hAnsi="Arial" w:cs="Arial"/>
        </w:rPr>
        <w:t>.</w:t>
      </w:r>
    </w:p>
    <w:p w14:paraId="40027B51" w14:textId="3355897B" w:rsidR="00BA3EF8" w:rsidRPr="00071963" w:rsidRDefault="00F16840" w:rsidP="007555A6">
      <w:pPr>
        <w:numPr>
          <w:ilvl w:val="0"/>
          <w:numId w:val="8"/>
        </w:numPr>
        <w:tabs>
          <w:tab w:val="left" w:pos="284"/>
        </w:tabs>
        <w:spacing w:after="0" w:line="276" w:lineRule="auto"/>
        <w:ind w:left="0" w:firstLine="0"/>
        <w:contextualSpacing/>
        <w:jc w:val="left"/>
        <w:rPr>
          <w:rFonts w:ascii="Arial" w:hAnsi="Arial" w:cs="Arial"/>
        </w:rPr>
      </w:pPr>
      <w:r w:rsidRPr="00CE0865">
        <w:rPr>
          <w:rFonts w:ascii="Arial" w:hAnsi="Arial" w:cs="Arial"/>
        </w:rPr>
        <w:t>Indicar stand comida internacional Fiesta</w:t>
      </w:r>
      <w:r w:rsidRPr="00071963">
        <w:rPr>
          <w:rFonts w:ascii="Arial" w:hAnsi="Arial" w:cs="Arial"/>
        </w:rPr>
        <w:t xml:space="preserve"> de la Primavera</w:t>
      </w:r>
      <w:r w:rsidR="007555A6" w:rsidRPr="00071963">
        <w:rPr>
          <w:rFonts w:ascii="Arial" w:hAnsi="Arial" w:cs="Arial"/>
        </w:rPr>
        <w:t>.</w:t>
      </w:r>
    </w:p>
    <w:p w14:paraId="3A41B389" w14:textId="77777777" w:rsidR="00FD5099" w:rsidRPr="00071963" w:rsidRDefault="00FD5099" w:rsidP="007555A6">
      <w:pPr>
        <w:numPr>
          <w:ilvl w:val="0"/>
          <w:numId w:val="8"/>
        </w:numPr>
        <w:tabs>
          <w:tab w:val="left" w:pos="284"/>
        </w:tabs>
        <w:spacing w:after="0" w:line="276" w:lineRule="auto"/>
        <w:ind w:left="0" w:firstLine="0"/>
        <w:contextualSpacing/>
        <w:jc w:val="left"/>
        <w:rPr>
          <w:rFonts w:ascii="Arial" w:hAnsi="Arial" w:cs="Arial"/>
        </w:rPr>
      </w:pPr>
      <w:r w:rsidRPr="00071963">
        <w:rPr>
          <w:rFonts w:ascii="Arial" w:hAnsi="Arial" w:cs="Arial"/>
        </w:rPr>
        <w:t>Teléfono de contacto</w:t>
      </w:r>
      <w:r w:rsidR="007555A6" w:rsidRPr="00071963">
        <w:rPr>
          <w:rFonts w:ascii="Arial" w:hAnsi="Arial" w:cs="Arial"/>
        </w:rPr>
        <w:t>.</w:t>
      </w:r>
      <w:r w:rsidRPr="00071963">
        <w:rPr>
          <w:rFonts w:ascii="Arial" w:hAnsi="Arial" w:cs="Arial"/>
        </w:rPr>
        <w:t xml:space="preserve"> </w:t>
      </w:r>
    </w:p>
    <w:p w14:paraId="059151D6" w14:textId="77777777" w:rsidR="00FD5099" w:rsidRPr="00071963" w:rsidRDefault="00FD5099" w:rsidP="007555A6">
      <w:pPr>
        <w:numPr>
          <w:ilvl w:val="0"/>
          <w:numId w:val="8"/>
        </w:numPr>
        <w:tabs>
          <w:tab w:val="left" w:pos="284"/>
        </w:tabs>
        <w:spacing w:after="0" w:line="276" w:lineRule="auto"/>
        <w:ind w:left="0" w:firstLine="0"/>
        <w:contextualSpacing/>
        <w:jc w:val="left"/>
        <w:rPr>
          <w:rFonts w:ascii="Arial" w:hAnsi="Arial" w:cs="Arial"/>
        </w:rPr>
      </w:pPr>
      <w:r w:rsidRPr="00071963">
        <w:rPr>
          <w:rFonts w:ascii="Arial" w:hAnsi="Arial" w:cs="Arial"/>
        </w:rPr>
        <w:t>Correo electrónico</w:t>
      </w:r>
      <w:r w:rsidR="007555A6" w:rsidRPr="00071963">
        <w:rPr>
          <w:rFonts w:ascii="Arial" w:hAnsi="Arial" w:cs="Arial"/>
        </w:rPr>
        <w:t>.</w:t>
      </w:r>
    </w:p>
    <w:bookmarkEnd w:id="2"/>
    <w:p w14:paraId="32FD21A9" w14:textId="77777777" w:rsidR="00FD5099" w:rsidRPr="00071963" w:rsidRDefault="00FD5099" w:rsidP="00FD5099">
      <w:pPr>
        <w:spacing w:after="0" w:line="276" w:lineRule="auto"/>
        <w:rPr>
          <w:rFonts w:ascii="Arial" w:hAnsi="Arial" w:cs="Arial"/>
        </w:rPr>
      </w:pPr>
    </w:p>
    <w:p w14:paraId="34011C99" w14:textId="77777777" w:rsidR="001200D3" w:rsidRPr="00071963" w:rsidRDefault="00FD5099" w:rsidP="007555A6">
      <w:pPr>
        <w:spacing w:after="0" w:line="276" w:lineRule="auto"/>
        <w:ind w:firstLine="720"/>
        <w:rPr>
          <w:rFonts w:ascii="Arial" w:hAnsi="Arial" w:cs="Arial"/>
        </w:rPr>
      </w:pPr>
      <w:r w:rsidRPr="00071963">
        <w:rPr>
          <w:rFonts w:ascii="Arial" w:hAnsi="Arial" w:cs="Arial"/>
        </w:rPr>
        <w:t xml:space="preserve">El sobre de postulación se debe incluir toda la documentación que respalde su postulación. Indicada en el numeral VI de las bases. </w:t>
      </w:r>
    </w:p>
    <w:p w14:paraId="0A64E9DF" w14:textId="77777777" w:rsidR="006F60D9" w:rsidRPr="00071963" w:rsidRDefault="006F60D9" w:rsidP="00FD5099">
      <w:pPr>
        <w:spacing w:after="0" w:line="276" w:lineRule="auto"/>
        <w:rPr>
          <w:rFonts w:ascii="Arial" w:eastAsia="Times New Roman" w:hAnsi="Arial" w:cs="Arial"/>
          <w:b/>
        </w:rPr>
      </w:pPr>
    </w:p>
    <w:p w14:paraId="5C6CD086" w14:textId="77777777" w:rsidR="00FD5099" w:rsidRPr="00071963" w:rsidRDefault="00F82FE0" w:rsidP="00FD5099">
      <w:pPr>
        <w:spacing w:after="200" w:line="276" w:lineRule="auto"/>
        <w:rPr>
          <w:rFonts w:ascii="Arial" w:hAnsi="Arial" w:cs="Arial"/>
        </w:rPr>
      </w:pPr>
      <w:r w:rsidRPr="00071963">
        <w:rPr>
          <w:rFonts w:ascii="Arial" w:eastAsia="Times New Roman" w:hAnsi="Arial" w:cs="Arial"/>
          <w:b/>
        </w:rPr>
        <w:t>IX</w:t>
      </w:r>
      <w:r w:rsidR="00FD5099" w:rsidRPr="00071963">
        <w:rPr>
          <w:rFonts w:ascii="Arial" w:eastAsia="Times New Roman" w:hAnsi="Arial" w:cs="Arial"/>
          <w:b/>
        </w:rPr>
        <w:t>. PROCESO DE EVALUACIÓN</w:t>
      </w:r>
      <w:r w:rsidR="00EF56B5" w:rsidRPr="00071963">
        <w:rPr>
          <w:rFonts w:ascii="Arial" w:eastAsia="Times New Roman" w:hAnsi="Arial" w:cs="Arial"/>
          <w:b/>
        </w:rPr>
        <w:t>.</w:t>
      </w:r>
    </w:p>
    <w:p w14:paraId="55888D94" w14:textId="77777777" w:rsidR="00FD5099" w:rsidRPr="00071963" w:rsidRDefault="00FD5099" w:rsidP="006F60D9">
      <w:pPr>
        <w:numPr>
          <w:ilvl w:val="0"/>
          <w:numId w:val="7"/>
        </w:numPr>
        <w:tabs>
          <w:tab w:val="left" w:pos="284"/>
        </w:tabs>
        <w:spacing w:after="200" w:line="276" w:lineRule="auto"/>
        <w:ind w:left="0" w:firstLine="0"/>
        <w:contextualSpacing/>
        <w:jc w:val="left"/>
        <w:rPr>
          <w:rFonts w:ascii="Arial" w:eastAsia="Times New Roman" w:hAnsi="Arial" w:cs="Arial"/>
          <w:b/>
          <w:bCs/>
        </w:rPr>
      </w:pPr>
      <w:r w:rsidRPr="00071963">
        <w:rPr>
          <w:rFonts w:ascii="Arial" w:eastAsia="Times New Roman" w:hAnsi="Arial" w:cs="Arial"/>
          <w:b/>
          <w:bCs/>
        </w:rPr>
        <w:t>Admisibilidad</w:t>
      </w:r>
    </w:p>
    <w:p w14:paraId="72AC4BFE" w14:textId="77777777" w:rsidR="00BA3EF8" w:rsidRPr="00071963" w:rsidRDefault="00BA3EF8" w:rsidP="00BA3EF8">
      <w:pPr>
        <w:spacing w:after="200" w:line="276" w:lineRule="auto"/>
        <w:ind w:left="644"/>
        <w:contextualSpacing/>
        <w:jc w:val="left"/>
        <w:rPr>
          <w:rFonts w:ascii="Arial" w:eastAsia="Times New Roman" w:hAnsi="Arial" w:cs="Arial"/>
          <w:b/>
          <w:bCs/>
        </w:rPr>
      </w:pPr>
    </w:p>
    <w:p w14:paraId="56EC3852" w14:textId="77777777" w:rsidR="004C2000" w:rsidRPr="00071963" w:rsidRDefault="004C2000" w:rsidP="00EF56B5">
      <w:pPr>
        <w:spacing w:after="200" w:line="276" w:lineRule="auto"/>
        <w:ind w:firstLine="567"/>
        <w:contextualSpacing/>
        <w:rPr>
          <w:rFonts w:ascii="Arial" w:eastAsia="Times New Roman" w:hAnsi="Arial" w:cs="Arial"/>
        </w:rPr>
      </w:pPr>
      <w:r w:rsidRPr="00071963">
        <w:rPr>
          <w:rFonts w:ascii="Arial" w:hAnsi="Arial" w:cs="Arial"/>
        </w:rPr>
        <w:t>El acto de apertura de las postulaciones será verificado por la Comisión evaluadora, levantándose un acta que contendrá la lista de los participantes que hubiesen cumplido con los requisitos exigidos en la etapa de admisibilidad. Verificándose el cumplimiento de los antecedentes requeridos en el punto VI. REQUISITOS Y ANTECEDENTES PARA POSTULAR.</w:t>
      </w:r>
    </w:p>
    <w:p w14:paraId="3F39951B" w14:textId="77777777" w:rsidR="00BA3EF8" w:rsidRPr="00071963" w:rsidRDefault="00BA3EF8" w:rsidP="00401946">
      <w:pPr>
        <w:spacing w:after="0" w:line="276" w:lineRule="auto"/>
        <w:rPr>
          <w:rFonts w:ascii="Arial" w:eastAsia="Times New Roman" w:hAnsi="Arial" w:cs="Arial"/>
        </w:rPr>
      </w:pPr>
    </w:p>
    <w:p w14:paraId="1F19F531" w14:textId="6F5306D7" w:rsidR="00FD5099" w:rsidRPr="00071963" w:rsidRDefault="00FD5099" w:rsidP="006F60D9">
      <w:pPr>
        <w:numPr>
          <w:ilvl w:val="0"/>
          <w:numId w:val="7"/>
        </w:numPr>
        <w:tabs>
          <w:tab w:val="left" w:pos="284"/>
        </w:tabs>
        <w:spacing w:after="200" w:line="276" w:lineRule="auto"/>
        <w:ind w:left="0" w:firstLine="0"/>
        <w:contextualSpacing/>
        <w:jc w:val="left"/>
        <w:rPr>
          <w:rFonts w:ascii="Arial" w:eastAsia="Times New Roman" w:hAnsi="Arial" w:cs="Arial"/>
          <w:b/>
          <w:bCs/>
        </w:rPr>
      </w:pPr>
      <w:r w:rsidRPr="00071963">
        <w:rPr>
          <w:rFonts w:ascii="Arial" w:eastAsia="Times New Roman" w:hAnsi="Arial" w:cs="Arial"/>
          <w:b/>
          <w:bCs/>
        </w:rPr>
        <w:t xml:space="preserve">Evaluación </w:t>
      </w:r>
      <w:r w:rsidR="00174A68">
        <w:rPr>
          <w:rFonts w:ascii="Arial" w:eastAsia="Times New Roman" w:hAnsi="Arial" w:cs="Arial"/>
          <w:b/>
          <w:bCs/>
        </w:rPr>
        <w:t>t</w:t>
      </w:r>
      <w:r w:rsidRPr="00071963">
        <w:rPr>
          <w:rFonts w:ascii="Arial" w:eastAsia="Times New Roman" w:hAnsi="Arial" w:cs="Arial"/>
          <w:b/>
          <w:bCs/>
        </w:rPr>
        <w:t>écnica de las Postulaciones</w:t>
      </w:r>
    </w:p>
    <w:p w14:paraId="4DEFF2AF" w14:textId="43FA89A0" w:rsidR="00B97320" w:rsidRPr="00071963" w:rsidRDefault="00473447" w:rsidP="00174A68">
      <w:pPr>
        <w:pStyle w:val="Prrafodelista"/>
        <w:spacing w:after="0"/>
        <w:ind w:left="0" w:firstLine="567"/>
        <w:rPr>
          <w:rFonts w:ascii="Arial" w:eastAsia="Times New Roman" w:hAnsi="Arial" w:cs="Arial"/>
        </w:rPr>
      </w:pPr>
      <w:r w:rsidRPr="00071963">
        <w:rPr>
          <w:rFonts w:ascii="Arial" w:eastAsia="Times New Roman" w:hAnsi="Arial" w:cs="Arial"/>
        </w:rPr>
        <w:t>Asimismo, la comisión evaluadora, realizará la evaluación técnica de quienes pasen la revisión de admisibilidad, de acuerdo a los criterios que se describen a continuación:</w:t>
      </w:r>
    </w:p>
    <w:p w14:paraId="093E0D9A" w14:textId="77777777" w:rsidR="00B97320" w:rsidRPr="00071963" w:rsidRDefault="00B97320" w:rsidP="0073655E">
      <w:pPr>
        <w:spacing w:after="0"/>
        <w:rPr>
          <w:rFonts w:ascii="Arial" w:hAnsi="Arial" w:cs="Arial"/>
        </w:rPr>
      </w:pPr>
    </w:p>
    <w:tbl>
      <w:tblPr>
        <w:tblStyle w:val="Tablaconcuadrcula"/>
        <w:tblW w:w="0" w:type="auto"/>
        <w:jc w:val="center"/>
        <w:tblLook w:val="04A0" w:firstRow="1" w:lastRow="0" w:firstColumn="1" w:lastColumn="0" w:noHBand="0" w:noVBand="1"/>
      </w:tblPr>
      <w:tblGrid>
        <w:gridCol w:w="1877"/>
        <w:gridCol w:w="2072"/>
        <w:gridCol w:w="1794"/>
        <w:gridCol w:w="1842"/>
        <w:gridCol w:w="1243"/>
      </w:tblGrid>
      <w:tr w:rsidR="004D6C39" w:rsidRPr="00071963" w14:paraId="6A5B08F5" w14:textId="77777777" w:rsidTr="00D605A3">
        <w:trPr>
          <w:jc w:val="center"/>
        </w:trPr>
        <w:tc>
          <w:tcPr>
            <w:tcW w:w="1877" w:type="dxa"/>
            <w:shd w:val="clear" w:color="auto" w:fill="F2F2F2" w:themeFill="background1" w:themeFillShade="F2"/>
          </w:tcPr>
          <w:p w14:paraId="2C9C813F" w14:textId="77777777" w:rsidR="004D6C39" w:rsidRPr="00174A68" w:rsidRDefault="00000000" w:rsidP="00174A68">
            <w:pPr>
              <w:jc w:val="center"/>
              <w:rPr>
                <w:rFonts w:ascii="Arial" w:hAnsi="Arial" w:cs="Arial"/>
                <w:b/>
                <w:bCs/>
              </w:rPr>
            </w:pPr>
            <w:r w:rsidRPr="00174A68">
              <w:rPr>
                <w:rFonts w:ascii="Arial" w:hAnsi="Arial" w:cs="Arial"/>
                <w:b/>
                <w:bCs/>
              </w:rPr>
              <w:t>CRITERIO</w:t>
            </w:r>
          </w:p>
        </w:tc>
        <w:tc>
          <w:tcPr>
            <w:tcW w:w="2072" w:type="dxa"/>
            <w:shd w:val="clear" w:color="auto" w:fill="F2F2F2" w:themeFill="background1" w:themeFillShade="F2"/>
          </w:tcPr>
          <w:p w14:paraId="0B171F7D" w14:textId="77777777" w:rsidR="004D6C39" w:rsidRPr="00174A68" w:rsidRDefault="00000000" w:rsidP="00174A68">
            <w:pPr>
              <w:jc w:val="center"/>
              <w:rPr>
                <w:rFonts w:ascii="Arial" w:hAnsi="Arial" w:cs="Arial"/>
                <w:b/>
                <w:bCs/>
              </w:rPr>
            </w:pPr>
            <w:r w:rsidRPr="00174A68">
              <w:rPr>
                <w:rFonts w:ascii="Arial" w:hAnsi="Arial" w:cs="Arial"/>
                <w:b/>
                <w:bCs/>
              </w:rPr>
              <w:t>DESCRIPCIÓN</w:t>
            </w:r>
          </w:p>
        </w:tc>
        <w:tc>
          <w:tcPr>
            <w:tcW w:w="1794" w:type="dxa"/>
            <w:shd w:val="clear" w:color="auto" w:fill="F2F2F2" w:themeFill="background1" w:themeFillShade="F2"/>
          </w:tcPr>
          <w:p w14:paraId="111FAA79" w14:textId="77777777" w:rsidR="004D6C39" w:rsidRPr="00174A68" w:rsidRDefault="00000000" w:rsidP="00174A68">
            <w:pPr>
              <w:jc w:val="center"/>
              <w:rPr>
                <w:rFonts w:ascii="Arial" w:hAnsi="Arial" w:cs="Arial"/>
                <w:b/>
                <w:bCs/>
              </w:rPr>
            </w:pPr>
            <w:r w:rsidRPr="00174A68">
              <w:rPr>
                <w:rFonts w:ascii="Arial" w:hAnsi="Arial" w:cs="Arial"/>
                <w:b/>
                <w:bCs/>
              </w:rPr>
              <w:t>MEDIO DE VERIFICACIÓN</w:t>
            </w:r>
          </w:p>
        </w:tc>
        <w:tc>
          <w:tcPr>
            <w:tcW w:w="1842" w:type="dxa"/>
            <w:shd w:val="clear" w:color="auto" w:fill="F2F2F2" w:themeFill="background1" w:themeFillShade="F2"/>
          </w:tcPr>
          <w:p w14:paraId="06DB8FF2" w14:textId="77777777" w:rsidR="004D6C39" w:rsidRPr="00174A68" w:rsidRDefault="00000000" w:rsidP="00174A68">
            <w:pPr>
              <w:jc w:val="center"/>
              <w:rPr>
                <w:rFonts w:ascii="Arial" w:hAnsi="Arial" w:cs="Arial"/>
                <w:b/>
                <w:bCs/>
              </w:rPr>
            </w:pPr>
            <w:r w:rsidRPr="00174A68">
              <w:rPr>
                <w:rFonts w:ascii="Arial" w:hAnsi="Arial" w:cs="Arial"/>
                <w:b/>
                <w:bCs/>
              </w:rPr>
              <w:t>ESCALA DE EVALUACIÓN</w:t>
            </w:r>
          </w:p>
        </w:tc>
        <w:tc>
          <w:tcPr>
            <w:tcW w:w="1243" w:type="dxa"/>
            <w:shd w:val="clear" w:color="auto" w:fill="F2F2F2" w:themeFill="background1" w:themeFillShade="F2"/>
          </w:tcPr>
          <w:p w14:paraId="302DDBEE" w14:textId="77777777" w:rsidR="004D6C39" w:rsidRPr="00174A68" w:rsidRDefault="00000000" w:rsidP="00174A68">
            <w:pPr>
              <w:jc w:val="center"/>
              <w:rPr>
                <w:rFonts w:ascii="Arial" w:hAnsi="Arial" w:cs="Arial"/>
                <w:b/>
                <w:bCs/>
              </w:rPr>
            </w:pPr>
            <w:r w:rsidRPr="00174A68">
              <w:rPr>
                <w:rFonts w:ascii="Arial" w:hAnsi="Arial" w:cs="Arial"/>
                <w:b/>
                <w:bCs/>
              </w:rPr>
              <w:t>PUNTAJE MÁXIMO</w:t>
            </w:r>
          </w:p>
        </w:tc>
      </w:tr>
      <w:tr w:rsidR="004D6C39" w:rsidRPr="00071963" w14:paraId="1837E574" w14:textId="77777777" w:rsidTr="00D605A3">
        <w:trPr>
          <w:trHeight w:val="1975"/>
          <w:jc w:val="center"/>
        </w:trPr>
        <w:tc>
          <w:tcPr>
            <w:tcW w:w="1877" w:type="dxa"/>
          </w:tcPr>
          <w:p w14:paraId="4173947E" w14:textId="77777777" w:rsidR="004D6C39" w:rsidRPr="00071963" w:rsidRDefault="00000000" w:rsidP="00174A68">
            <w:pPr>
              <w:jc w:val="center"/>
              <w:rPr>
                <w:rFonts w:ascii="Arial" w:hAnsi="Arial" w:cs="Arial"/>
              </w:rPr>
            </w:pPr>
            <w:r w:rsidRPr="00071963">
              <w:rPr>
                <w:rFonts w:ascii="Arial" w:hAnsi="Arial" w:cs="Arial"/>
              </w:rPr>
              <w:t>Oferta gastronómica internacional</w:t>
            </w:r>
          </w:p>
        </w:tc>
        <w:tc>
          <w:tcPr>
            <w:tcW w:w="2072" w:type="dxa"/>
          </w:tcPr>
          <w:p w14:paraId="0A14786C" w14:textId="55BB78C1" w:rsidR="004D6C39" w:rsidRPr="00071963" w:rsidRDefault="005449E4">
            <w:pPr>
              <w:rPr>
                <w:rFonts w:ascii="Arial" w:hAnsi="Arial" w:cs="Arial"/>
              </w:rPr>
            </w:pPr>
            <w:r w:rsidRPr="00071963">
              <w:rPr>
                <w:rFonts w:ascii="Arial" w:hAnsi="Arial" w:cs="Arial"/>
              </w:rPr>
              <w:t>Variedad y cantidad de preparaciones gastronómicas: Se evaluará la variedad</w:t>
            </w:r>
            <w:r w:rsidR="004A417B">
              <w:rPr>
                <w:rFonts w:ascii="Arial" w:hAnsi="Arial" w:cs="Arial"/>
              </w:rPr>
              <w:t>, coherencia y</w:t>
            </w:r>
            <w:r w:rsidRPr="00071963">
              <w:rPr>
                <w:rFonts w:ascii="Arial" w:hAnsi="Arial" w:cs="Arial"/>
              </w:rPr>
              <w:t xml:space="preserve"> cantidad de preparaciones gastronómicas ofrecidas, las cuales deberán estar asociadas al </w:t>
            </w:r>
            <w:r w:rsidRPr="00071963">
              <w:rPr>
                <w:rFonts w:ascii="Arial" w:hAnsi="Arial" w:cs="Arial"/>
              </w:rPr>
              <w:lastRenderedPageBreak/>
              <w:t>país o cultura internacional representada en la propuesta. Se procurará que la oferta gastronómica permita identificar y representar de manera clara y coherente una cocina de otro país.</w:t>
            </w:r>
          </w:p>
        </w:tc>
        <w:tc>
          <w:tcPr>
            <w:tcW w:w="1794" w:type="dxa"/>
          </w:tcPr>
          <w:p w14:paraId="4E5C881F" w14:textId="77777777" w:rsidR="004D6C39" w:rsidRPr="00071963" w:rsidRDefault="00000000">
            <w:pPr>
              <w:rPr>
                <w:rFonts w:ascii="Arial" w:hAnsi="Arial" w:cs="Arial"/>
              </w:rPr>
            </w:pPr>
            <w:r w:rsidRPr="00071963">
              <w:rPr>
                <w:rFonts w:ascii="Arial" w:hAnsi="Arial" w:cs="Arial"/>
              </w:rPr>
              <w:lastRenderedPageBreak/>
              <w:t>Descripción en formulario de postulación.</w:t>
            </w:r>
          </w:p>
        </w:tc>
        <w:tc>
          <w:tcPr>
            <w:tcW w:w="1842" w:type="dxa"/>
          </w:tcPr>
          <w:p w14:paraId="4EDEF2A4" w14:textId="241F3356" w:rsidR="004D6C39" w:rsidRPr="00071963" w:rsidRDefault="00000000">
            <w:pPr>
              <w:rPr>
                <w:rFonts w:ascii="Arial" w:hAnsi="Arial" w:cs="Arial"/>
              </w:rPr>
            </w:pPr>
            <w:r w:rsidRPr="00071963">
              <w:rPr>
                <w:rFonts w:ascii="Arial" w:hAnsi="Arial" w:cs="Arial"/>
              </w:rPr>
              <w:t xml:space="preserve">No presenta oferta gastronómica internacional (0 </w:t>
            </w:r>
            <w:proofErr w:type="spellStart"/>
            <w:r w:rsidRPr="00071963">
              <w:rPr>
                <w:rFonts w:ascii="Arial" w:hAnsi="Arial" w:cs="Arial"/>
              </w:rPr>
              <w:t>pts</w:t>
            </w:r>
            <w:proofErr w:type="spellEnd"/>
            <w:r w:rsidRPr="00071963">
              <w:rPr>
                <w:rFonts w:ascii="Arial" w:hAnsi="Arial" w:cs="Arial"/>
              </w:rPr>
              <w:t>).</w:t>
            </w:r>
            <w:r w:rsidRPr="00071963">
              <w:rPr>
                <w:rFonts w:ascii="Arial" w:hAnsi="Arial" w:cs="Arial"/>
              </w:rPr>
              <w:br/>
              <w:t>1–2 preparaciones (</w:t>
            </w:r>
            <w:r w:rsidR="004A417B">
              <w:rPr>
                <w:rFonts w:ascii="Arial" w:hAnsi="Arial" w:cs="Arial"/>
              </w:rPr>
              <w:t xml:space="preserve">hasta </w:t>
            </w:r>
            <w:r w:rsidRPr="00071963">
              <w:rPr>
                <w:rFonts w:ascii="Arial" w:hAnsi="Arial" w:cs="Arial"/>
              </w:rPr>
              <w:t>1</w:t>
            </w:r>
            <w:r w:rsidR="00B95C56">
              <w:rPr>
                <w:rFonts w:ascii="Arial" w:hAnsi="Arial" w:cs="Arial"/>
              </w:rPr>
              <w:t>0</w:t>
            </w:r>
            <w:r w:rsidRPr="00071963">
              <w:rPr>
                <w:rFonts w:ascii="Arial" w:hAnsi="Arial" w:cs="Arial"/>
              </w:rPr>
              <w:t xml:space="preserve"> </w:t>
            </w:r>
            <w:proofErr w:type="spellStart"/>
            <w:r w:rsidRPr="00071963">
              <w:rPr>
                <w:rFonts w:ascii="Arial" w:hAnsi="Arial" w:cs="Arial"/>
              </w:rPr>
              <w:t>pts</w:t>
            </w:r>
            <w:proofErr w:type="spellEnd"/>
            <w:r w:rsidRPr="00071963">
              <w:rPr>
                <w:rFonts w:ascii="Arial" w:hAnsi="Arial" w:cs="Arial"/>
              </w:rPr>
              <w:t>).</w:t>
            </w:r>
            <w:r w:rsidRPr="00071963">
              <w:rPr>
                <w:rFonts w:ascii="Arial" w:hAnsi="Arial" w:cs="Arial"/>
              </w:rPr>
              <w:br/>
              <w:t>3–4 preparaciones (</w:t>
            </w:r>
            <w:r w:rsidR="004A417B">
              <w:rPr>
                <w:rFonts w:ascii="Arial" w:hAnsi="Arial" w:cs="Arial"/>
              </w:rPr>
              <w:t xml:space="preserve">hasta </w:t>
            </w:r>
            <w:r w:rsidRPr="00071963">
              <w:rPr>
                <w:rFonts w:ascii="Arial" w:hAnsi="Arial" w:cs="Arial"/>
              </w:rPr>
              <w:t>2</w:t>
            </w:r>
            <w:r w:rsidR="00B95C56">
              <w:rPr>
                <w:rFonts w:ascii="Arial" w:hAnsi="Arial" w:cs="Arial"/>
              </w:rPr>
              <w:t>0</w:t>
            </w:r>
            <w:r w:rsidRPr="00071963">
              <w:rPr>
                <w:rFonts w:ascii="Arial" w:hAnsi="Arial" w:cs="Arial"/>
              </w:rPr>
              <w:t xml:space="preserve"> </w:t>
            </w:r>
            <w:proofErr w:type="spellStart"/>
            <w:r w:rsidRPr="00071963">
              <w:rPr>
                <w:rFonts w:ascii="Arial" w:hAnsi="Arial" w:cs="Arial"/>
              </w:rPr>
              <w:t>pts</w:t>
            </w:r>
            <w:proofErr w:type="spellEnd"/>
            <w:r w:rsidRPr="00071963">
              <w:rPr>
                <w:rFonts w:ascii="Arial" w:hAnsi="Arial" w:cs="Arial"/>
              </w:rPr>
              <w:t>).</w:t>
            </w:r>
            <w:r w:rsidRPr="00071963">
              <w:rPr>
                <w:rFonts w:ascii="Arial" w:hAnsi="Arial" w:cs="Arial"/>
              </w:rPr>
              <w:br/>
              <w:t>5</w:t>
            </w:r>
            <w:r w:rsidR="00EA0CAB" w:rsidRPr="00071963">
              <w:rPr>
                <w:rFonts w:ascii="Arial" w:hAnsi="Arial" w:cs="Arial"/>
              </w:rPr>
              <w:t xml:space="preserve"> </w:t>
            </w:r>
            <w:r w:rsidRPr="00071963">
              <w:rPr>
                <w:rFonts w:ascii="Arial" w:hAnsi="Arial" w:cs="Arial"/>
              </w:rPr>
              <w:t xml:space="preserve">preparaciones </w:t>
            </w:r>
            <w:r w:rsidRPr="00071963">
              <w:rPr>
                <w:rFonts w:ascii="Arial" w:hAnsi="Arial" w:cs="Arial"/>
              </w:rPr>
              <w:lastRenderedPageBreak/>
              <w:t>(</w:t>
            </w:r>
            <w:r w:rsidR="004A417B">
              <w:rPr>
                <w:rFonts w:ascii="Arial" w:hAnsi="Arial" w:cs="Arial"/>
              </w:rPr>
              <w:t xml:space="preserve">hasta </w:t>
            </w:r>
            <w:r w:rsidR="00B95C56">
              <w:rPr>
                <w:rFonts w:ascii="Arial" w:hAnsi="Arial" w:cs="Arial"/>
              </w:rPr>
              <w:t>25</w:t>
            </w:r>
            <w:r w:rsidRPr="00071963">
              <w:rPr>
                <w:rFonts w:ascii="Arial" w:hAnsi="Arial" w:cs="Arial"/>
              </w:rPr>
              <w:t xml:space="preserve"> </w:t>
            </w:r>
            <w:proofErr w:type="spellStart"/>
            <w:r w:rsidRPr="00071963">
              <w:rPr>
                <w:rFonts w:ascii="Arial" w:hAnsi="Arial" w:cs="Arial"/>
              </w:rPr>
              <w:t>pts</w:t>
            </w:r>
            <w:proofErr w:type="spellEnd"/>
            <w:r w:rsidRPr="00071963">
              <w:rPr>
                <w:rFonts w:ascii="Arial" w:hAnsi="Arial" w:cs="Arial"/>
              </w:rPr>
              <w:t>).</w:t>
            </w:r>
            <w:r w:rsidRPr="00071963">
              <w:rPr>
                <w:rFonts w:ascii="Arial" w:hAnsi="Arial" w:cs="Arial"/>
              </w:rPr>
              <w:br/>
            </w:r>
          </w:p>
        </w:tc>
        <w:tc>
          <w:tcPr>
            <w:tcW w:w="1243" w:type="dxa"/>
          </w:tcPr>
          <w:p w14:paraId="5A0F4E33" w14:textId="6208D43F" w:rsidR="004D6C39" w:rsidRPr="00071963" w:rsidRDefault="00B95C56" w:rsidP="00174A68">
            <w:pPr>
              <w:jc w:val="center"/>
              <w:rPr>
                <w:rFonts w:ascii="Arial" w:hAnsi="Arial" w:cs="Arial"/>
              </w:rPr>
            </w:pPr>
            <w:r>
              <w:rPr>
                <w:rFonts w:ascii="Arial" w:hAnsi="Arial" w:cs="Arial"/>
              </w:rPr>
              <w:lastRenderedPageBreak/>
              <w:t>25</w:t>
            </w:r>
          </w:p>
        </w:tc>
      </w:tr>
      <w:tr w:rsidR="005F002D" w:rsidRPr="00071963" w14:paraId="189DDFA6" w14:textId="77777777" w:rsidTr="00D605A3">
        <w:trPr>
          <w:jc w:val="center"/>
        </w:trPr>
        <w:tc>
          <w:tcPr>
            <w:tcW w:w="1877" w:type="dxa"/>
          </w:tcPr>
          <w:p w14:paraId="41AFBF26" w14:textId="4D52BAB8" w:rsidR="005F002D" w:rsidRPr="00071963" w:rsidRDefault="005F002D" w:rsidP="00174A68">
            <w:pPr>
              <w:jc w:val="center"/>
              <w:rPr>
                <w:rFonts w:ascii="Arial" w:hAnsi="Arial" w:cs="Arial"/>
              </w:rPr>
            </w:pPr>
            <w:r w:rsidRPr="00071963">
              <w:rPr>
                <w:rFonts w:ascii="Arial" w:hAnsi="Arial" w:cs="Arial"/>
              </w:rPr>
              <w:t>Oferta de bebida alcohólica representativas</w:t>
            </w:r>
          </w:p>
        </w:tc>
        <w:tc>
          <w:tcPr>
            <w:tcW w:w="2072" w:type="dxa"/>
          </w:tcPr>
          <w:p w14:paraId="0E44EBA6" w14:textId="2E5C78BD" w:rsidR="005F002D" w:rsidRPr="00071963" w:rsidRDefault="005F002D">
            <w:pPr>
              <w:rPr>
                <w:rFonts w:ascii="Arial" w:hAnsi="Arial" w:cs="Arial"/>
              </w:rPr>
            </w:pPr>
            <w:r w:rsidRPr="00071963">
              <w:rPr>
                <w:rFonts w:ascii="Arial" w:hAnsi="Arial" w:cs="Arial"/>
              </w:rPr>
              <w:t xml:space="preserve">Se evaluará la </w:t>
            </w:r>
            <w:r w:rsidR="004A417B">
              <w:rPr>
                <w:rFonts w:ascii="Arial" w:hAnsi="Arial" w:cs="Arial"/>
              </w:rPr>
              <w:t>coherencia</w:t>
            </w:r>
            <w:r w:rsidRPr="00071963">
              <w:rPr>
                <w:rFonts w:ascii="Arial" w:hAnsi="Arial" w:cs="Arial"/>
              </w:rPr>
              <w:t xml:space="preserve"> de </w:t>
            </w:r>
            <w:r w:rsidR="0032193E" w:rsidRPr="00071963">
              <w:rPr>
                <w:rFonts w:ascii="Arial" w:hAnsi="Arial" w:cs="Arial"/>
              </w:rPr>
              <w:t>propuesta</w:t>
            </w:r>
            <w:r w:rsidR="00C361B2" w:rsidRPr="00071963">
              <w:rPr>
                <w:rFonts w:ascii="Arial" w:hAnsi="Arial" w:cs="Arial"/>
              </w:rPr>
              <w:t xml:space="preserve"> de bebida </w:t>
            </w:r>
            <w:r w:rsidRPr="00071963">
              <w:rPr>
                <w:rFonts w:ascii="Arial" w:hAnsi="Arial" w:cs="Arial"/>
              </w:rPr>
              <w:t>alcohólica ofrecid</w:t>
            </w:r>
            <w:r w:rsidR="00C361B2" w:rsidRPr="00071963">
              <w:rPr>
                <w:rFonts w:ascii="Arial" w:hAnsi="Arial" w:cs="Arial"/>
              </w:rPr>
              <w:t>a</w:t>
            </w:r>
            <w:r w:rsidRPr="00071963">
              <w:rPr>
                <w:rFonts w:ascii="Arial" w:hAnsi="Arial" w:cs="Arial"/>
              </w:rPr>
              <w:t>, considerando que sea</w:t>
            </w:r>
            <w:r w:rsidR="00C361B2" w:rsidRPr="00071963">
              <w:rPr>
                <w:rFonts w:ascii="Arial" w:hAnsi="Arial" w:cs="Arial"/>
              </w:rPr>
              <w:t xml:space="preserve"> representativa del</w:t>
            </w:r>
            <w:r w:rsidRPr="00071963">
              <w:rPr>
                <w:rFonts w:ascii="Arial" w:hAnsi="Arial" w:cs="Arial"/>
              </w:rPr>
              <w:t xml:space="preserve"> país o cultura seleccionada</w:t>
            </w:r>
            <w:r w:rsidR="00174A68">
              <w:rPr>
                <w:rFonts w:ascii="Arial" w:hAnsi="Arial" w:cs="Arial"/>
              </w:rPr>
              <w:t xml:space="preserve">, </w:t>
            </w:r>
            <w:r w:rsidR="004A417B">
              <w:rPr>
                <w:rFonts w:ascii="Arial" w:hAnsi="Arial" w:cs="Arial"/>
              </w:rPr>
              <w:t>considerando que</w:t>
            </w:r>
            <w:r w:rsidRPr="00071963">
              <w:rPr>
                <w:rFonts w:ascii="Arial" w:hAnsi="Arial" w:cs="Arial"/>
              </w:rPr>
              <w:t xml:space="preserve"> exista </w:t>
            </w:r>
            <w:r w:rsidR="004A417B">
              <w:rPr>
                <w:rFonts w:ascii="Arial" w:hAnsi="Arial" w:cs="Arial"/>
              </w:rPr>
              <w:t xml:space="preserve">relación </w:t>
            </w:r>
            <w:r w:rsidRPr="00071963">
              <w:rPr>
                <w:rFonts w:ascii="Arial" w:hAnsi="Arial" w:cs="Arial"/>
              </w:rPr>
              <w:t>con la propuesta gastronómica presentada (</w:t>
            </w:r>
            <w:r w:rsidR="00C361B2" w:rsidRPr="00071963">
              <w:rPr>
                <w:rFonts w:ascii="Arial" w:hAnsi="Arial" w:cs="Arial"/>
              </w:rPr>
              <w:t>Solo 1</w:t>
            </w:r>
            <w:r w:rsidRPr="00071963">
              <w:rPr>
                <w:rFonts w:ascii="Arial" w:hAnsi="Arial" w:cs="Arial"/>
              </w:rPr>
              <w:t xml:space="preserve"> bebida alcohólica)</w:t>
            </w:r>
          </w:p>
        </w:tc>
        <w:tc>
          <w:tcPr>
            <w:tcW w:w="1794" w:type="dxa"/>
          </w:tcPr>
          <w:p w14:paraId="051106CA" w14:textId="6B60233F" w:rsidR="005F002D" w:rsidRPr="00071963" w:rsidRDefault="005F002D">
            <w:pPr>
              <w:rPr>
                <w:rFonts w:ascii="Arial" w:hAnsi="Arial" w:cs="Arial"/>
              </w:rPr>
            </w:pPr>
            <w:r w:rsidRPr="00071963">
              <w:rPr>
                <w:rFonts w:ascii="Arial" w:hAnsi="Arial" w:cs="Arial"/>
              </w:rPr>
              <w:t>Descripción en formulario de postulación.</w:t>
            </w:r>
          </w:p>
        </w:tc>
        <w:tc>
          <w:tcPr>
            <w:tcW w:w="1842" w:type="dxa"/>
          </w:tcPr>
          <w:p w14:paraId="3159B2D0" w14:textId="18BA2061" w:rsidR="005F002D" w:rsidRPr="00071963" w:rsidRDefault="005F002D" w:rsidP="005F002D">
            <w:pPr>
              <w:rPr>
                <w:rFonts w:ascii="Arial" w:hAnsi="Arial" w:cs="Arial"/>
              </w:rPr>
            </w:pPr>
            <w:r w:rsidRPr="00071963">
              <w:rPr>
                <w:rFonts w:ascii="Arial" w:hAnsi="Arial" w:cs="Arial"/>
              </w:rPr>
              <w:t xml:space="preserve">5 </w:t>
            </w:r>
            <w:proofErr w:type="spellStart"/>
            <w:r w:rsidRPr="00071963">
              <w:rPr>
                <w:rFonts w:ascii="Arial" w:hAnsi="Arial" w:cs="Arial"/>
              </w:rPr>
              <w:t>ptos</w:t>
            </w:r>
            <w:proofErr w:type="spellEnd"/>
            <w:r w:rsidRPr="00071963">
              <w:rPr>
                <w:rFonts w:ascii="Arial" w:hAnsi="Arial" w:cs="Arial"/>
              </w:rPr>
              <w:t xml:space="preserve"> </w:t>
            </w:r>
            <w:r w:rsidR="00C361B2" w:rsidRPr="00071963">
              <w:rPr>
                <w:rFonts w:ascii="Arial" w:hAnsi="Arial" w:cs="Arial"/>
              </w:rPr>
              <w:t>por oferta</w:t>
            </w:r>
            <w:r w:rsidR="004A417B">
              <w:rPr>
                <w:rFonts w:ascii="Arial" w:hAnsi="Arial" w:cs="Arial"/>
              </w:rPr>
              <w:t xml:space="preserve"> y descripción</w:t>
            </w:r>
            <w:r w:rsidRPr="00071963">
              <w:rPr>
                <w:rFonts w:ascii="Arial" w:hAnsi="Arial" w:cs="Arial"/>
              </w:rPr>
              <w:t xml:space="preserve"> de bebida alcohólica representativa y coherente con país seleccionado.</w:t>
            </w:r>
          </w:p>
          <w:p w14:paraId="592DA18A" w14:textId="77777777" w:rsidR="005F002D" w:rsidRPr="00071963" w:rsidRDefault="005F002D" w:rsidP="005F002D">
            <w:pPr>
              <w:rPr>
                <w:rFonts w:ascii="Arial" w:hAnsi="Arial" w:cs="Arial"/>
              </w:rPr>
            </w:pPr>
          </w:p>
          <w:p w14:paraId="793E31CB" w14:textId="2DDF639F" w:rsidR="005F002D" w:rsidRPr="00071963" w:rsidRDefault="00EA0CAB" w:rsidP="00EA0CAB">
            <w:pPr>
              <w:rPr>
                <w:rFonts w:ascii="Arial" w:hAnsi="Arial" w:cs="Arial"/>
              </w:rPr>
            </w:pPr>
            <w:r w:rsidRPr="00071963">
              <w:rPr>
                <w:rFonts w:ascii="Arial" w:hAnsi="Arial" w:cs="Arial"/>
              </w:rPr>
              <w:t>1</w:t>
            </w:r>
            <w:r w:rsidR="005F002D" w:rsidRPr="00071963">
              <w:rPr>
                <w:rFonts w:ascii="Arial" w:hAnsi="Arial" w:cs="Arial"/>
              </w:rPr>
              <w:t xml:space="preserve"> </w:t>
            </w:r>
            <w:proofErr w:type="spellStart"/>
            <w:r w:rsidR="005F002D" w:rsidRPr="00071963">
              <w:rPr>
                <w:rFonts w:ascii="Arial" w:hAnsi="Arial" w:cs="Arial"/>
              </w:rPr>
              <w:t>pto</w:t>
            </w:r>
            <w:proofErr w:type="spellEnd"/>
            <w:r w:rsidR="005F002D" w:rsidRPr="00071963">
              <w:rPr>
                <w:rFonts w:ascii="Arial" w:hAnsi="Arial" w:cs="Arial"/>
              </w:rPr>
              <w:t xml:space="preserve"> por cada</w:t>
            </w:r>
            <w:r w:rsidRPr="00071963">
              <w:rPr>
                <w:rFonts w:ascii="Arial" w:hAnsi="Arial" w:cs="Arial"/>
              </w:rPr>
              <w:t xml:space="preserve"> bebida alcohólica que no represente país o cultura seleccionada.</w:t>
            </w:r>
            <w:r w:rsidR="005F002D" w:rsidRPr="00071963">
              <w:rPr>
                <w:rFonts w:ascii="Arial" w:hAnsi="Arial" w:cs="Arial"/>
              </w:rPr>
              <w:t xml:space="preserve"> </w:t>
            </w:r>
          </w:p>
        </w:tc>
        <w:tc>
          <w:tcPr>
            <w:tcW w:w="1243" w:type="dxa"/>
          </w:tcPr>
          <w:p w14:paraId="620944B6" w14:textId="3AF5D580" w:rsidR="005F002D" w:rsidRPr="00071963" w:rsidRDefault="0032193E" w:rsidP="00174A68">
            <w:pPr>
              <w:jc w:val="center"/>
              <w:rPr>
                <w:rFonts w:ascii="Arial" w:hAnsi="Arial" w:cs="Arial"/>
              </w:rPr>
            </w:pPr>
            <w:r w:rsidRPr="00071963">
              <w:rPr>
                <w:rFonts w:ascii="Arial" w:hAnsi="Arial" w:cs="Arial"/>
              </w:rPr>
              <w:t>5</w:t>
            </w:r>
          </w:p>
        </w:tc>
      </w:tr>
      <w:tr w:rsidR="00027A0B" w:rsidRPr="00071963" w14:paraId="5AEB1171" w14:textId="77777777" w:rsidTr="00D605A3">
        <w:trPr>
          <w:jc w:val="center"/>
        </w:trPr>
        <w:tc>
          <w:tcPr>
            <w:tcW w:w="1877" w:type="dxa"/>
          </w:tcPr>
          <w:p w14:paraId="7CAF0E97" w14:textId="7476264D" w:rsidR="00027A0B" w:rsidRPr="00071963" w:rsidRDefault="00EA0CAB" w:rsidP="00174A68">
            <w:pPr>
              <w:jc w:val="center"/>
              <w:rPr>
                <w:rFonts w:ascii="Arial" w:hAnsi="Arial" w:cs="Arial"/>
              </w:rPr>
            </w:pPr>
            <w:r w:rsidRPr="00071963">
              <w:rPr>
                <w:rFonts w:ascii="Arial" w:hAnsi="Arial" w:cs="Arial"/>
              </w:rPr>
              <w:t xml:space="preserve">Detalle de ingredientes en la </w:t>
            </w:r>
            <w:r w:rsidR="00C361B2" w:rsidRPr="00071963">
              <w:rPr>
                <w:rFonts w:ascii="Arial" w:hAnsi="Arial" w:cs="Arial"/>
              </w:rPr>
              <w:t>preparación</w:t>
            </w:r>
            <w:r w:rsidRPr="00071963">
              <w:rPr>
                <w:rFonts w:ascii="Arial" w:hAnsi="Arial" w:cs="Arial"/>
              </w:rPr>
              <w:t xml:space="preserve"> de preparaciones </w:t>
            </w:r>
            <w:r w:rsidR="00C361B2" w:rsidRPr="00071963">
              <w:rPr>
                <w:rFonts w:ascii="Arial" w:hAnsi="Arial" w:cs="Arial"/>
              </w:rPr>
              <w:t>gastronómicas</w:t>
            </w:r>
          </w:p>
        </w:tc>
        <w:tc>
          <w:tcPr>
            <w:tcW w:w="2072" w:type="dxa"/>
          </w:tcPr>
          <w:p w14:paraId="62CFABE4" w14:textId="14AD80AC" w:rsidR="00027A0B" w:rsidRPr="00071963" w:rsidRDefault="00027A0B" w:rsidP="00027A0B">
            <w:pPr>
              <w:rPr>
                <w:rFonts w:ascii="Arial" w:hAnsi="Arial" w:cs="Arial"/>
              </w:rPr>
            </w:pPr>
            <w:r w:rsidRPr="00071963">
              <w:rPr>
                <w:rFonts w:ascii="Arial" w:hAnsi="Arial" w:cs="Arial"/>
              </w:rPr>
              <w:t>Se evaluará la claridad y detalle de los ingredientes utilizados en las preparaciones gastronómicas ofrecidas, considerando su relación con la propuesta culinaria presentada, la autenticidad de sus ingredientes y la coherencia con el país o cultura que se busca representar.</w:t>
            </w:r>
          </w:p>
        </w:tc>
        <w:tc>
          <w:tcPr>
            <w:tcW w:w="1794" w:type="dxa"/>
          </w:tcPr>
          <w:p w14:paraId="54023F8A" w14:textId="3CBE1A0A" w:rsidR="00027A0B" w:rsidRPr="00071963" w:rsidRDefault="00027A0B" w:rsidP="00027A0B">
            <w:pPr>
              <w:rPr>
                <w:rFonts w:ascii="Arial" w:hAnsi="Arial" w:cs="Arial"/>
              </w:rPr>
            </w:pPr>
            <w:r w:rsidRPr="00071963">
              <w:rPr>
                <w:rFonts w:ascii="Arial" w:hAnsi="Arial" w:cs="Arial"/>
              </w:rPr>
              <w:t>Descripción en formulario de postulación.</w:t>
            </w:r>
          </w:p>
        </w:tc>
        <w:tc>
          <w:tcPr>
            <w:tcW w:w="1842" w:type="dxa"/>
          </w:tcPr>
          <w:p w14:paraId="754C78AE" w14:textId="48AA813A" w:rsidR="00027A0B" w:rsidRPr="00071963" w:rsidRDefault="004A417B" w:rsidP="00027A0B">
            <w:pPr>
              <w:rPr>
                <w:rFonts w:ascii="Arial" w:hAnsi="Arial" w:cs="Arial"/>
              </w:rPr>
            </w:pPr>
            <w:r>
              <w:rPr>
                <w:rFonts w:ascii="Arial" w:hAnsi="Arial" w:cs="Arial"/>
              </w:rPr>
              <w:t xml:space="preserve">Un máximo de </w:t>
            </w:r>
            <w:r w:rsidR="00027A0B" w:rsidRPr="00071963">
              <w:rPr>
                <w:rFonts w:ascii="Arial" w:hAnsi="Arial" w:cs="Arial"/>
              </w:rPr>
              <w:t xml:space="preserve">5 </w:t>
            </w:r>
            <w:proofErr w:type="spellStart"/>
            <w:r w:rsidR="00027A0B" w:rsidRPr="00071963">
              <w:rPr>
                <w:rFonts w:ascii="Arial" w:hAnsi="Arial" w:cs="Arial"/>
              </w:rPr>
              <w:t>ptos</w:t>
            </w:r>
            <w:proofErr w:type="spellEnd"/>
            <w:r>
              <w:rPr>
                <w:rFonts w:ascii="Arial" w:hAnsi="Arial" w:cs="Arial"/>
              </w:rPr>
              <w:t>.</w:t>
            </w:r>
            <w:r w:rsidR="00027A0B" w:rsidRPr="00071963">
              <w:rPr>
                <w:rFonts w:ascii="Arial" w:hAnsi="Arial" w:cs="Arial"/>
              </w:rPr>
              <w:t xml:space="preserve"> por cada oferta gastronómica ofrecida</w:t>
            </w:r>
            <w:r>
              <w:rPr>
                <w:rFonts w:ascii="Arial" w:hAnsi="Arial" w:cs="Arial"/>
              </w:rPr>
              <w:t xml:space="preserve"> y que cuente con la debida descripción en cuando a ingredientes, procedimientos y preparación. </w:t>
            </w:r>
          </w:p>
        </w:tc>
        <w:tc>
          <w:tcPr>
            <w:tcW w:w="1243" w:type="dxa"/>
          </w:tcPr>
          <w:p w14:paraId="11BEAC77" w14:textId="55245A8B" w:rsidR="00027A0B" w:rsidRPr="00071963" w:rsidRDefault="00027A0B" w:rsidP="00174A68">
            <w:pPr>
              <w:jc w:val="center"/>
              <w:rPr>
                <w:rFonts w:ascii="Arial" w:hAnsi="Arial" w:cs="Arial"/>
              </w:rPr>
            </w:pPr>
            <w:r w:rsidRPr="00071963">
              <w:rPr>
                <w:rFonts w:ascii="Arial" w:hAnsi="Arial" w:cs="Arial"/>
              </w:rPr>
              <w:t>25</w:t>
            </w:r>
          </w:p>
        </w:tc>
      </w:tr>
      <w:tr w:rsidR="007857C0" w:rsidRPr="00071963" w14:paraId="7093AE18" w14:textId="77777777" w:rsidTr="00D605A3">
        <w:trPr>
          <w:jc w:val="center"/>
        </w:trPr>
        <w:tc>
          <w:tcPr>
            <w:tcW w:w="1877" w:type="dxa"/>
          </w:tcPr>
          <w:p w14:paraId="372AB32C" w14:textId="2C90C1E1" w:rsidR="007857C0" w:rsidRPr="00071963" w:rsidRDefault="007857C0" w:rsidP="00174A68">
            <w:pPr>
              <w:jc w:val="center"/>
              <w:rPr>
                <w:rFonts w:ascii="Arial" w:hAnsi="Arial" w:cs="Arial"/>
              </w:rPr>
            </w:pPr>
            <w:r w:rsidRPr="00071963">
              <w:rPr>
                <w:rFonts w:ascii="Arial" w:hAnsi="Arial" w:cs="Arial"/>
              </w:rPr>
              <w:t>Propuesta decorativa</w:t>
            </w:r>
          </w:p>
        </w:tc>
        <w:tc>
          <w:tcPr>
            <w:tcW w:w="2072" w:type="dxa"/>
          </w:tcPr>
          <w:p w14:paraId="249B17F1" w14:textId="61CCD3AC" w:rsidR="007857C0" w:rsidRPr="00071963" w:rsidRDefault="007857C0" w:rsidP="00027A0B">
            <w:pPr>
              <w:rPr>
                <w:rFonts w:ascii="Arial" w:hAnsi="Arial" w:cs="Arial"/>
              </w:rPr>
            </w:pPr>
            <w:r w:rsidRPr="00071963">
              <w:rPr>
                <w:rFonts w:ascii="Arial" w:hAnsi="Arial" w:cs="Arial"/>
              </w:rPr>
              <w:t xml:space="preserve">Se evaluará la propuesta decorativa del stand, considerando su creatividad, </w:t>
            </w:r>
            <w:r w:rsidRPr="00071963">
              <w:rPr>
                <w:rFonts w:ascii="Arial" w:hAnsi="Arial" w:cs="Arial"/>
              </w:rPr>
              <w:lastRenderedPageBreak/>
              <w:t>originalidad, presentación visual y ambientación acorde a la temática de la Fiesta de la Primavera, incorporando elementos decorativos, colores, símbolos y características propias del país o cultura representada. Se valorará la coherencia entre la decoración, la propuesta gastronómica y la identidad cultural del país seleccionado</w:t>
            </w:r>
          </w:p>
          <w:p w14:paraId="238F8332" w14:textId="77777777" w:rsidR="007857C0" w:rsidRPr="00071963" w:rsidRDefault="007857C0" w:rsidP="00027A0B">
            <w:pPr>
              <w:rPr>
                <w:rFonts w:ascii="Arial" w:hAnsi="Arial" w:cs="Arial"/>
              </w:rPr>
            </w:pPr>
          </w:p>
          <w:p w14:paraId="122253D5" w14:textId="77777777" w:rsidR="007857C0" w:rsidRPr="00071963" w:rsidRDefault="007857C0" w:rsidP="00027A0B">
            <w:pPr>
              <w:rPr>
                <w:rFonts w:ascii="Arial" w:hAnsi="Arial" w:cs="Arial"/>
              </w:rPr>
            </w:pPr>
          </w:p>
          <w:p w14:paraId="1CC060D6" w14:textId="77777777" w:rsidR="007857C0" w:rsidRPr="00071963" w:rsidRDefault="007857C0" w:rsidP="00027A0B">
            <w:pPr>
              <w:rPr>
                <w:rFonts w:ascii="Arial" w:hAnsi="Arial" w:cs="Arial"/>
              </w:rPr>
            </w:pPr>
          </w:p>
          <w:p w14:paraId="58CA2F4B" w14:textId="77777777" w:rsidR="007857C0" w:rsidRPr="00071963" w:rsidRDefault="007857C0" w:rsidP="00027A0B">
            <w:pPr>
              <w:rPr>
                <w:rFonts w:ascii="Arial" w:hAnsi="Arial" w:cs="Arial"/>
              </w:rPr>
            </w:pPr>
          </w:p>
          <w:p w14:paraId="11E328B8" w14:textId="77777777" w:rsidR="007857C0" w:rsidRPr="00071963" w:rsidRDefault="007857C0" w:rsidP="00027A0B">
            <w:pPr>
              <w:rPr>
                <w:rFonts w:ascii="Arial" w:hAnsi="Arial" w:cs="Arial"/>
              </w:rPr>
            </w:pPr>
          </w:p>
          <w:p w14:paraId="7C28614B" w14:textId="77777777" w:rsidR="007857C0" w:rsidRPr="00071963" w:rsidRDefault="007857C0" w:rsidP="00027A0B">
            <w:pPr>
              <w:rPr>
                <w:rFonts w:ascii="Arial" w:hAnsi="Arial" w:cs="Arial"/>
              </w:rPr>
            </w:pPr>
          </w:p>
        </w:tc>
        <w:tc>
          <w:tcPr>
            <w:tcW w:w="1794" w:type="dxa"/>
          </w:tcPr>
          <w:p w14:paraId="342970EF" w14:textId="26EEC65D" w:rsidR="007857C0" w:rsidRPr="00071963" w:rsidRDefault="007857C0" w:rsidP="00027A0B">
            <w:pPr>
              <w:rPr>
                <w:rFonts w:ascii="Arial" w:hAnsi="Arial" w:cs="Arial"/>
              </w:rPr>
            </w:pPr>
            <w:r w:rsidRPr="00071963">
              <w:rPr>
                <w:rFonts w:ascii="Arial" w:hAnsi="Arial" w:cs="Arial"/>
              </w:rPr>
              <w:lastRenderedPageBreak/>
              <w:t>Descripción en formulario de postulación.</w:t>
            </w:r>
          </w:p>
        </w:tc>
        <w:tc>
          <w:tcPr>
            <w:tcW w:w="1842" w:type="dxa"/>
          </w:tcPr>
          <w:p w14:paraId="3E940020" w14:textId="249D3629" w:rsidR="007857C0" w:rsidRPr="00071963" w:rsidRDefault="007857C0" w:rsidP="00174A68">
            <w:pPr>
              <w:rPr>
                <w:rFonts w:ascii="Arial" w:eastAsia="Times New Roman" w:hAnsi="Arial" w:cs="Arial"/>
                <w:lang w:val="es-MX" w:eastAsia="es-MX"/>
              </w:rPr>
            </w:pPr>
            <w:r w:rsidRPr="00071963">
              <w:rPr>
                <w:rFonts w:ascii="Arial" w:eastAsia="Times New Roman" w:hAnsi="Arial" w:cs="Arial"/>
                <w:lang w:val="es-MX" w:eastAsia="es-MX"/>
              </w:rPr>
              <w:t xml:space="preserve">0 </w:t>
            </w:r>
            <w:proofErr w:type="spellStart"/>
            <w:r w:rsidRPr="00071963">
              <w:rPr>
                <w:rFonts w:ascii="Arial" w:eastAsia="Times New Roman" w:hAnsi="Arial" w:cs="Arial"/>
                <w:lang w:val="es-MX" w:eastAsia="es-MX"/>
              </w:rPr>
              <w:t>ptos</w:t>
            </w:r>
            <w:proofErr w:type="spellEnd"/>
            <w:r w:rsidRPr="00071963">
              <w:rPr>
                <w:rFonts w:ascii="Arial" w:eastAsia="Times New Roman" w:hAnsi="Arial" w:cs="Arial"/>
                <w:lang w:val="es-MX" w:eastAsia="es-MX"/>
              </w:rPr>
              <w:t xml:space="preserve">: No presenta propuesta decorativa o esta no guarda </w:t>
            </w:r>
            <w:r w:rsidRPr="00071963">
              <w:rPr>
                <w:rFonts w:ascii="Arial" w:eastAsia="Times New Roman" w:hAnsi="Arial" w:cs="Arial"/>
                <w:lang w:val="es-MX" w:eastAsia="es-MX"/>
              </w:rPr>
              <w:lastRenderedPageBreak/>
              <w:t xml:space="preserve">relación con la actividad. </w:t>
            </w:r>
          </w:p>
          <w:p w14:paraId="4ED5A77D" w14:textId="3C70DB33" w:rsidR="007857C0" w:rsidRPr="00071963" w:rsidRDefault="007857C0" w:rsidP="00174A68">
            <w:pPr>
              <w:rPr>
                <w:rFonts w:ascii="Arial" w:eastAsia="Times New Roman" w:hAnsi="Arial" w:cs="Arial"/>
                <w:lang w:val="es-MX" w:eastAsia="es-MX"/>
              </w:rPr>
            </w:pPr>
            <w:r w:rsidRPr="00071963">
              <w:rPr>
                <w:rFonts w:ascii="Arial" w:eastAsia="Times New Roman" w:hAnsi="Arial" w:cs="Arial"/>
                <w:lang w:val="es-MX" w:eastAsia="es-MX"/>
              </w:rPr>
              <w:t xml:space="preserve">2 </w:t>
            </w:r>
            <w:proofErr w:type="spellStart"/>
            <w:r w:rsidRPr="00071963">
              <w:rPr>
                <w:rFonts w:ascii="Arial" w:eastAsia="Times New Roman" w:hAnsi="Arial" w:cs="Arial"/>
                <w:lang w:val="es-MX" w:eastAsia="es-MX"/>
              </w:rPr>
              <w:t>ptos</w:t>
            </w:r>
            <w:proofErr w:type="spellEnd"/>
            <w:r w:rsidRPr="00071963">
              <w:rPr>
                <w:rFonts w:ascii="Arial" w:eastAsia="Times New Roman" w:hAnsi="Arial" w:cs="Arial"/>
                <w:lang w:val="es-MX" w:eastAsia="es-MX"/>
              </w:rPr>
              <w:t>: Presenta una decoración básica, con escasa relación con la Fiesta de la Primavera y el país</w:t>
            </w:r>
            <w:r w:rsidR="00174A68">
              <w:rPr>
                <w:rFonts w:ascii="Arial" w:eastAsia="Times New Roman" w:hAnsi="Arial" w:cs="Arial"/>
                <w:lang w:val="es-MX" w:eastAsia="es-MX"/>
              </w:rPr>
              <w:t xml:space="preserve"> </w:t>
            </w:r>
            <w:r w:rsidRPr="00071963">
              <w:rPr>
                <w:rFonts w:ascii="Arial" w:eastAsia="Times New Roman" w:hAnsi="Arial" w:cs="Arial"/>
                <w:lang w:val="es-MX" w:eastAsia="es-MX"/>
              </w:rPr>
              <w:t xml:space="preserve">representado. </w:t>
            </w:r>
          </w:p>
          <w:p w14:paraId="75873468" w14:textId="6164943E" w:rsidR="007857C0" w:rsidRPr="00071963" w:rsidRDefault="007857C0" w:rsidP="00174A68">
            <w:pPr>
              <w:rPr>
                <w:rFonts w:ascii="Arial" w:eastAsia="Times New Roman" w:hAnsi="Arial" w:cs="Arial"/>
                <w:lang w:val="es-MX" w:eastAsia="es-MX"/>
              </w:rPr>
            </w:pPr>
            <w:r w:rsidRPr="00071963">
              <w:rPr>
                <w:rFonts w:ascii="Arial" w:eastAsia="Times New Roman" w:hAnsi="Arial" w:cs="Arial"/>
                <w:lang w:val="es-MX" w:eastAsia="es-MX"/>
              </w:rPr>
              <w:t xml:space="preserve">3 </w:t>
            </w:r>
            <w:proofErr w:type="spellStart"/>
            <w:r w:rsidRPr="00071963">
              <w:rPr>
                <w:rFonts w:ascii="Arial" w:eastAsia="Times New Roman" w:hAnsi="Arial" w:cs="Arial"/>
                <w:lang w:val="es-MX" w:eastAsia="es-MX"/>
              </w:rPr>
              <w:t>ptos</w:t>
            </w:r>
            <w:proofErr w:type="spellEnd"/>
            <w:r w:rsidRPr="00071963">
              <w:rPr>
                <w:rFonts w:ascii="Arial" w:eastAsia="Times New Roman" w:hAnsi="Arial" w:cs="Arial"/>
                <w:lang w:val="es-MX" w:eastAsia="es-MX"/>
              </w:rPr>
              <w:t xml:space="preserve">: Presenta una decoración adecuada y relacionada con la temática y el país. </w:t>
            </w:r>
          </w:p>
          <w:p w14:paraId="5EF27D5B" w14:textId="28E2E5BD" w:rsidR="007857C0" w:rsidRPr="00071963" w:rsidRDefault="007857C0" w:rsidP="00174A68">
            <w:pPr>
              <w:rPr>
                <w:rFonts w:ascii="Arial" w:eastAsia="Times New Roman" w:hAnsi="Arial" w:cs="Arial"/>
                <w:lang w:val="es-MX" w:eastAsia="es-MX"/>
              </w:rPr>
            </w:pPr>
            <w:r w:rsidRPr="00071963">
              <w:rPr>
                <w:rFonts w:ascii="Arial" w:eastAsia="Times New Roman" w:hAnsi="Arial" w:cs="Arial"/>
                <w:lang w:val="es-MX" w:eastAsia="es-MX"/>
              </w:rPr>
              <w:t xml:space="preserve">4 </w:t>
            </w:r>
            <w:proofErr w:type="spellStart"/>
            <w:r w:rsidRPr="00071963">
              <w:rPr>
                <w:rFonts w:ascii="Arial" w:eastAsia="Times New Roman" w:hAnsi="Arial" w:cs="Arial"/>
                <w:lang w:val="es-MX" w:eastAsia="es-MX"/>
              </w:rPr>
              <w:t>ptos</w:t>
            </w:r>
            <w:proofErr w:type="spellEnd"/>
            <w:r w:rsidRPr="00071963">
              <w:rPr>
                <w:rFonts w:ascii="Arial" w:eastAsia="Times New Roman" w:hAnsi="Arial" w:cs="Arial"/>
                <w:lang w:val="es-MX" w:eastAsia="es-MX"/>
              </w:rPr>
              <w:t xml:space="preserve">: Presenta una decoración atractiva, creativa y coherente con la temática y la cultura representada. </w:t>
            </w:r>
          </w:p>
          <w:p w14:paraId="34DE4FE0" w14:textId="78268480" w:rsidR="007857C0" w:rsidRPr="00071963" w:rsidRDefault="007857C0" w:rsidP="00174A68">
            <w:pPr>
              <w:rPr>
                <w:rFonts w:ascii="Arial" w:hAnsi="Arial" w:cs="Arial"/>
              </w:rPr>
            </w:pPr>
            <w:r w:rsidRPr="00071963">
              <w:rPr>
                <w:rFonts w:ascii="Arial" w:eastAsia="Times New Roman" w:hAnsi="Arial" w:cs="Arial"/>
                <w:lang w:val="es-MX" w:eastAsia="es-MX"/>
              </w:rPr>
              <w:t xml:space="preserve">5 </w:t>
            </w:r>
            <w:proofErr w:type="spellStart"/>
            <w:r w:rsidRPr="00071963">
              <w:rPr>
                <w:rFonts w:ascii="Arial" w:eastAsia="Times New Roman" w:hAnsi="Arial" w:cs="Arial"/>
                <w:lang w:val="es-MX" w:eastAsia="es-MX"/>
              </w:rPr>
              <w:t>ptos</w:t>
            </w:r>
            <w:proofErr w:type="spellEnd"/>
            <w:r w:rsidRPr="00071963">
              <w:rPr>
                <w:rFonts w:ascii="Arial" w:eastAsia="Times New Roman" w:hAnsi="Arial" w:cs="Arial"/>
                <w:lang w:val="es-MX" w:eastAsia="es-MX"/>
              </w:rPr>
              <w:t>: Presenta una propuesta decorativa sobresaliente, original y creativa, que integra claramente la temática de primavera con elementos representativos del país o cultura seleccionada</w:t>
            </w:r>
          </w:p>
        </w:tc>
        <w:tc>
          <w:tcPr>
            <w:tcW w:w="1243" w:type="dxa"/>
          </w:tcPr>
          <w:p w14:paraId="4C759389" w14:textId="77777777" w:rsidR="007857C0" w:rsidRPr="00071963" w:rsidRDefault="007857C0" w:rsidP="00027A0B">
            <w:pPr>
              <w:rPr>
                <w:rFonts w:ascii="Arial" w:hAnsi="Arial" w:cs="Arial"/>
              </w:rPr>
            </w:pPr>
          </w:p>
          <w:p w14:paraId="6D036008" w14:textId="77777777" w:rsidR="007857C0" w:rsidRPr="00071963" w:rsidRDefault="007857C0" w:rsidP="00027A0B">
            <w:pPr>
              <w:rPr>
                <w:rFonts w:ascii="Arial" w:hAnsi="Arial" w:cs="Arial"/>
              </w:rPr>
            </w:pPr>
          </w:p>
          <w:p w14:paraId="4FAB100D" w14:textId="55A9C550" w:rsidR="007857C0" w:rsidRPr="00071963" w:rsidRDefault="007857C0" w:rsidP="003723B6">
            <w:pPr>
              <w:jc w:val="center"/>
              <w:rPr>
                <w:rFonts w:ascii="Arial" w:hAnsi="Arial" w:cs="Arial"/>
              </w:rPr>
            </w:pPr>
            <w:r w:rsidRPr="00071963">
              <w:rPr>
                <w:rFonts w:ascii="Arial" w:hAnsi="Arial" w:cs="Arial"/>
              </w:rPr>
              <w:t>5</w:t>
            </w:r>
          </w:p>
        </w:tc>
      </w:tr>
      <w:tr w:rsidR="00027A0B" w:rsidRPr="00071963" w14:paraId="60129CC5" w14:textId="77777777" w:rsidTr="00D605A3">
        <w:trPr>
          <w:jc w:val="center"/>
        </w:trPr>
        <w:tc>
          <w:tcPr>
            <w:tcW w:w="1877" w:type="dxa"/>
          </w:tcPr>
          <w:p w14:paraId="28039DA9" w14:textId="77777777" w:rsidR="00027A0B" w:rsidRPr="00071963" w:rsidRDefault="00027A0B" w:rsidP="00174A68">
            <w:pPr>
              <w:jc w:val="center"/>
              <w:rPr>
                <w:rFonts w:ascii="Arial" w:hAnsi="Arial" w:cs="Arial"/>
              </w:rPr>
            </w:pPr>
            <w:r w:rsidRPr="00071963">
              <w:rPr>
                <w:rFonts w:ascii="Arial" w:hAnsi="Arial" w:cs="Arial"/>
              </w:rPr>
              <w:t>Experiencia comprobable del/a emprendedor/a</w:t>
            </w:r>
          </w:p>
        </w:tc>
        <w:tc>
          <w:tcPr>
            <w:tcW w:w="2072" w:type="dxa"/>
          </w:tcPr>
          <w:p w14:paraId="2DC42D52" w14:textId="77777777" w:rsidR="00027A0B" w:rsidRPr="00071963" w:rsidRDefault="00027A0B" w:rsidP="00027A0B">
            <w:pPr>
              <w:rPr>
                <w:rFonts w:ascii="Arial" w:hAnsi="Arial" w:cs="Arial"/>
              </w:rPr>
            </w:pPr>
            <w:r w:rsidRPr="00071963">
              <w:rPr>
                <w:rFonts w:ascii="Arial" w:hAnsi="Arial" w:cs="Arial"/>
              </w:rPr>
              <w:t>El/la postulante presenta antecedentes que permitan acreditar experiencia previa en eventos gastronómicos o similares.</w:t>
            </w:r>
          </w:p>
        </w:tc>
        <w:tc>
          <w:tcPr>
            <w:tcW w:w="1794" w:type="dxa"/>
          </w:tcPr>
          <w:p w14:paraId="5A0B5CDB" w14:textId="77777777" w:rsidR="00027A0B" w:rsidRPr="00071963" w:rsidRDefault="00027A0B" w:rsidP="00027A0B">
            <w:pPr>
              <w:rPr>
                <w:rFonts w:ascii="Arial" w:hAnsi="Arial" w:cs="Arial"/>
              </w:rPr>
            </w:pPr>
            <w:r w:rsidRPr="00071963">
              <w:rPr>
                <w:rFonts w:ascii="Arial" w:hAnsi="Arial" w:cs="Arial"/>
              </w:rPr>
              <w:t>Fotografías o certificados de pago de permisos municipales.</w:t>
            </w:r>
          </w:p>
        </w:tc>
        <w:tc>
          <w:tcPr>
            <w:tcW w:w="1842" w:type="dxa"/>
          </w:tcPr>
          <w:p w14:paraId="00F63500" w14:textId="6F44D27A" w:rsidR="00027A0B" w:rsidRPr="00071963" w:rsidRDefault="00027A0B" w:rsidP="00174A68">
            <w:pPr>
              <w:rPr>
                <w:rFonts w:ascii="Arial" w:hAnsi="Arial" w:cs="Arial"/>
              </w:rPr>
            </w:pPr>
            <w:r w:rsidRPr="00071963">
              <w:rPr>
                <w:rFonts w:ascii="Arial" w:hAnsi="Arial" w:cs="Arial"/>
              </w:rPr>
              <w:t>Presenta de 1 a 5 fotografías o permisos que acrediten experiencia (</w:t>
            </w:r>
            <w:r w:rsidR="00B95C56">
              <w:rPr>
                <w:rFonts w:ascii="Arial" w:hAnsi="Arial" w:cs="Arial"/>
              </w:rPr>
              <w:t>1</w:t>
            </w:r>
            <w:r w:rsidRPr="00071963">
              <w:rPr>
                <w:rFonts w:ascii="Arial" w:hAnsi="Arial" w:cs="Arial"/>
              </w:rPr>
              <w:t xml:space="preserve"> puntos por antecedente).</w:t>
            </w:r>
            <w:r w:rsidRPr="00071963">
              <w:rPr>
                <w:rFonts w:ascii="Arial" w:hAnsi="Arial" w:cs="Arial"/>
              </w:rPr>
              <w:br/>
              <w:t xml:space="preserve">No presenta antecedentes (0 </w:t>
            </w:r>
            <w:proofErr w:type="spellStart"/>
            <w:r w:rsidRPr="00071963">
              <w:rPr>
                <w:rFonts w:ascii="Arial" w:hAnsi="Arial" w:cs="Arial"/>
              </w:rPr>
              <w:t>pts</w:t>
            </w:r>
            <w:proofErr w:type="spellEnd"/>
            <w:r w:rsidRPr="00071963">
              <w:rPr>
                <w:rFonts w:ascii="Arial" w:hAnsi="Arial" w:cs="Arial"/>
              </w:rPr>
              <w:t>).</w:t>
            </w:r>
          </w:p>
        </w:tc>
        <w:tc>
          <w:tcPr>
            <w:tcW w:w="1243" w:type="dxa"/>
          </w:tcPr>
          <w:p w14:paraId="005BE2A6" w14:textId="400E88F8" w:rsidR="00027A0B" w:rsidRPr="00071963" w:rsidRDefault="00B95C56" w:rsidP="00174A68">
            <w:pPr>
              <w:jc w:val="center"/>
              <w:rPr>
                <w:rFonts w:ascii="Arial" w:hAnsi="Arial" w:cs="Arial"/>
              </w:rPr>
            </w:pPr>
            <w:r>
              <w:rPr>
                <w:rFonts w:ascii="Arial" w:hAnsi="Arial" w:cs="Arial"/>
              </w:rPr>
              <w:t>5</w:t>
            </w:r>
          </w:p>
        </w:tc>
      </w:tr>
      <w:tr w:rsidR="00E05C90" w:rsidRPr="00071963" w14:paraId="35F95948" w14:textId="77777777" w:rsidTr="00D605A3">
        <w:trPr>
          <w:jc w:val="center"/>
        </w:trPr>
        <w:tc>
          <w:tcPr>
            <w:tcW w:w="1877" w:type="dxa"/>
          </w:tcPr>
          <w:p w14:paraId="45152C2F" w14:textId="1C5720B7" w:rsidR="00E05C90" w:rsidRPr="00071963" w:rsidRDefault="00E05C90" w:rsidP="00174A68">
            <w:pPr>
              <w:jc w:val="center"/>
              <w:rPr>
                <w:rFonts w:ascii="Arial" w:hAnsi="Arial" w:cs="Arial"/>
              </w:rPr>
            </w:pPr>
            <w:r w:rsidRPr="00071963">
              <w:rPr>
                <w:rFonts w:ascii="Arial" w:hAnsi="Arial" w:cs="Arial"/>
              </w:rPr>
              <w:t>Ponderación especial</w:t>
            </w:r>
          </w:p>
        </w:tc>
        <w:tc>
          <w:tcPr>
            <w:tcW w:w="2072" w:type="dxa"/>
            <w:vAlign w:val="center"/>
          </w:tcPr>
          <w:p w14:paraId="36D8F0D3" w14:textId="77777777" w:rsidR="00E05C90" w:rsidRPr="007F61D5" w:rsidRDefault="00E05C90" w:rsidP="00E05C90">
            <w:pPr>
              <w:rPr>
                <w:rFonts w:ascii="Arial" w:hAnsi="Arial" w:cs="Arial"/>
              </w:rPr>
            </w:pPr>
            <w:r w:rsidRPr="007F61D5">
              <w:rPr>
                <w:rFonts w:ascii="Arial" w:hAnsi="Arial" w:cs="Arial"/>
              </w:rPr>
              <w:t xml:space="preserve">El/la postulante ha participado o </w:t>
            </w:r>
            <w:r w:rsidRPr="007F61D5">
              <w:rPr>
                <w:rFonts w:ascii="Arial" w:hAnsi="Arial" w:cs="Arial"/>
              </w:rPr>
              <w:lastRenderedPageBreak/>
              <w:t>participa en programas pertenecientes a alguna de las siguientes oficinas del municipio:</w:t>
            </w:r>
          </w:p>
          <w:p w14:paraId="3B9BB24F" w14:textId="77777777" w:rsidR="00E05C90" w:rsidRPr="007F61D5" w:rsidRDefault="00E05C90" w:rsidP="00E05C90">
            <w:pPr>
              <w:pStyle w:val="Prrafodelista"/>
              <w:numPr>
                <w:ilvl w:val="0"/>
                <w:numId w:val="10"/>
              </w:numPr>
              <w:ind w:left="321" w:hanging="161"/>
              <w:jc w:val="left"/>
              <w:rPr>
                <w:rFonts w:ascii="Arial" w:hAnsi="Arial" w:cs="Arial"/>
              </w:rPr>
            </w:pPr>
            <w:r w:rsidRPr="007F61D5">
              <w:rPr>
                <w:rFonts w:ascii="Arial" w:hAnsi="Arial" w:cs="Arial"/>
              </w:rPr>
              <w:t>PMJH</w:t>
            </w:r>
          </w:p>
          <w:p w14:paraId="5F144A81" w14:textId="77777777" w:rsidR="00E05C90" w:rsidRPr="007F61D5" w:rsidRDefault="00E05C90" w:rsidP="00E05C90">
            <w:pPr>
              <w:pStyle w:val="Prrafodelista"/>
              <w:numPr>
                <w:ilvl w:val="0"/>
                <w:numId w:val="10"/>
              </w:numPr>
              <w:ind w:left="321" w:hanging="161"/>
              <w:jc w:val="left"/>
              <w:rPr>
                <w:rFonts w:ascii="Arial" w:hAnsi="Arial" w:cs="Arial"/>
              </w:rPr>
            </w:pPr>
            <w:r w:rsidRPr="007F61D5">
              <w:rPr>
                <w:rFonts w:ascii="Arial" w:hAnsi="Arial" w:cs="Arial"/>
              </w:rPr>
              <w:t>Discapacidad</w:t>
            </w:r>
          </w:p>
          <w:p w14:paraId="2FD8B655" w14:textId="77777777" w:rsidR="00E05C90" w:rsidRDefault="00E05C90" w:rsidP="00E05C90">
            <w:pPr>
              <w:pStyle w:val="Prrafodelista"/>
              <w:numPr>
                <w:ilvl w:val="0"/>
                <w:numId w:val="10"/>
              </w:numPr>
              <w:ind w:left="321" w:hanging="161"/>
              <w:jc w:val="left"/>
              <w:rPr>
                <w:rFonts w:ascii="Arial" w:hAnsi="Arial" w:cs="Arial"/>
              </w:rPr>
            </w:pPr>
            <w:r w:rsidRPr="007F61D5">
              <w:rPr>
                <w:rFonts w:ascii="Arial" w:hAnsi="Arial" w:cs="Arial"/>
              </w:rPr>
              <w:t>Programa de la Mujer</w:t>
            </w:r>
          </w:p>
          <w:p w14:paraId="584CE9C1" w14:textId="146633AA" w:rsidR="00E05C90" w:rsidRPr="00E05C90" w:rsidRDefault="00E05C90" w:rsidP="00E05C90">
            <w:pPr>
              <w:pStyle w:val="Prrafodelista"/>
              <w:numPr>
                <w:ilvl w:val="0"/>
                <w:numId w:val="10"/>
              </w:numPr>
              <w:ind w:left="321" w:hanging="161"/>
              <w:jc w:val="left"/>
              <w:rPr>
                <w:rFonts w:ascii="Arial" w:hAnsi="Arial" w:cs="Arial"/>
              </w:rPr>
            </w:pPr>
            <w:r w:rsidRPr="00E05C90">
              <w:rPr>
                <w:rFonts w:ascii="Arial" w:hAnsi="Arial" w:cs="Arial"/>
              </w:rPr>
              <w:t>SSYO vigente</w:t>
            </w:r>
          </w:p>
        </w:tc>
        <w:tc>
          <w:tcPr>
            <w:tcW w:w="1794" w:type="dxa"/>
            <w:vAlign w:val="center"/>
          </w:tcPr>
          <w:p w14:paraId="19B0736C" w14:textId="6C2BB665" w:rsidR="00E05C90" w:rsidRPr="00071963" w:rsidRDefault="00E05C90" w:rsidP="00E05C90">
            <w:pPr>
              <w:rPr>
                <w:rFonts w:ascii="Arial" w:hAnsi="Arial" w:cs="Arial"/>
              </w:rPr>
            </w:pPr>
            <w:r w:rsidRPr="007F61D5">
              <w:rPr>
                <w:rFonts w:ascii="Arial" w:hAnsi="Arial" w:cs="Arial"/>
              </w:rPr>
              <w:lastRenderedPageBreak/>
              <w:t xml:space="preserve">Certificado de la oficina </w:t>
            </w:r>
            <w:r w:rsidRPr="007F61D5">
              <w:rPr>
                <w:rFonts w:ascii="Arial" w:hAnsi="Arial" w:cs="Arial"/>
              </w:rPr>
              <w:lastRenderedPageBreak/>
              <w:t>correspondiente o credencial de discapacidad.</w:t>
            </w:r>
          </w:p>
        </w:tc>
        <w:tc>
          <w:tcPr>
            <w:tcW w:w="1842" w:type="dxa"/>
            <w:vAlign w:val="center"/>
          </w:tcPr>
          <w:p w14:paraId="1CBC3E9E" w14:textId="77777777" w:rsidR="00E05C90" w:rsidRPr="00174A68" w:rsidRDefault="00E05C90" w:rsidP="00174A68">
            <w:pPr>
              <w:rPr>
                <w:rFonts w:ascii="Arial" w:eastAsia="Times New Roman" w:hAnsi="Arial" w:cs="Arial"/>
              </w:rPr>
            </w:pPr>
            <w:r w:rsidRPr="00174A68">
              <w:rPr>
                <w:rFonts w:ascii="Arial" w:hAnsi="Arial" w:cs="Arial"/>
              </w:rPr>
              <w:lastRenderedPageBreak/>
              <w:t xml:space="preserve">Presenta Certificado </w:t>
            </w:r>
            <w:r w:rsidRPr="00174A68">
              <w:rPr>
                <w:rFonts w:ascii="Arial" w:hAnsi="Arial" w:cs="Arial"/>
              </w:rPr>
              <w:lastRenderedPageBreak/>
              <w:t xml:space="preserve">correspondiente o Credencial de discapacidad (2 puntos). </w:t>
            </w:r>
          </w:p>
          <w:p w14:paraId="2148B5B3" w14:textId="7CBAECF1" w:rsidR="00E05C90" w:rsidRPr="00071963" w:rsidRDefault="00E05C90" w:rsidP="00174A68">
            <w:pPr>
              <w:rPr>
                <w:rFonts w:ascii="Arial" w:hAnsi="Arial" w:cs="Arial"/>
              </w:rPr>
            </w:pPr>
            <w:r w:rsidRPr="007F61D5">
              <w:rPr>
                <w:rFonts w:ascii="Arial" w:eastAsia="Times New Roman" w:hAnsi="Arial" w:cs="Arial"/>
              </w:rPr>
              <w:t>No presenta ninguno de los antecedentes indicados (0 puntos)</w:t>
            </w:r>
          </w:p>
        </w:tc>
        <w:tc>
          <w:tcPr>
            <w:tcW w:w="1243" w:type="dxa"/>
            <w:vAlign w:val="center"/>
          </w:tcPr>
          <w:p w14:paraId="7D6F6818" w14:textId="466EB3F8" w:rsidR="00E05C90" w:rsidRPr="00071963" w:rsidRDefault="00E05C90" w:rsidP="003723B6">
            <w:pPr>
              <w:jc w:val="center"/>
              <w:rPr>
                <w:rFonts w:ascii="Arial" w:hAnsi="Arial" w:cs="Arial"/>
              </w:rPr>
            </w:pPr>
            <w:r w:rsidRPr="007F61D5">
              <w:rPr>
                <w:rFonts w:ascii="Arial" w:eastAsia="Times New Roman" w:hAnsi="Arial" w:cs="Arial"/>
              </w:rPr>
              <w:lastRenderedPageBreak/>
              <w:t>2</w:t>
            </w:r>
          </w:p>
        </w:tc>
      </w:tr>
      <w:tr w:rsidR="00174A68" w:rsidRPr="00071963" w14:paraId="38AAF272" w14:textId="77777777" w:rsidTr="00D605A3">
        <w:trPr>
          <w:jc w:val="center"/>
        </w:trPr>
        <w:tc>
          <w:tcPr>
            <w:tcW w:w="7585" w:type="dxa"/>
            <w:gridSpan w:val="4"/>
            <w:shd w:val="clear" w:color="auto" w:fill="D9D9D9" w:themeFill="background1" w:themeFillShade="D9"/>
          </w:tcPr>
          <w:p w14:paraId="19A1E3F0" w14:textId="7B9896EE" w:rsidR="00174A68" w:rsidRPr="00174A68" w:rsidRDefault="003723B6" w:rsidP="00174A68">
            <w:pPr>
              <w:jc w:val="center"/>
              <w:rPr>
                <w:rFonts w:ascii="Arial" w:hAnsi="Arial" w:cs="Arial"/>
                <w:b/>
                <w:bCs/>
              </w:rPr>
            </w:pPr>
            <w:r>
              <w:rPr>
                <w:rFonts w:ascii="Arial" w:hAnsi="Arial" w:cs="Arial"/>
                <w:b/>
                <w:bCs/>
              </w:rPr>
              <w:t>PUNTAJE TOTAL</w:t>
            </w:r>
          </w:p>
        </w:tc>
        <w:tc>
          <w:tcPr>
            <w:tcW w:w="1243" w:type="dxa"/>
            <w:shd w:val="clear" w:color="auto" w:fill="D9D9D9" w:themeFill="background1" w:themeFillShade="D9"/>
          </w:tcPr>
          <w:p w14:paraId="72B22E66" w14:textId="5F909AEC" w:rsidR="00174A68" w:rsidRPr="00174A68" w:rsidRDefault="00174A68" w:rsidP="00174A68">
            <w:pPr>
              <w:jc w:val="center"/>
              <w:rPr>
                <w:rFonts w:ascii="Arial" w:hAnsi="Arial" w:cs="Arial"/>
                <w:b/>
                <w:bCs/>
              </w:rPr>
            </w:pPr>
            <w:r w:rsidRPr="00174A68">
              <w:rPr>
                <w:rFonts w:ascii="Arial" w:hAnsi="Arial" w:cs="Arial"/>
                <w:b/>
                <w:bCs/>
              </w:rPr>
              <w:t>67</w:t>
            </w:r>
          </w:p>
        </w:tc>
      </w:tr>
    </w:tbl>
    <w:p w14:paraId="32AD672E" w14:textId="77777777" w:rsidR="00B45862" w:rsidRDefault="00B45862" w:rsidP="00927DE8">
      <w:pPr>
        <w:spacing w:after="0" w:line="276" w:lineRule="auto"/>
        <w:ind w:firstLine="567"/>
        <w:rPr>
          <w:rFonts w:ascii="Arial" w:hAnsi="Arial" w:cs="Arial"/>
        </w:rPr>
      </w:pPr>
    </w:p>
    <w:p w14:paraId="25BFF665" w14:textId="5F5E75C8" w:rsidR="0073655E" w:rsidRDefault="0073655E" w:rsidP="00D605A3">
      <w:pPr>
        <w:spacing w:after="0" w:line="276" w:lineRule="auto"/>
        <w:ind w:firstLine="567"/>
        <w:rPr>
          <w:rFonts w:ascii="Arial" w:hAnsi="Arial" w:cs="Arial"/>
        </w:rPr>
      </w:pPr>
      <w:r w:rsidRPr="00071963">
        <w:rPr>
          <w:rFonts w:ascii="Arial" w:hAnsi="Arial" w:cs="Arial"/>
        </w:rPr>
        <w:t>Si no cumple con alguno de los requisitos planteados en la pauta, se irá descontando el puntaje correspondiente.</w:t>
      </w:r>
    </w:p>
    <w:p w14:paraId="505C3537" w14:textId="77777777" w:rsidR="00D24E2E" w:rsidRPr="00071963" w:rsidRDefault="00D24E2E" w:rsidP="00927DE8">
      <w:pPr>
        <w:spacing w:after="0" w:line="276" w:lineRule="auto"/>
        <w:ind w:firstLine="567"/>
        <w:rPr>
          <w:rFonts w:ascii="Arial" w:eastAsia="Times New Roman" w:hAnsi="Arial" w:cs="Arial"/>
        </w:rPr>
      </w:pPr>
      <w:r w:rsidRPr="00071963">
        <w:rPr>
          <w:rFonts w:ascii="Arial" w:hAnsi="Arial" w:cs="Arial"/>
        </w:rPr>
        <w:t>Los postulantes seleccionados se categorizarán en orden de prelación, considerando el puntaje obtenido en su postulación, de acuerdo con los criterios establecidos en estas bases. En caso de producirse un empate, se evaluarán los siguientes factores de selección:</w:t>
      </w:r>
    </w:p>
    <w:p w14:paraId="7C72657B" w14:textId="77777777" w:rsidR="00370AEB" w:rsidRPr="00071963" w:rsidRDefault="00370AEB" w:rsidP="00927DE8">
      <w:pPr>
        <w:spacing w:after="0" w:line="276" w:lineRule="auto"/>
        <w:ind w:firstLine="567"/>
        <w:rPr>
          <w:rFonts w:ascii="Arial" w:eastAsia="Times New Roman" w:hAnsi="Arial" w:cs="Arial"/>
        </w:rPr>
      </w:pPr>
    </w:p>
    <w:p w14:paraId="4BAC0C1B" w14:textId="5618A926" w:rsidR="00473447" w:rsidRPr="00071963" w:rsidRDefault="00473447" w:rsidP="00927DE8">
      <w:pPr>
        <w:pStyle w:val="Prrafodelista"/>
        <w:numPr>
          <w:ilvl w:val="0"/>
          <w:numId w:val="9"/>
        </w:numPr>
        <w:spacing w:after="0" w:line="276" w:lineRule="auto"/>
        <w:rPr>
          <w:rFonts w:ascii="Arial" w:eastAsia="Times New Roman" w:hAnsi="Arial" w:cs="Arial"/>
        </w:rPr>
      </w:pPr>
      <w:r w:rsidRPr="00071963">
        <w:rPr>
          <w:rFonts w:ascii="Arial" w:eastAsia="Times New Roman" w:hAnsi="Arial" w:cs="Arial"/>
        </w:rPr>
        <w:t xml:space="preserve">Oferta </w:t>
      </w:r>
      <w:r w:rsidR="00C8097A" w:rsidRPr="00071963">
        <w:rPr>
          <w:rFonts w:ascii="Arial" w:eastAsia="Times New Roman" w:hAnsi="Arial" w:cs="Arial"/>
        </w:rPr>
        <w:t>Gastronómica</w:t>
      </w:r>
      <w:r w:rsidR="00370AEB" w:rsidRPr="00071963">
        <w:rPr>
          <w:rFonts w:ascii="Arial" w:eastAsia="Times New Roman" w:hAnsi="Arial" w:cs="Arial"/>
        </w:rPr>
        <w:t>.</w:t>
      </w:r>
    </w:p>
    <w:p w14:paraId="22593B5B" w14:textId="61835045" w:rsidR="008013B1" w:rsidRPr="00071963" w:rsidRDefault="00C8097A" w:rsidP="00927DE8">
      <w:pPr>
        <w:pStyle w:val="Prrafodelista"/>
        <w:numPr>
          <w:ilvl w:val="0"/>
          <w:numId w:val="9"/>
        </w:numPr>
        <w:spacing w:after="0" w:line="276" w:lineRule="auto"/>
        <w:rPr>
          <w:rFonts w:ascii="Arial" w:eastAsia="Times New Roman" w:hAnsi="Arial" w:cs="Arial"/>
        </w:rPr>
      </w:pPr>
      <w:r w:rsidRPr="00071963">
        <w:rPr>
          <w:rFonts w:ascii="Arial" w:hAnsi="Arial" w:cs="Arial"/>
        </w:rPr>
        <w:t xml:space="preserve">Decoración de </w:t>
      </w:r>
      <w:r w:rsidR="00071963" w:rsidRPr="00071963">
        <w:rPr>
          <w:rFonts w:ascii="Arial" w:hAnsi="Arial" w:cs="Arial"/>
        </w:rPr>
        <w:t>stand</w:t>
      </w:r>
      <w:r w:rsidR="00473447" w:rsidRPr="00071963">
        <w:rPr>
          <w:rFonts w:ascii="Arial" w:hAnsi="Arial" w:cs="Arial"/>
        </w:rPr>
        <w:t>.</w:t>
      </w:r>
    </w:p>
    <w:p w14:paraId="4130F375" w14:textId="5E4C8307" w:rsidR="00C8097A" w:rsidRPr="00071963" w:rsidRDefault="00C8097A" w:rsidP="00927DE8">
      <w:pPr>
        <w:pStyle w:val="Prrafodelista"/>
        <w:numPr>
          <w:ilvl w:val="0"/>
          <w:numId w:val="9"/>
        </w:numPr>
        <w:spacing w:after="0" w:line="276" w:lineRule="auto"/>
        <w:rPr>
          <w:rFonts w:ascii="Arial" w:eastAsia="Times New Roman" w:hAnsi="Arial" w:cs="Arial"/>
        </w:rPr>
      </w:pPr>
      <w:r w:rsidRPr="00071963">
        <w:rPr>
          <w:rFonts w:ascii="Arial" w:hAnsi="Arial" w:cs="Arial"/>
        </w:rPr>
        <w:t xml:space="preserve">Valor de </w:t>
      </w:r>
      <w:r w:rsidR="00071963" w:rsidRPr="00071963">
        <w:rPr>
          <w:rFonts w:ascii="Arial" w:hAnsi="Arial" w:cs="Arial"/>
        </w:rPr>
        <w:t>propuesta gastronómica</w:t>
      </w:r>
      <w:r w:rsidR="00D605A3">
        <w:rPr>
          <w:rFonts w:ascii="Arial" w:hAnsi="Arial" w:cs="Arial"/>
        </w:rPr>
        <w:t>.</w:t>
      </w:r>
    </w:p>
    <w:p w14:paraId="5446D9D7" w14:textId="77777777" w:rsidR="00473447" w:rsidRPr="00071963" w:rsidRDefault="00473447" w:rsidP="00927DE8">
      <w:pPr>
        <w:pStyle w:val="Prrafodelista"/>
        <w:numPr>
          <w:ilvl w:val="0"/>
          <w:numId w:val="9"/>
        </w:numPr>
        <w:spacing w:after="0" w:line="276" w:lineRule="auto"/>
        <w:rPr>
          <w:rFonts w:ascii="Arial" w:eastAsia="Times New Roman" w:hAnsi="Arial" w:cs="Arial"/>
        </w:rPr>
      </w:pPr>
      <w:r w:rsidRPr="00071963">
        <w:rPr>
          <w:rFonts w:ascii="Arial" w:eastAsia="Times New Roman" w:hAnsi="Arial" w:cs="Arial"/>
        </w:rPr>
        <w:t>Experiencia comprobable del/a emprendedor/a</w:t>
      </w:r>
      <w:r w:rsidR="00370AEB" w:rsidRPr="00071963">
        <w:rPr>
          <w:rFonts w:ascii="Arial" w:eastAsia="Times New Roman" w:hAnsi="Arial" w:cs="Arial"/>
        </w:rPr>
        <w:t>.</w:t>
      </w:r>
    </w:p>
    <w:p w14:paraId="0BFCE2D0" w14:textId="77777777" w:rsidR="006764AF" w:rsidRPr="00071963" w:rsidRDefault="006764AF" w:rsidP="00927DE8">
      <w:pPr>
        <w:spacing w:after="0" w:line="276" w:lineRule="auto"/>
        <w:rPr>
          <w:rFonts w:ascii="Arial" w:eastAsia="Times New Roman" w:hAnsi="Arial" w:cs="Arial"/>
        </w:rPr>
      </w:pPr>
    </w:p>
    <w:p w14:paraId="7F960639" w14:textId="77777777" w:rsidR="006764AF" w:rsidRPr="00071963" w:rsidRDefault="00473447" w:rsidP="00927DE8">
      <w:pPr>
        <w:spacing w:after="0" w:line="276" w:lineRule="auto"/>
        <w:ind w:firstLine="567"/>
        <w:rPr>
          <w:rFonts w:ascii="Arial" w:eastAsia="Times New Roman" w:hAnsi="Arial" w:cs="Arial"/>
        </w:rPr>
      </w:pPr>
      <w:r w:rsidRPr="00071963">
        <w:rPr>
          <w:rFonts w:ascii="Arial" w:eastAsia="Times New Roman" w:hAnsi="Arial" w:cs="Arial"/>
          <w:lang w:val="es-MX"/>
        </w:rPr>
        <w:t>En caso de persistir el empate, luego de aplicados todos los factores de evaluación definidos en las presentes bases, la comisión evaluadora deberá resolverlo mediante una evaluación integral de los antecedentes disponibles, adoptando una decisión fundada en los objetivos y criterios generales del evento.</w:t>
      </w:r>
    </w:p>
    <w:p w14:paraId="3979AF8B" w14:textId="77777777" w:rsidR="00370AEB" w:rsidRPr="00071963" w:rsidRDefault="00370AEB" w:rsidP="00370AEB">
      <w:pPr>
        <w:spacing w:after="0" w:line="276" w:lineRule="auto"/>
        <w:ind w:firstLine="567"/>
        <w:rPr>
          <w:rFonts w:ascii="Arial" w:eastAsia="Times New Roman" w:hAnsi="Arial" w:cs="Arial"/>
        </w:rPr>
      </w:pPr>
    </w:p>
    <w:p w14:paraId="0C5044A3" w14:textId="77777777" w:rsidR="00AE29AD" w:rsidRPr="00071963" w:rsidRDefault="002505A3">
      <w:pPr>
        <w:pStyle w:val="Prrafodelista"/>
        <w:numPr>
          <w:ilvl w:val="0"/>
          <w:numId w:val="7"/>
        </w:numPr>
        <w:jc w:val="left"/>
        <w:rPr>
          <w:rFonts w:ascii="Arial" w:hAnsi="Arial" w:cs="Arial"/>
        </w:rPr>
      </w:pPr>
      <w:r w:rsidRPr="00071963">
        <w:rPr>
          <w:rFonts w:ascii="Arial" w:eastAsia="Times New Roman" w:hAnsi="Arial" w:cs="Arial"/>
          <w:b/>
          <w:bCs/>
        </w:rPr>
        <w:t>Comisión Evaluadora</w:t>
      </w:r>
    </w:p>
    <w:p w14:paraId="7E65CC38" w14:textId="77777777" w:rsidR="00473447" w:rsidRPr="00071963" w:rsidRDefault="00473447" w:rsidP="00370AEB">
      <w:pPr>
        <w:ind w:firstLine="567"/>
        <w:rPr>
          <w:rFonts w:ascii="Arial" w:hAnsi="Arial" w:cs="Arial"/>
        </w:rPr>
      </w:pPr>
      <w:r w:rsidRPr="00071963">
        <w:rPr>
          <w:rFonts w:ascii="Arial" w:hAnsi="Arial" w:cs="Arial"/>
        </w:rPr>
        <w:t>La Comisión Evaluadora</w:t>
      </w:r>
      <w:r w:rsidR="00370AEB" w:rsidRPr="00071963">
        <w:rPr>
          <w:rFonts w:ascii="Arial" w:hAnsi="Arial" w:cs="Arial"/>
        </w:rPr>
        <w:t xml:space="preserve"> </w:t>
      </w:r>
      <w:r w:rsidRPr="00071963">
        <w:rPr>
          <w:rFonts w:ascii="Arial" w:hAnsi="Arial" w:cs="Arial"/>
        </w:rPr>
        <w:t>estará compuesta por 3 integrantes</w:t>
      </w:r>
      <w:r w:rsidR="00370AEB" w:rsidRPr="00071963">
        <w:rPr>
          <w:rFonts w:ascii="Arial" w:hAnsi="Arial" w:cs="Arial"/>
        </w:rPr>
        <w:t xml:space="preserve"> y </w:t>
      </w:r>
      <w:r w:rsidRPr="00071963">
        <w:rPr>
          <w:rFonts w:ascii="Arial" w:hAnsi="Arial" w:cs="Arial"/>
        </w:rPr>
        <w:t>será quien revise, evalué y sancione las postulaciones</w:t>
      </w:r>
      <w:r w:rsidR="00370AEB" w:rsidRPr="00071963">
        <w:rPr>
          <w:rFonts w:ascii="Arial" w:hAnsi="Arial" w:cs="Arial"/>
        </w:rPr>
        <w:t>. E</w:t>
      </w:r>
      <w:r w:rsidRPr="00071963">
        <w:rPr>
          <w:rFonts w:ascii="Arial" w:hAnsi="Arial" w:cs="Arial"/>
        </w:rPr>
        <w:t>stará compuesta por:</w:t>
      </w:r>
    </w:p>
    <w:p w14:paraId="22588A97" w14:textId="77777777" w:rsidR="00473447" w:rsidRPr="00071963" w:rsidRDefault="00473447" w:rsidP="00370AEB">
      <w:pPr>
        <w:tabs>
          <w:tab w:val="left" w:pos="284"/>
        </w:tabs>
        <w:rPr>
          <w:rFonts w:ascii="Arial" w:hAnsi="Arial" w:cs="Arial"/>
        </w:rPr>
      </w:pPr>
      <w:r w:rsidRPr="00FA7714">
        <w:rPr>
          <w:rFonts w:ascii="Arial" w:hAnsi="Arial" w:cs="Arial"/>
          <w:b/>
          <w:bCs/>
        </w:rPr>
        <w:t>a)</w:t>
      </w:r>
      <w:r w:rsidRPr="00071963">
        <w:rPr>
          <w:rFonts w:ascii="Arial" w:hAnsi="Arial" w:cs="Arial"/>
        </w:rPr>
        <w:t xml:space="preserve"> </w:t>
      </w:r>
      <w:proofErr w:type="gramStart"/>
      <w:r w:rsidRPr="00071963">
        <w:rPr>
          <w:rFonts w:ascii="Arial" w:hAnsi="Arial" w:cs="Arial"/>
        </w:rPr>
        <w:t>Directora</w:t>
      </w:r>
      <w:proofErr w:type="gramEnd"/>
      <w:r w:rsidRPr="00071963">
        <w:rPr>
          <w:rFonts w:ascii="Arial" w:hAnsi="Arial" w:cs="Arial"/>
        </w:rPr>
        <w:t xml:space="preserve"> Desarrollo Comunitario o quien designe.</w:t>
      </w:r>
    </w:p>
    <w:p w14:paraId="39C97B47" w14:textId="7CA3516A" w:rsidR="00473447" w:rsidRPr="00071963" w:rsidRDefault="00473447" w:rsidP="00370AEB">
      <w:pPr>
        <w:tabs>
          <w:tab w:val="left" w:pos="284"/>
        </w:tabs>
        <w:rPr>
          <w:rFonts w:ascii="Arial" w:hAnsi="Arial" w:cs="Arial"/>
        </w:rPr>
      </w:pPr>
      <w:r w:rsidRPr="00FA7714">
        <w:rPr>
          <w:rFonts w:ascii="Arial" w:hAnsi="Arial" w:cs="Arial"/>
          <w:b/>
          <w:bCs/>
        </w:rPr>
        <w:t>b)</w:t>
      </w:r>
      <w:r w:rsidRPr="00071963">
        <w:rPr>
          <w:rFonts w:ascii="Arial" w:hAnsi="Arial" w:cs="Arial"/>
        </w:rPr>
        <w:t xml:space="preserve"> Coordinador/a de Control de Gestión DIDECO</w:t>
      </w:r>
      <w:r w:rsidR="00FA7714">
        <w:rPr>
          <w:rFonts w:ascii="Arial" w:hAnsi="Arial" w:cs="Arial"/>
        </w:rPr>
        <w:t>.</w:t>
      </w:r>
    </w:p>
    <w:p w14:paraId="018B2405" w14:textId="77777777" w:rsidR="00473447" w:rsidRPr="00071963" w:rsidRDefault="00473447" w:rsidP="00370AEB">
      <w:pPr>
        <w:tabs>
          <w:tab w:val="left" w:pos="284"/>
        </w:tabs>
        <w:rPr>
          <w:rFonts w:ascii="Arial" w:hAnsi="Arial" w:cs="Arial"/>
        </w:rPr>
      </w:pPr>
      <w:r w:rsidRPr="00FA7714">
        <w:rPr>
          <w:rFonts w:ascii="Arial" w:hAnsi="Arial" w:cs="Arial"/>
          <w:b/>
          <w:bCs/>
        </w:rPr>
        <w:t>c)</w:t>
      </w:r>
      <w:r w:rsidRPr="00071963">
        <w:rPr>
          <w:rFonts w:ascii="Arial" w:hAnsi="Arial" w:cs="Arial"/>
        </w:rPr>
        <w:t xml:space="preserve"> Encargada del Departamento de Desarrollo Económico Local.</w:t>
      </w:r>
    </w:p>
    <w:p w14:paraId="51F18365" w14:textId="77777777" w:rsidR="00473447" w:rsidRPr="00071963" w:rsidRDefault="00473447" w:rsidP="00927DE8">
      <w:pPr>
        <w:spacing w:line="276" w:lineRule="auto"/>
        <w:ind w:firstLine="567"/>
        <w:rPr>
          <w:rFonts w:ascii="Arial" w:hAnsi="Arial" w:cs="Arial"/>
        </w:rPr>
      </w:pPr>
      <w:r w:rsidRPr="00071963">
        <w:rPr>
          <w:rFonts w:ascii="Arial" w:hAnsi="Arial" w:cs="Arial"/>
        </w:rPr>
        <w:t>La comisión realizará la evaluación técnica de cada postulación, generando una categorización en orden de prelación con los/as seleccionados/as y una lista de espera para reemplazar a quienes no confirmen su participación, no paguen el permiso municipal en las fechas estipuladas o presenten algún incumplimiento a estas bases.</w:t>
      </w:r>
    </w:p>
    <w:p w14:paraId="394AA0A5" w14:textId="77777777" w:rsidR="0073655E" w:rsidRDefault="00473447" w:rsidP="00927DE8">
      <w:pPr>
        <w:spacing w:after="0" w:line="276" w:lineRule="auto"/>
        <w:ind w:firstLine="567"/>
        <w:rPr>
          <w:rFonts w:ascii="Arial" w:hAnsi="Arial" w:cs="Arial"/>
        </w:rPr>
      </w:pPr>
      <w:r w:rsidRPr="00071963">
        <w:rPr>
          <w:rFonts w:ascii="Arial" w:hAnsi="Arial" w:cs="Arial"/>
        </w:rPr>
        <w:t>La decisión que adopte la comisión será inapelable y así lo aceptarán quienes se inscriban como postulantes.</w:t>
      </w:r>
    </w:p>
    <w:p w14:paraId="76AB8CB6" w14:textId="77777777" w:rsidR="005A32A3" w:rsidRDefault="005A32A3" w:rsidP="00927DE8">
      <w:pPr>
        <w:spacing w:after="0" w:line="276" w:lineRule="auto"/>
        <w:ind w:firstLine="567"/>
        <w:rPr>
          <w:rFonts w:ascii="Arial" w:hAnsi="Arial" w:cs="Arial"/>
        </w:rPr>
      </w:pPr>
    </w:p>
    <w:p w14:paraId="39B59AEA" w14:textId="77777777" w:rsidR="005A32A3" w:rsidRDefault="005A32A3" w:rsidP="00927DE8">
      <w:pPr>
        <w:spacing w:after="0" w:line="276" w:lineRule="auto"/>
        <w:ind w:firstLine="567"/>
        <w:rPr>
          <w:rFonts w:ascii="Arial" w:hAnsi="Arial" w:cs="Arial"/>
        </w:rPr>
      </w:pPr>
    </w:p>
    <w:p w14:paraId="0F605974" w14:textId="77777777" w:rsidR="00CE0865" w:rsidRDefault="00CE0865" w:rsidP="00927DE8">
      <w:pPr>
        <w:spacing w:after="0" w:line="276" w:lineRule="auto"/>
        <w:ind w:firstLine="567"/>
        <w:rPr>
          <w:rFonts w:ascii="Arial" w:hAnsi="Arial" w:cs="Arial"/>
        </w:rPr>
      </w:pPr>
    </w:p>
    <w:p w14:paraId="1F3EFB2A" w14:textId="77777777" w:rsidR="00071963" w:rsidRPr="00071963" w:rsidRDefault="00071963" w:rsidP="00927DE8">
      <w:pPr>
        <w:spacing w:after="0" w:line="276" w:lineRule="auto"/>
        <w:ind w:firstLine="567"/>
        <w:rPr>
          <w:rFonts w:ascii="Arial" w:hAnsi="Arial" w:cs="Arial"/>
        </w:rPr>
      </w:pPr>
    </w:p>
    <w:p w14:paraId="7F01AEE8" w14:textId="77777777" w:rsidR="008013B1" w:rsidRPr="00071963" w:rsidRDefault="00F82FE0" w:rsidP="00927DE8">
      <w:pPr>
        <w:spacing w:line="276" w:lineRule="auto"/>
        <w:rPr>
          <w:rFonts w:ascii="Arial" w:eastAsia="Times New Roman" w:hAnsi="Arial" w:cs="Arial"/>
          <w:b/>
        </w:rPr>
      </w:pPr>
      <w:r w:rsidRPr="00071963">
        <w:rPr>
          <w:rFonts w:ascii="Arial" w:eastAsia="Times New Roman" w:hAnsi="Arial" w:cs="Arial"/>
          <w:b/>
        </w:rPr>
        <w:t>X</w:t>
      </w:r>
      <w:r w:rsidR="008013B1" w:rsidRPr="00071963">
        <w:rPr>
          <w:rFonts w:ascii="Arial" w:eastAsia="Times New Roman" w:hAnsi="Arial" w:cs="Arial"/>
          <w:b/>
        </w:rPr>
        <w:t>.</w:t>
      </w:r>
      <w:r w:rsidR="00370AEB" w:rsidRPr="00071963">
        <w:rPr>
          <w:rFonts w:ascii="Arial" w:eastAsia="Times New Roman" w:hAnsi="Arial" w:cs="Arial"/>
          <w:b/>
        </w:rPr>
        <w:t xml:space="preserve"> </w:t>
      </w:r>
      <w:r w:rsidR="008013B1" w:rsidRPr="00071963">
        <w:rPr>
          <w:rFonts w:ascii="Arial" w:eastAsia="Times New Roman" w:hAnsi="Arial" w:cs="Arial"/>
          <w:b/>
        </w:rPr>
        <w:t>PUBLICACIÓN DE RESULTADOS</w:t>
      </w:r>
      <w:r w:rsidR="00370AEB" w:rsidRPr="00071963">
        <w:rPr>
          <w:rFonts w:ascii="Arial" w:eastAsia="Times New Roman" w:hAnsi="Arial" w:cs="Arial"/>
          <w:b/>
        </w:rPr>
        <w:t>.</w:t>
      </w:r>
    </w:p>
    <w:p w14:paraId="7E9FF9BB" w14:textId="1D591947" w:rsidR="00473447" w:rsidRPr="00071963" w:rsidRDefault="00473447" w:rsidP="00927DE8">
      <w:pPr>
        <w:spacing w:after="0" w:line="276" w:lineRule="auto"/>
        <w:ind w:firstLine="567"/>
        <w:rPr>
          <w:rFonts w:ascii="Arial" w:eastAsia="Times New Roman" w:hAnsi="Arial" w:cs="Arial"/>
          <w:bCs/>
        </w:rPr>
      </w:pPr>
      <w:r w:rsidRPr="00071963">
        <w:rPr>
          <w:rFonts w:ascii="Arial" w:eastAsia="Times New Roman" w:hAnsi="Arial" w:cs="Arial"/>
          <w:bCs/>
        </w:rPr>
        <w:t xml:space="preserve">Los resultados serán informados </w:t>
      </w:r>
      <w:r w:rsidRPr="00E05C90">
        <w:rPr>
          <w:rFonts w:ascii="Arial" w:eastAsia="Times New Roman" w:hAnsi="Arial" w:cs="Arial"/>
          <w:b/>
        </w:rPr>
        <w:t>a contar</w:t>
      </w:r>
      <w:r w:rsidRPr="00071963">
        <w:rPr>
          <w:rFonts w:ascii="Arial" w:eastAsia="Times New Roman" w:hAnsi="Arial" w:cs="Arial"/>
          <w:bCs/>
        </w:rPr>
        <w:t xml:space="preserve"> del día </w:t>
      </w:r>
      <w:r w:rsidR="00E05C90">
        <w:rPr>
          <w:rFonts w:ascii="Arial" w:eastAsia="Times New Roman" w:hAnsi="Arial" w:cs="Arial"/>
          <w:bCs/>
        </w:rPr>
        <w:t>04</w:t>
      </w:r>
      <w:r w:rsidRPr="00071963">
        <w:rPr>
          <w:rFonts w:ascii="Arial" w:eastAsia="Times New Roman" w:hAnsi="Arial" w:cs="Arial"/>
          <w:bCs/>
          <w:color w:val="EE0000"/>
        </w:rPr>
        <w:t xml:space="preserve"> </w:t>
      </w:r>
      <w:r w:rsidRPr="00E05C90">
        <w:rPr>
          <w:rFonts w:ascii="Arial" w:eastAsia="Times New Roman" w:hAnsi="Arial" w:cs="Arial"/>
          <w:bCs/>
        </w:rPr>
        <w:t xml:space="preserve">de </w:t>
      </w:r>
      <w:r w:rsidR="00E05C90" w:rsidRPr="00E05C90">
        <w:rPr>
          <w:rFonts w:ascii="Arial" w:eastAsia="Times New Roman" w:hAnsi="Arial" w:cs="Arial"/>
          <w:bCs/>
        </w:rPr>
        <w:t>noviembre</w:t>
      </w:r>
      <w:r w:rsidRPr="00E05C90">
        <w:rPr>
          <w:rFonts w:ascii="Arial" w:eastAsia="Times New Roman" w:hAnsi="Arial" w:cs="Arial"/>
          <w:bCs/>
        </w:rPr>
        <w:t xml:space="preserve"> del 2026 vía </w:t>
      </w:r>
      <w:r w:rsidRPr="00071963">
        <w:rPr>
          <w:rFonts w:ascii="Arial" w:eastAsia="Times New Roman" w:hAnsi="Arial" w:cs="Arial"/>
          <w:bCs/>
        </w:rPr>
        <w:t>telefónica y al correo electrónico indicado en el formulario de postulación.</w:t>
      </w:r>
    </w:p>
    <w:p w14:paraId="5A3C7A16" w14:textId="77777777" w:rsidR="00473447" w:rsidRPr="00071963" w:rsidRDefault="00473447" w:rsidP="00927DE8">
      <w:pPr>
        <w:spacing w:after="0" w:line="276" w:lineRule="auto"/>
        <w:rPr>
          <w:rFonts w:ascii="Arial" w:eastAsia="Times New Roman" w:hAnsi="Arial" w:cs="Arial"/>
          <w:bCs/>
          <w:highlight w:val="yellow"/>
        </w:rPr>
      </w:pPr>
    </w:p>
    <w:p w14:paraId="5D248145" w14:textId="77777777" w:rsidR="00473447" w:rsidRPr="00071963" w:rsidRDefault="00473447" w:rsidP="00927DE8">
      <w:pPr>
        <w:spacing w:after="0" w:line="276" w:lineRule="auto"/>
        <w:ind w:firstLine="567"/>
        <w:rPr>
          <w:rFonts w:ascii="Arial" w:eastAsia="Times New Roman" w:hAnsi="Arial" w:cs="Arial"/>
          <w:b/>
        </w:rPr>
      </w:pPr>
      <w:r w:rsidRPr="00071963">
        <w:rPr>
          <w:rFonts w:ascii="Arial" w:eastAsia="Times New Roman" w:hAnsi="Arial" w:cs="Arial"/>
          <w:bCs/>
        </w:rPr>
        <w:t>A quienes no sean seleccionados se les hará llegar el resultado al correo electrónico indicado en su formulario de postulación, detallando puntaje de corte del proceso y puntaje obtenido en su evaluación.</w:t>
      </w:r>
    </w:p>
    <w:p w14:paraId="5C8027C1" w14:textId="77777777" w:rsidR="008013B1" w:rsidRPr="00071963" w:rsidRDefault="008013B1" w:rsidP="00927DE8">
      <w:pPr>
        <w:spacing w:after="0" w:line="276" w:lineRule="auto"/>
        <w:ind w:left="720"/>
        <w:contextualSpacing/>
        <w:rPr>
          <w:rFonts w:ascii="Arial" w:eastAsia="Times New Roman" w:hAnsi="Arial" w:cs="Arial"/>
        </w:rPr>
      </w:pPr>
    </w:p>
    <w:p w14:paraId="3B820256" w14:textId="77777777" w:rsidR="00FD5099" w:rsidRPr="00071963" w:rsidRDefault="00F82FE0" w:rsidP="00927DE8">
      <w:pPr>
        <w:spacing w:after="200" w:line="276" w:lineRule="auto"/>
        <w:rPr>
          <w:rFonts w:ascii="Arial" w:hAnsi="Arial" w:cs="Arial"/>
        </w:rPr>
      </w:pPr>
      <w:r w:rsidRPr="00071963">
        <w:rPr>
          <w:rFonts w:ascii="Arial" w:eastAsia="Times New Roman" w:hAnsi="Arial" w:cs="Arial"/>
          <w:b/>
        </w:rPr>
        <w:t>XI</w:t>
      </w:r>
      <w:r w:rsidR="00FD5099" w:rsidRPr="00071963">
        <w:rPr>
          <w:rFonts w:ascii="Arial" w:eastAsia="Times New Roman" w:hAnsi="Arial" w:cs="Arial"/>
          <w:b/>
        </w:rPr>
        <w:t>. INSTALACIÓN Y FUNCIONAMIENTO</w:t>
      </w:r>
      <w:r w:rsidR="00DF101E" w:rsidRPr="00071963">
        <w:rPr>
          <w:rFonts w:ascii="Arial" w:eastAsia="Times New Roman" w:hAnsi="Arial" w:cs="Arial"/>
          <w:b/>
        </w:rPr>
        <w:t>.</w:t>
      </w:r>
    </w:p>
    <w:p w14:paraId="05A07450" w14:textId="77777777" w:rsidR="00473447" w:rsidRPr="00071963" w:rsidRDefault="00473447" w:rsidP="00927DE8">
      <w:pPr>
        <w:spacing w:after="0" w:line="276" w:lineRule="auto"/>
        <w:ind w:firstLine="567"/>
        <w:rPr>
          <w:rFonts w:ascii="Arial" w:eastAsia="Times New Roman" w:hAnsi="Arial" w:cs="Arial"/>
        </w:rPr>
      </w:pPr>
      <w:r w:rsidRPr="00071963">
        <w:rPr>
          <w:rFonts w:ascii="Arial" w:hAnsi="Arial" w:cs="Arial"/>
        </w:rPr>
        <w:t>Los/as seleccionados/as deberán presentarse en el Parque Ribera de Chiguayante para la instalación de sus stands, en la fecha y horario que serán informados por la organización en la reunión de coordinación previa al inicio de la actividad.</w:t>
      </w:r>
    </w:p>
    <w:p w14:paraId="779AD715" w14:textId="77777777" w:rsidR="00927DE8" w:rsidRPr="00071963" w:rsidRDefault="00927DE8" w:rsidP="00927DE8">
      <w:pPr>
        <w:spacing w:after="0" w:line="276" w:lineRule="auto"/>
        <w:ind w:firstLine="567"/>
        <w:rPr>
          <w:rFonts w:ascii="Arial" w:eastAsia="Times New Roman" w:hAnsi="Arial" w:cs="Arial"/>
        </w:rPr>
      </w:pPr>
    </w:p>
    <w:p w14:paraId="0A3A3F69" w14:textId="73648791" w:rsidR="00473447" w:rsidRPr="00071963" w:rsidRDefault="00473447" w:rsidP="00927DE8">
      <w:pPr>
        <w:spacing w:after="0" w:line="276" w:lineRule="auto"/>
        <w:ind w:firstLine="567"/>
        <w:rPr>
          <w:rFonts w:ascii="Arial" w:eastAsia="Times New Roman" w:hAnsi="Arial" w:cs="Arial"/>
        </w:rPr>
      </w:pPr>
      <w:r w:rsidRPr="00071963">
        <w:rPr>
          <w:rFonts w:ascii="Arial" w:hAnsi="Arial" w:cs="Arial"/>
        </w:rPr>
        <w:t xml:space="preserve">El horario de funcionamiento y atención al público será </w:t>
      </w:r>
      <w:r w:rsidR="00E05C90">
        <w:rPr>
          <w:rFonts w:ascii="Arial" w:hAnsi="Arial" w:cs="Arial"/>
        </w:rPr>
        <w:t xml:space="preserve">a contar de las </w:t>
      </w:r>
      <w:r w:rsidR="00E05C90" w:rsidRPr="00924011">
        <w:rPr>
          <w:rFonts w:ascii="Arial" w:hAnsi="Arial" w:cs="Arial"/>
        </w:rPr>
        <w:t>12:00 hrs. y hasta las 22:00 hrs.</w:t>
      </w:r>
      <w:r w:rsidR="00E05C90">
        <w:rPr>
          <w:rFonts w:ascii="Arial" w:hAnsi="Arial" w:cs="Arial"/>
        </w:rPr>
        <w:t xml:space="preserve"> </w:t>
      </w:r>
    </w:p>
    <w:p w14:paraId="779F5F81" w14:textId="77777777" w:rsidR="00074218" w:rsidRPr="00071963" w:rsidRDefault="00074218" w:rsidP="00927DE8">
      <w:pPr>
        <w:spacing w:after="0" w:line="276" w:lineRule="auto"/>
        <w:rPr>
          <w:rFonts w:ascii="Arial" w:hAnsi="Arial" w:cs="Arial"/>
        </w:rPr>
      </w:pPr>
    </w:p>
    <w:p w14:paraId="381FD931" w14:textId="7A590CBB" w:rsidR="00473447" w:rsidRPr="00071963" w:rsidRDefault="00924011" w:rsidP="00924011">
      <w:pPr>
        <w:tabs>
          <w:tab w:val="left" w:pos="0"/>
          <w:tab w:val="left" w:pos="284"/>
          <w:tab w:val="left" w:pos="426"/>
        </w:tabs>
        <w:spacing w:after="200" w:line="276" w:lineRule="auto"/>
        <w:rPr>
          <w:rFonts w:ascii="Arial" w:hAnsi="Arial" w:cs="Arial"/>
        </w:rPr>
      </w:pPr>
      <w:r>
        <w:rPr>
          <w:rFonts w:ascii="Arial" w:eastAsia="Times New Roman" w:hAnsi="Arial" w:cs="Arial"/>
          <w:b/>
        </w:rPr>
        <w:t>XII.</w:t>
      </w:r>
      <w:r w:rsidR="00473447" w:rsidRPr="00071963">
        <w:rPr>
          <w:rFonts w:ascii="Arial" w:eastAsia="Times New Roman" w:hAnsi="Arial" w:cs="Arial"/>
          <w:b/>
        </w:rPr>
        <w:t>OBLIGACIONES, PROHIBICIONES Y DEBERES DE LOS/AS SELECCIONADOS/AS</w:t>
      </w:r>
      <w:r w:rsidR="002D1498" w:rsidRPr="00071963">
        <w:rPr>
          <w:rFonts w:ascii="Arial" w:eastAsia="Times New Roman" w:hAnsi="Arial" w:cs="Arial"/>
          <w:b/>
        </w:rPr>
        <w:t>.</w:t>
      </w:r>
    </w:p>
    <w:p w14:paraId="38DBF40F" w14:textId="77777777" w:rsidR="00473447" w:rsidRPr="00071963" w:rsidRDefault="00473447" w:rsidP="00927DE8">
      <w:pPr>
        <w:spacing w:after="200" w:line="276" w:lineRule="auto"/>
        <w:ind w:firstLine="567"/>
        <w:rPr>
          <w:rFonts w:ascii="Arial" w:eastAsia="Times New Roman" w:hAnsi="Arial" w:cs="Arial"/>
        </w:rPr>
      </w:pPr>
      <w:r w:rsidRPr="00071963">
        <w:rPr>
          <w:rFonts w:ascii="Arial" w:eastAsia="Times New Roman" w:hAnsi="Arial" w:cs="Arial"/>
        </w:rPr>
        <w:t xml:space="preserve">La selección es hacía la persona o empresa, por lo que no es transferible y no se permitirá la fusión o subarriendo del puesto. </w:t>
      </w:r>
    </w:p>
    <w:p w14:paraId="692EB352" w14:textId="77777777" w:rsidR="00473447" w:rsidRPr="00071963" w:rsidRDefault="00473447" w:rsidP="00927DE8">
      <w:pPr>
        <w:spacing w:after="200" w:line="276" w:lineRule="auto"/>
        <w:rPr>
          <w:rFonts w:ascii="Arial" w:hAnsi="Arial" w:cs="Arial"/>
        </w:rPr>
      </w:pPr>
      <w:r w:rsidRPr="00071963">
        <w:rPr>
          <w:rFonts w:ascii="Arial" w:eastAsia="Times New Roman" w:hAnsi="Arial" w:cs="Arial"/>
        </w:rPr>
        <w:t>Durante la actividad, los/as seleccionados/as deberán:</w:t>
      </w:r>
    </w:p>
    <w:p w14:paraId="3FA242C1" w14:textId="0F27CD9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eastAsia="Times New Roman" w:hAnsi="Arial" w:cs="Arial"/>
        </w:rPr>
        <w:t xml:space="preserve">Entre 08:00 y 11:00 </w:t>
      </w:r>
      <w:r w:rsidR="00924011">
        <w:rPr>
          <w:rFonts w:ascii="Arial" w:eastAsia="Times New Roman" w:hAnsi="Arial" w:cs="Arial"/>
        </w:rPr>
        <w:t>horas</w:t>
      </w:r>
      <w:r w:rsidRPr="00071963">
        <w:rPr>
          <w:rFonts w:ascii="Arial" w:eastAsia="Times New Roman" w:hAnsi="Arial" w:cs="Arial"/>
        </w:rPr>
        <w:t xml:space="preserve"> limpiar y abastecer </w:t>
      </w:r>
      <w:r w:rsidR="00924011">
        <w:rPr>
          <w:rFonts w:ascii="Arial" w:eastAsia="Times New Roman" w:hAnsi="Arial" w:cs="Arial"/>
        </w:rPr>
        <w:t>sus stands</w:t>
      </w:r>
      <w:r w:rsidRPr="00071963">
        <w:rPr>
          <w:rFonts w:ascii="Arial" w:eastAsia="Times New Roman" w:hAnsi="Arial" w:cs="Arial"/>
        </w:rPr>
        <w:t xml:space="preserve"> para el funcionamiento diario.</w:t>
      </w:r>
    </w:p>
    <w:p w14:paraId="4EE7CA84" w14:textId="7777777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eastAsia="Times New Roman" w:hAnsi="Arial" w:cs="Arial"/>
        </w:rPr>
        <w:t>Disponer de bolsas y contenedores plásticos con tapa higienizados y trasladarlos, cuando sea necesario, al sector de acopio dispuesto por el municipio.</w:t>
      </w:r>
    </w:p>
    <w:p w14:paraId="2D511314" w14:textId="7777777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eastAsia="Times New Roman" w:hAnsi="Arial" w:cs="Arial"/>
        </w:rPr>
        <w:t>Mantener la oferta de productos y servicios según lo comprometido y en los horarios establecidos.</w:t>
      </w:r>
    </w:p>
    <w:p w14:paraId="1A55BA0A" w14:textId="7777777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eastAsia="Times New Roman" w:hAnsi="Arial" w:cs="Arial"/>
        </w:rPr>
        <w:t>Mantener limpio y ordenado el espacio a su cargo en todo momento.</w:t>
      </w:r>
    </w:p>
    <w:p w14:paraId="65CEC7F4" w14:textId="7777777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eastAsia="Times New Roman" w:hAnsi="Arial" w:cs="Arial"/>
        </w:rPr>
        <w:t>Cumplir con las normativas sanitarias y de seguridad vigentes.</w:t>
      </w:r>
    </w:p>
    <w:p w14:paraId="48D9CFEE" w14:textId="7777777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eastAsia="Times New Roman" w:hAnsi="Arial" w:cs="Arial"/>
        </w:rPr>
        <w:t>Desarrollar la actividad sin exceder el espacio asignado respetando el entorno.</w:t>
      </w:r>
    </w:p>
    <w:p w14:paraId="670AB3B4" w14:textId="1C407153"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hAnsi="Arial" w:cs="Arial"/>
        </w:rPr>
        <w:t xml:space="preserve">Ningún </w:t>
      </w:r>
      <w:r w:rsidR="00E05C90">
        <w:rPr>
          <w:rFonts w:ascii="Arial" w:hAnsi="Arial" w:cs="Arial"/>
        </w:rPr>
        <w:t>puesto</w:t>
      </w:r>
      <w:r w:rsidRPr="00071963">
        <w:rPr>
          <w:rFonts w:ascii="Arial" w:hAnsi="Arial" w:cs="Arial"/>
        </w:rPr>
        <w:t xml:space="preserve"> podrá mantener durante la noche alimentos en el espacio asignado.</w:t>
      </w:r>
    </w:p>
    <w:p w14:paraId="209CDCDB" w14:textId="7777777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hAnsi="Arial" w:cs="Arial"/>
        </w:rPr>
        <w:t xml:space="preserve">La seguridad de cada uno de los </w:t>
      </w:r>
      <w:r w:rsidR="006F0EB8" w:rsidRPr="00071963">
        <w:rPr>
          <w:rFonts w:ascii="Arial" w:hAnsi="Arial" w:cs="Arial"/>
        </w:rPr>
        <w:t>STAND</w:t>
      </w:r>
      <w:r w:rsidRPr="00071963">
        <w:rPr>
          <w:rFonts w:ascii="Arial" w:hAnsi="Arial" w:cs="Arial"/>
        </w:rPr>
        <w:t>, durante el día como en la noche, será de exclusiva responsabilidad de los seleccionados.</w:t>
      </w:r>
    </w:p>
    <w:p w14:paraId="3CD17694" w14:textId="77777777"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eastAsia="Times New Roman" w:hAnsi="Arial" w:cs="Arial"/>
        </w:rPr>
        <w:t xml:space="preserve">En caso de incumplimiento, la </w:t>
      </w:r>
      <w:r w:rsidR="00726510" w:rsidRPr="00071963">
        <w:rPr>
          <w:rFonts w:ascii="Arial" w:eastAsia="Times New Roman" w:hAnsi="Arial" w:cs="Arial"/>
        </w:rPr>
        <w:t>m</w:t>
      </w:r>
      <w:r w:rsidRPr="00071963">
        <w:rPr>
          <w:rFonts w:ascii="Arial" w:eastAsia="Times New Roman" w:hAnsi="Arial" w:cs="Arial"/>
        </w:rPr>
        <w:t>unicipalidad queda facultada para sancionar de acuerdo a lo indicado en el numeral IV. PAGO DE LOS PERMISOS MUNICIPALES Y/O MULTAS PARA LOS PARTICIPANTES, de estas bases.</w:t>
      </w:r>
    </w:p>
    <w:p w14:paraId="4ABEEE5F" w14:textId="6B10E3CA" w:rsidR="00473447" w:rsidRPr="00071963" w:rsidRDefault="00473447" w:rsidP="00927DE8">
      <w:pPr>
        <w:numPr>
          <w:ilvl w:val="0"/>
          <w:numId w:val="26"/>
        </w:numPr>
        <w:tabs>
          <w:tab w:val="left" w:pos="284"/>
        </w:tabs>
        <w:spacing w:after="200" w:line="276" w:lineRule="auto"/>
        <w:ind w:left="0" w:firstLine="0"/>
        <w:contextualSpacing/>
        <w:rPr>
          <w:rFonts w:ascii="Arial" w:hAnsi="Arial" w:cs="Arial"/>
        </w:rPr>
      </w:pPr>
      <w:r w:rsidRPr="00071963">
        <w:rPr>
          <w:rFonts w:ascii="Arial" w:hAnsi="Arial" w:cs="Arial"/>
        </w:rPr>
        <w:t xml:space="preserve">Queda prohibido fumar dentro del recinto, tanto dentro como fuera de </w:t>
      </w:r>
      <w:r w:rsidR="00E05C90">
        <w:rPr>
          <w:rFonts w:ascii="Arial" w:hAnsi="Arial" w:cs="Arial"/>
        </w:rPr>
        <w:t>su stand.</w:t>
      </w:r>
      <w:r w:rsidRPr="00071963">
        <w:rPr>
          <w:rFonts w:ascii="Arial" w:hAnsi="Arial" w:cs="Arial"/>
        </w:rPr>
        <w:t xml:space="preserve"> Tal prohibición se hace exigible tanto a personal en servicio como a los clientes, de acuerdo a lo preceptuado en el Articulo 10, de la Ley N° 20.660 que regula los </w:t>
      </w:r>
      <w:r w:rsidR="00726510" w:rsidRPr="00071963">
        <w:rPr>
          <w:rFonts w:ascii="Arial" w:hAnsi="Arial" w:cs="Arial"/>
        </w:rPr>
        <w:t>a</w:t>
      </w:r>
      <w:r w:rsidRPr="00071963">
        <w:rPr>
          <w:rFonts w:ascii="Arial" w:hAnsi="Arial" w:cs="Arial"/>
        </w:rPr>
        <w:t xml:space="preserve">mbientes </w:t>
      </w:r>
      <w:r w:rsidR="00726510" w:rsidRPr="00071963">
        <w:rPr>
          <w:rFonts w:ascii="Arial" w:hAnsi="Arial" w:cs="Arial"/>
        </w:rPr>
        <w:t>l</w:t>
      </w:r>
      <w:r w:rsidRPr="00071963">
        <w:rPr>
          <w:rFonts w:ascii="Arial" w:hAnsi="Arial" w:cs="Arial"/>
        </w:rPr>
        <w:t xml:space="preserve">ibres de </w:t>
      </w:r>
      <w:r w:rsidR="00726510" w:rsidRPr="00071963">
        <w:rPr>
          <w:rFonts w:ascii="Arial" w:hAnsi="Arial" w:cs="Arial"/>
        </w:rPr>
        <w:t>h</w:t>
      </w:r>
      <w:r w:rsidRPr="00071963">
        <w:rPr>
          <w:rFonts w:ascii="Arial" w:hAnsi="Arial" w:cs="Arial"/>
        </w:rPr>
        <w:t xml:space="preserve">umo de </w:t>
      </w:r>
      <w:r w:rsidR="00726510" w:rsidRPr="00071963">
        <w:rPr>
          <w:rFonts w:ascii="Arial" w:hAnsi="Arial" w:cs="Arial"/>
        </w:rPr>
        <w:t>t</w:t>
      </w:r>
      <w:r w:rsidRPr="00071963">
        <w:rPr>
          <w:rFonts w:ascii="Arial" w:hAnsi="Arial" w:cs="Arial"/>
        </w:rPr>
        <w:t>abaco, estableciendo prohibiciones de fumar en ciertos lugares.</w:t>
      </w:r>
    </w:p>
    <w:p w14:paraId="19CB8DDA" w14:textId="77777777" w:rsidR="00473447" w:rsidRPr="00071963" w:rsidRDefault="00473447" w:rsidP="00927DE8">
      <w:pPr>
        <w:numPr>
          <w:ilvl w:val="0"/>
          <w:numId w:val="21"/>
        </w:numPr>
        <w:tabs>
          <w:tab w:val="left" w:pos="284"/>
        </w:tabs>
        <w:spacing w:after="200" w:line="276" w:lineRule="auto"/>
        <w:ind w:left="0" w:firstLine="0"/>
        <w:contextualSpacing/>
        <w:rPr>
          <w:rFonts w:ascii="Arial" w:hAnsi="Arial" w:cs="Arial"/>
        </w:rPr>
      </w:pPr>
      <w:r w:rsidRPr="00071963">
        <w:rPr>
          <w:rFonts w:ascii="Arial" w:hAnsi="Arial" w:cs="Arial"/>
        </w:rPr>
        <w:lastRenderedPageBreak/>
        <w:t>De conformidad a lo establecido en el Código del Trabajo, no está autorizado emplear a menores de 15 años de edad, y quienes tengan entre 15 y 17 años, deberán contar con autorización notarial de sus padres o tutores.</w:t>
      </w:r>
    </w:p>
    <w:p w14:paraId="310DA7C8" w14:textId="77777777" w:rsidR="00473447" w:rsidRPr="00071963" w:rsidRDefault="00473447" w:rsidP="00EC310C">
      <w:pPr>
        <w:numPr>
          <w:ilvl w:val="0"/>
          <w:numId w:val="21"/>
        </w:numPr>
        <w:tabs>
          <w:tab w:val="left" w:pos="284"/>
        </w:tabs>
        <w:spacing w:after="200" w:line="276" w:lineRule="auto"/>
        <w:ind w:left="0" w:firstLine="0"/>
        <w:contextualSpacing/>
        <w:rPr>
          <w:rFonts w:ascii="Arial" w:hAnsi="Arial" w:cs="Arial"/>
        </w:rPr>
      </w:pPr>
      <w:r w:rsidRPr="00071963">
        <w:rPr>
          <w:rFonts w:ascii="Arial" w:hAnsi="Arial" w:cs="Arial"/>
        </w:rPr>
        <w:t>Queda prohibido conectar y/o traspasar luz eléctrica, desde un lugar hacia otros comerciantes y/o personas. Es decir, utilizar alargadores para compartir electricidad a otro stand.</w:t>
      </w:r>
    </w:p>
    <w:p w14:paraId="73EA7759" w14:textId="77777777" w:rsidR="00473447" w:rsidRPr="00071963" w:rsidRDefault="00473447" w:rsidP="00EC310C">
      <w:pPr>
        <w:numPr>
          <w:ilvl w:val="0"/>
          <w:numId w:val="21"/>
        </w:numPr>
        <w:tabs>
          <w:tab w:val="left" w:pos="284"/>
        </w:tabs>
        <w:spacing w:after="200" w:line="276" w:lineRule="auto"/>
        <w:ind w:left="0" w:firstLine="0"/>
        <w:contextualSpacing/>
        <w:rPr>
          <w:rFonts w:ascii="Arial" w:hAnsi="Arial" w:cs="Arial"/>
        </w:rPr>
      </w:pPr>
      <w:r w:rsidRPr="00071963">
        <w:rPr>
          <w:rFonts w:ascii="Arial" w:hAnsi="Arial" w:cs="Arial"/>
        </w:rPr>
        <w:t>Se prohíbe el uso de parrillas a carbón</w:t>
      </w:r>
      <w:r w:rsidR="00A9736C" w:rsidRPr="00071963">
        <w:rPr>
          <w:rFonts w:ascii="Arial" w:hAnsi="Arial" w:cs="Arial"/>
        </w:rPr>
        <w:t xml:space="preserve"> dentro del stand.</w:t>
      </w:r>
    </w:p>
    <w:p w14:paraId="04F18D6B" w14:textId="21ACA779" w:rsidR="00473447" w:rsidRPr="00071963" w:rsidRDefault="00473447" w:rsidP="00EC310C">
      <w:pPr>
        <w:numPr>
          <w:ilvl w:val="0"/>
          <w:numId w:val="21"/>
        </w:numPr>
        <w:tabs>
          <w:tab w:val="left" w:pos="284"/>
        </w:tabs>
        <w:spacing w:after="200" w:line="276" w:lineRule="auto"/>
        <w:ind w:left="0" w:firstLine="0"/>
        <w:contextualSpacing/>
        <w:rPr>
          <w:rFonts w:ascii="Arial" w:hAnsi="Arial" w:cs="Arial"/>
        </w:rPr>
      </w:pPr>
      <w:r w:rsidRPr="00071963">
        <w:rPr>
          <w:rFonts w:ascii="Arial" w:hAnsi="Arial" w:cs="Arial"/>
        </w:rPr>
        <w:t>Se prohíbe el uso fogones que no cuenten con las medidas de seguridad suficiente</w:t>
      </w:r>
      <w:r w:rsidR="00C2290A">
        <w:rPr>
          <w:rFonts w:ascii="Arial" w:hAnsi="Arial" w:cs="Arial"/>
        </w:rPr>
        <w:t>s</w:t>
      </w:r>
      <w:r w:rsidR="00EC310C" w:rsidRPr="00071963">
        <w:rPr>
          <w:rFonts w:ascii="Arial" w:hAnsi="Arial" w:cs="Arial"/>
        </w:rPr>
        <w:t>.</w:t>
      </w:r>
    </w:p>
    <w:p w14:paraId="41CAED8E" w14:textId="77777777" w:rsidR="00473447" w:rsidRPr="00071963" w:rsidRDefault="00473447" w:rsidP="00EC310C">
      <w:pPr>
        <w:numPr>
          <w:ilvl w:val="0"/>
          <w:numId w:val="21"/>
        </w:numPr>
        <w:tabs>
          <w:tab w:val="left" w:pos="284"/>
        </w:tabs>
        <w:spacing w:after="200" w:line="276" w:lineRule="auto"/>
        <w:ind w:left="0" w:firstLine="0"/>
        <w:contextualSpacing/>
        <w:rPr>
          <w:rFonts w:ascii="Arial" w:hAnsi="Arial" w:cs="Arial"/>
        </w:rPr>
      </w:pPr>
      <w:r w:rsidRPr="00071963">
        <w:rPr>
          <w:rFonts w:ascii="Arial" w:hAnsi="Arial" w:cs="Arial"/>
          <w:lang w:val="es-MX"/>
        </w:rPr>
        <w:t>Instalar música o equipos de amplificación al interior o exterior de los stands, tales como parlantes o radios, salvo uso personal mediante audífonos, con el fin de no interferir con las actividades oficiales del evento.</w:t>
      </w:r>
    </w:p>
    <w:p w14:paraId="21083675" w14:textId="77777777" w:rsidR="00473447" w:rsidRPr="00071963" w:rsidRDefault="00473447" w:rsidP="00EC310C">
      <w:pPr>
        <w:numPr>
          <w:ilvl w:val="0"/>
          <w:numId w:val="21"/>
        </w:numPr>
        <w:tabs>
          <w:tab w:val="left" w:pos="284"/>
        </w:tabs>
        <w:spacing w:after="200" w:line="276" w:lineRule="auto"/>
        <w:ind w:left="0" w:firstLine="0"/>
        <w:contextualSpacing/>
        <w:rPr>
          <w:rFonts w:ascii="Arial" w:hAnsi="Arial" w:cs="Arial"/>
          <w:lang w:val="es-MX"/>
        </w:rPr>
      </w:pPr>
      <w:r w:rsidRPr="00071963">
        <w:rPr>
          <w:rFonts w:ascii="Arial" w:hAnsi="Arial" w:cs="Arial"/>
          <w:lang w:val="es-MX"/>
        </w:rPr>
        <w:t xml:space="preserve">Mantener conductas inadecuadas, incluyendo vocabulario ofensivo, mal trato al público, a otros expositores o al personal municipal. </w:t>
      </w:r>
    </w:p>
    <w:p w14:paraId="531DE01F" w14:textId="77777777" w:rsidR="00473447" w:rsidRPr="00071963" w:rsidRDefault="00473447" w:rsidP="00EC310C">
      <w:pPr>
        <w:numPr>
          <w:ilvl w:val="0"/>
          <w:numId w:val="21"/>
        </w:numPr>
        <w:tabs>
          <w:tab w:val="left" w:pos="284"/>
        </w:tabs>
        <w:spacing w:after="200" w:line="276" w:lineRule="auto"/>
        <w:ind w:left="0" w:firstLine="0"/>
        <w:contextualSpacing/>
        <w:rPr>
          <w:rFonts w:ascii="Arial" w:hAnsi="Arial" w:cs="Arial"/>
          <w:lang w:val="es-MX"/>
        </w:rPr>
      </w:pPr>
      <w:r w:rsidRPr="00071963">
        <w:rPr>
          <w:rFonts w:ascii="Arial" w:hAnsi="Arial" w:cs="Arial"/>
          <w:lang w:val="es-MX"/>
        </w:rPr>
        <w:t>Abandonar el stand asignado durante el desarrollo del evento, salvo en caso de desistimiento formal de la participación, lo que deberá informarse mediante carta formal ingresada por Oficina de Partes de la Municipalidad de Chiguayante, ubicada en Orozimbo Barbosa N°104, con al menos 5 días de anticipación a la realización del evento.</w:t>
      </w:r>
    </w:p>
    <w:p w14:paraId="3C2BF940" w14:textId="77777777" w:rsidR="001C22D2" w:rsidRPr="00071963" w:rsidRDefault="00473447" w:rsidP="00EC310C">
      <w:pPr>
        <w:numPr>
          <w:ilvl w:val="0"/>
          <w:numId w:val="21"/>
        </w:numPr>
        <w:tabs>
          <w:tab w:val="left" w:pos="284"/>
        </w:tabs>
        <w:spacing w:after="200" w:line="276" w:lineRule="auto"/>
        <w:ind w:left="0" w:firstLine="0"/>
        <w:contextualSpacing/>
        <w:rPr>
          <w:rFonts w:ascii="Arial" w:hAnsi="Arial" w:cs="Arial"/>
          <w:lang w:val="es-MX"/>
        </w:rPr>
      </w:pPr>
      <w:r w:rsidRPr="00071963">
        <w:rPr>
          <w:rFonts w:ascii="Arial" w:hAnsi="Arial" w:cs="Arial"/>
          <w:lang w:val="es-MX"/>
        </w:rPr>
        <w:t xml:space="preserve">Unir, adosar o fusionar stands entre expositores, debiendo respetarse estrictamente el espacio asignado por la organización. </w:t>
      </w:r>
    </w:p>
    <w:p w14:paraId="7E05ECFB" w14:textId="77777777" w:rsidR="00EC310C" w:rsidRPr="00071963" w:rsidRDefault="00EC310C" w:rsidP="00EC310C">
      <w:pPr>
        <w:tabs>
          <w:tab w:val="left" w:pos="284"/>
        </w:tabs>
        <w:spacing w:after="200" w:line="276" w:lineRule="auto"/>
        <w:contextualSpacing/>
        <w:rPr>
          <w:rFonts w:ascii="Arial" w:hAnsi="Arial" w:cs="Arial"/>
          <w:lang w:val="es-MX"/>
        </w:rPr>
      </w:pPr>
    </w:p>
    <w:p w14:paraId="44614621" w14:textId="77777777" w:rsidR="00FD5099" w:rsidRPr="00071963" w:rsidRDefault="00FD5099" w:rsidP="00F14042">
      <w:pPr>
        <w:spacing w:after="200" w:line="276" w:lineRule="auto"/>
        <w:rPr>
          <w:rFonts w:ascii="Arial" w:hAnsi="Arial" w:cs="Arial"/>
        </w:rPr>
      </w:pPr>
      <w:r w:rsidRPr="00071963">
        <w:rPr>
          <w:rFonts w:ascii="Arial" w:hAnsi="Arial" w:cs="Arial"/>
          <w:b/>
          <w:bCs/>
        </w:rPr>
        <w:t>X</w:t>
      </w:r>
      <w:r w:rsidR="00F82FE0" w:rsidRPr="00071963">
        <w:rPr>
          <w:rFonts w:ascii="Arial" w:hAnsi="Arial" w:cs="Arial"/>
          <w:b/>
          <w:bCs/>
        </w:rPr>
        <w:t>II</w:t>
      </w:r>
      <w:r w:rsidR="008013B1" w:rsidRPr="00071963">
        <w:rPr>
          <w:rFonts w:ascii="Arial" w:hAnsi="Arial" w:cs="Arial"/>
          <w:b/>
          <w:bCs/>
        </w:rPr>
        <w:t>I</w:t>
      </w:r>
      <w:r w:rsidRPr="00071963">
        <w:rPr>
          <w:rFonts w:ascii="Arial" w:hAnsi="Arial" w:cs="Arial"/>
          <w:b/>
          <w:bCs/>
        </w:rPr>
        <w:t>.- DE LOS ORGANIZADORES</w:t>
      </w:r>
      <w:r w:rsidR="00EC310C" w:rsidRPr="00071963">
        <w:rPr>
          <w:rFonts w:ascii="Arial" w:hAnsi="Arial" w:cs="Arial"/>
          <w:b/>
          <w:bCs/>
        </w:rPr>
        <w:t>.</w:t>
      </w:r>
      <w:r w:rsidRPr="00071963">
        <w:rPr>
          <w:rFonts w:ascii="Arial" w:hAnsi="Arial" w:cs="Arial"/>
        </w:rPr>
        <w:t xml:space="preserve"> </w:t>
      </w:r>
    </w:p>
    <w:p w14:paraId="62CC3E06" w14:textId="77777777" w:rsidR="000B1757" w:rsidRPr="00071963" w:rsidRDefault="00FD5099" w:rsidP="00EC310C">
      <w:pPr>
        <w:spacing w:after="200" w:line="276" w:lineRule="auto"/>
        <w:ind w:firstLine="567"/>
        <w:rPr>
          <w:rFonts w:ascii="Arial" w:hAnsi="Arial" w:cs="Arial"/>
        </w:rPr>
      </w:pPr>
      <w:r w:rsidRPr="00071963">
        <w:rPr>
          <w:rFonts w:ascii="Arial" w:hAnsi="Arial" w:cs="Arial"/>
        </w:rPr>
        <w:t>La Municipalidad de Chiguayante es la institución que organiza y financia la Fiesta de la Primavera 2026; y será la persona encargada del Departamento de Desarrollo Económico Local, la responsable de la designación e instalación de los/as distintos/as participantes en el evento.</w:t>
      </w:r>
    </w:p>
    <w:p w14:paraId="50744472" w14:textId="77777777" w:rsidR="00B97320" w:rsidRPr="00071963" w:rsidRDefault="00B97320" w:rsidP="007F1CF9">
      <w:pPr>
        <w:spacing w:after="200" w:line="276" w:lineRule="auto"/>
        <w:rPr>
          <w:rFonts w:ascii="Arial" w:hAnsi="Arial" w:cs="Arial"/>
        </w:rPr>
      </w:pPr>
    </w:p>
    <w:p w14:paraId="1772A235" w14:textId="77777777" w:rsidR="00B97320" w:rsidRPr="00071963" w:rsidRDefault="00B97320" w:rsidP="007F1CF9">
      <w:pPr>
        <w:spacing w:after="200" w:line="276" w:lineRule="auto"/>
        <w:rPr>
          <w:rFonts w:ascii="Arial" w:hAnsi="Arial" w:cs="Arial"/>
        </w:rPr>
      </w:pPr>
    </w:p>
    <w:p w14:paraId="23C58819" w14:textId="77777777" w:rsidR="00B97320" w:rsidRPr="00071963" w:rsidRDefault="00B97320" w:rsidP="007F1CF9">
      <w:pPr>
        <w:spacing w:after="200" w:line="276" w:lineRule="auto"/>
        <w:rPr>
          <w:rFonts w:ascii="Arial" w:hAnsi="Arial" w:cs="Arial"/>
        </w:rPr>
      </w:pPr>
    </w:p>
    <w:p w14:paraId="6C02ED70" w14:textId="77777777" w:rsidR="00FD5099" w:rsidRPr="00071963" w:rsidRDefault="00FD5099" w:rsidP="001F1567">
      <w:pPr>
        <w:spacing w:after="0" w:line="259" w:lineRule="auto"/>
        <w:ind w:left="720"/>
        <w:jc w:val="left"/>
        <w:rPr>
          <w:rFonts w:ascii="Arial" w:hAnsi="Arial" w:cs="Arial"/>
        </w:rPr>
      </w:pPr>
    </w:p>
    <w:p w14:paraId="475BD108" w14:textId="77777777" w:rsidR="007F1CF9" w:rsidRPr="00071963" w:rsidRDefault="0073655E" w:rsidP="00C01A76">
      <w:pPr>
        <w:rPr>
          <w:rFonts w:ascii="Arial" w:eastAsia="Arial" w:hAnsi="Arial" w:cs="Arial"/>
          <w:b/>
        </w:rPr>
      </w:pPr>
      <w:r w:rsidRPr="00071963">
        <w:rPr>
          <w:rFonts w:ascii="Arial" w:eastAsia="Arial" w:hAnsi="Arial" w:cs="Arial"/>
          <w:b/>
        </w:rPr>
        <w:br w:type="page"/>
      </w:r>
    </w:p>
    <w:p w14:paraId="286EF6C0" w14:textId="77777777" w:rsidR="005043B1" w:rsidRPr="00071963" w:rsidRDefault="005043B1" w:rsidP="005043B1">
      <w:pPr>
        <w:spacing w:after="0"/>
        <w:jc w:val="center"/>
        <w:rPr>
          <w:rFonts w:ascii="Arial" w:eastAsia="Arial" w:hAnsi="Arial" w:cs="Arial"/>
          <w:b/>
        </w:rPr>
      </w:pPr>
      <w:r w:rsidRPr="00071963">
        <w:rPr>
          <w:rFonts w:ascii="Arial" w:eastAsia="Arial" w:hAnsi="Arial" w:cs="Arial"/>
          <w:b/>
        </w:rPr>
        <w:lastRenderedPageBreak/>
        <w:t>ANEXO N°1</w:t>
      </w:r>
    </w:p>
    <w:p w14:paraId="43FCEB3B" w14:textId="77777777" w:rsidR="005043B1" w:rsidRPr="00071963" w:rsidRDefault="005043B1" w:rsidP="00EC310C">
      <w:pPr>
        <w:spacing w:after="0"/>
        <w:jc w:val="center"/>
        <w:rPr>
          <w:rFonts w:ascii="Arial" w:eastAsia="Arial" w:hAnsi="Arial" w:cs="Arial"/>
          <w:b/>
        </w:rPr>
      </w:pPr>
      <w:r w:rsidRPr="00071963">
        <w:rPr>
          <w:rFonts w:ascii="Arial" w:eastAsia="Arial" w:hAnsi="Arial" w:cs="Arial"/>
          <w:b/>
        </w:rPr>
        <w:t>FORMULARIO DE POSTULACIÓN</w:t>
      </w:r>
      <w:r w:rsidR="00EC310C" w:rsidRPr="00071963">
        <w:rPr>
          <w:rFonts w:ascii="Arial" w:eastAsia="Arial" w:hAnsi="Arial" w:cs="Arial"/>
          <w:b/>
        </w:rPr>
        <w:t xml:space="preserve"> </w:t>
      </w:r>
      <w:r w:rsidRPr="00071963">
        <w:rPr>
          <w:rFonts w:ascii="Arial" w:hAnsi="Arial" w:cs="Arial"/>
          <w:b/>
          <w:bCs/>
        </w:rPr>
        <w:t xml:space="preserve">STANDS DE </w:t>
      </w:r>
      <w:r w:rsidR="004B60F0" w:rsidRPr="00071963">
        <w:rPr>
          <w:rFonts w:ascii="Arial" w:hAnsi="Arial" w:cs="Arial"/>
          <w:b/>
          <w:bCs/>
        </w:rPr>
        <w:t>COMIDAS INTERNACIONALES</w:t>
      </w:r>
    </w:p>
    <w:p w14:paraId="58D91B36" w14:textId="77777777" w:rsidR="005043B1" w:rsidRPr="00071963" w:rsidRDefault="005043B1" w:rsidP="005043B1">
      <w:pPr>
        <w:spacing w:after="0"/>
        <w:jc w:val="center"/>
        <w:rPr>
          <w:rFonts w:ascii="Arial" w:eastAsia="Times New Roman" w:hAnsi="Arial" w:cs="Arial"/>
          <w:b/>
          <w:bCs/>
        </w:rPr>
      </w:pPr>
      <w:r w:rsidRPr="00071963">
        <w:rPr>
          <w:rFonts w:ascii="Arial" w:eastAsia="Times New Roman" w:hAnsi="Arial" w:cs="Arial"/>
          <w:b/>
          <w:bCs/>
        </w:rPr>
        <w:t>FIESTA DE LA PRIMAVERA 202</w:t>
      </w:r>
      <w:r w:rsidR="00950298" w:rsidRPr="00071963">
        <w:rPr>
          <w:rFonts w:ascii="Arial" w:eastAsia="Times New Roman" w:hAnsi="Arial" w:cs="Arial"/>
          <w:b/>
          <w:bCs/>
        </w:rPr>
        <w:t>6</w:t>
      </w:r>
    </w:p>
    <w:p w14:paraId="1BF5CC39" w14:textId="77777777" w:rsidR="005043B1" w:rsidRPr="00071963" w:rsidRDefault="005F1BF6" w:rsidP="005043B1">
      <w:pPr>
        <w:spacing w:after="0"/>
        <w:jc w:val="center"/>
        <w:rPr>
          <w:rFonts w:ascii="Arial" w:hAnsi="Arial" w:cs="Arial"/>
          <w:b/>
          <w:bCs/>
        </w:rPr>
      </w:pPr>
      <w:r w:rsidRPr="00071963">
        <w:rPr>
          <w:rFonts w:ascii="Arial" w:hAnsi="Arial" w:cs="Arial"/>
          <w:b/>
          <w:bCs/>
        </w:rPr>
        <w:t>MUNICIPALIDAD DE CHIGUAYANTE</w:t>
      </w:r>
    </w:p>
    <w:tbl>
      <w:tblPr>
        <w:tblW w:w="100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2835"/>
        <w:gridCol w:w="1300"/>
        <w:gridCol w:w="3094"/>
        <w:gridCol w:w="22"/>
      </w:tblGrid>
      <w:tr w:rsidR="005043B1" w:rsidRPr="00071963" w14:paraId="26299627" w14:textId="77777777" w:rsidTr="00D74C75">
        <w:trPr>
          <w:jc w:val="center"/>
        </w:trPr>
        <w:tc>
          <w:tcPr>
            <w:tcW w:w="10086" w:type="dxa"/>
            <w:gridSpan w:val="5"/>
            <w:tcBorders>
              <w:top w:val="nil"/>
              <w:left w:val="nil"/>
              <w:right w:val="nil"/>
            </w:tcBorders>
          </w:tcPr>
          <w:p w14:paraId="3FA865DF" w14:textId="77777777" w:rsidR="00074218" w:rsidRPr="00071963" w:rsidRDefault="00074218" w:rsidP="004F0837">
            <w:pPr>
              <w:spacing w:after="0" w:line="240" w:lineRule="auto"/>
              <w:rPr>
                <w:rFonts w:ascii="Arial" w:eastAsia="Arial" w:hAnsi="Arial" w:cs="Arial"/>
                <w:b/>
                <w:u w:val="single"/>
              </w:rPr>
            </w:pPr>
          </w:p>
          <w:p w14:paraId="3A58FA92" w14:textId="77777777" w:rsidR="005043B1" w:rsidRPr="00071963" w:rsidRDefault="005043B1" w:rsidP="004F0837">
            <w:pPr>
              <w:spacing w:after="0" w:line="240" w:lineRule="auto"/>
              <w:rPr>
                <w:rFonts w:ascii="Arial" w:eastAsia="Arial" w:hAnsi="Arial" w:cs="Arial"/>
                <w:b/>
              </w:rPr>
            </w:pPr>
            <w:r w:rsidRPr="00071963">
              <w:rPr>
                <w:rFonts w:ascii="Arial" w:eastAsia="Arial" w:hAnsi="Arial" w:cs="Arial"/>
                <w:b/>
              </w:rPr>
              <w:t>1.- Datos del postulante</w:t>
            </w:r>
            <w:r w:rsidR="00C01A76" w:rsidRPr="00071963">
              <w:rPr>
                <w:rFonts w:ascii="Arial" w:eastAsia="Arial" w:hAnsi="Arial" w:cs="Arial"/>
                <w:b/>
              </w:rPr>
              <w:t>.</w:t>
            </w:r>
          </w:p>
          <w:p w14:paraId="029195B9" w14:textId="77777777" w:rsidR="005043B1" w:rsidRPr="00071963" w:rsidRDefault="005043B1" w:rsidP="004F0837">
            <w:pPr>
              <w:spacing w:after="0" w:line="240" w:lineRule="auto"/>
              <w:rPr>
                <w:rFonts w:ascii="Arial" w:eastAsia="Arial" w:hAnsi="Arial" w:cs="Arial"/>
                <w:b/>
                <w:u w:val="single"/>
              </w:rPr>
            </w:pPr>
          </w:p>
        </w:tc>
      </w:tr>
      <w:tr w:rsidR="005043B1" w:rsidRPr="00071963" w14:paraId="7F0C9739" w14:textId="77777777" w:rsidTr="00D74C75">
        <w:trPr>
          <w:gridAfter w:val="1"/>
          <w:wAfter w:w="22" w:type="dxa"/>
          <w:trHeight w:val="454"/>
          <w:jc w:val="center"/>
        </w:trPr>
        <w:tc>
          <w:tcPr>
            <w:tcW w:w="2835" w:type="dxa"/>
            <w:shd w:val="clear" w:color="auto" w:fill="F2F2F2" w:themeFill="background1" w:themeFillShade="F2"/>
            <w:vAlign w:val="center"/>
          </w:tcPr>
          <w:p w14:paraId="247215A3" w14:textId="77777777"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Nombre del</w:t>
            </w:r>
            <w:r w:rsidR="008D55B6" w:rsidRPr="00071963">
              <w:rPr>
                <w:rFonts w:ascii="Arial" w:eastAsia="Arial" w:hAnsi="Arial" w:cs="Arial"/>
                <w:b/>
                <w:bCs/>
              </w:rPr>
              <w:t>/a</w:t>
            </w:r>
            <w:r w:rsidRPr="00071963">
              <w:rPr>
                <w:rFonts w:ascii="Arial" w:eastAsia="Arial" w:hAnsi="Arial" w:cs="Arial"/>
                <w:b/>
                <w:bCs/>
              </w:rPr>
              <w:t xml:space="preserve"> Postulante</w:t>
            </w:r>
          </w:p>
        </w:tc>
        <w:tc>
          <w:tcPr>
            <w:tcW w:w="7229" w:type="dxa"/>
            <w:gridSpan w:val="3"/>
          </w:tcPr>
          <w:p w14:paraId="47B4D2ED" w14:textId="77777777" w:rsidR="005043B1" w:rsidRPr="00071963" w:rsidRDefault="005043B1" w:rsidP="004F0837">
            <w:pPr>
              <w:spacing w:after="0" w:line="240" w:lineRule="auto"/>
              <w:rPr>
                <w:rFonts w:ascii="Arial" w:eastAsia="Arial" w:hAnsi="Arial" w:cs="Arial"/>
              </w:rPr>
            </w:pPr>
          </w:p>
        </w:tc>
      </w:tr>
      <w:tr w:rsidR="005043B1" w:rsidRPr="00071963" w14:paraId="7FF905F0" w14:textId="77777777" w:rsidTr="00D74C75">
        <w:trPr>
          <w:gridAfter w:val="1"/>
          <w:wAfter w:w="22" w:type="dxa"/>
          <w:trHeight w:val="454"/>
          <w:jc w:val="center"/>
        </w:trPr>
        <w:tc>
          <w:tcPr>
            <w:tcW w:w="2835" w:type="dxa"/>
            <w:shd w:val="clear" w:color="auto" w:fill="F2F2F2" w:themeFill="background1" w:themeFillShade="F2"/>
            <w:vAlign w:val="center"/>
          </w:tcPr>
          <w:p w14:paraId="211270B4" w14:textId="70D7C95C"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Apellidos del</w:t>
            </w:r>
            <w:r w:rsidR="008D55B6" w:rsidRPr="00071963">
              <w:rPr>
                <w:rFonts w:ascii="Arial" w:eastAsia="Arial" w:hAnsi="Arial" w:cs="Arial"/>
                <w:b/>
                <w:bCs/>
              </w:rPr>
              <w:t>/a</w:t>
            </w:r>
            <w:r w:rsidRPr="00071963">
              <w:rPr>
                <w:rFonts w:ascii="Arial" w:eastAsia="Arial" w:hAnsi="Arial" w:cs="Arial"/>
                <w:b/>
                <w:bCs/>
              </w:rPr>
              <w:t xml:space="preserve"> </w:t>
            </w:r>
            <w:r w:rsidR="00924011">
              <w:rPr>
                <w:rFonts w:ascii="Arial" w:eastAsia="Arial" w:hAnsi="Arial" w:cs="Arial"/>
                <w:b/>
                <w:bCs/>
              </w:rPr>
              <w:t>p</w:t>
            </w:r>
            <w:r w:rsidRPr="00071963">
              <w:rPr>
                <w:rFonts w:ascii="Arial" w:eastAsia="Arial" w:hAnsi="Arial" w:cs="Arial"/>
                <w:b/>
                <w:bCs/>
              </w:rPr>
              <w:t>ostulante</w:t>
            </w:r>
          </w:p>
        </w:tc>
        <w:tc>
          <w:tcPr>
            <w:tcW w:w="7229" w:type="dxa"/>
            <w:gridSpan w:val="3"/>
          </w:tcPr>
          <w:p w14:paraId="5B7A5AC4" w14:textId="77777777" w:rsidR="005043B1" w:rsidRPr="00071963" w:rsidRDefault="005043B1" w:rsidP="004F0837">
            <w:pPr>
              <w:spacing w:after="0" w:line="240" w:lineRule="auto"/>
              <w:rPr>
                <w:rFonts w:ascii="Arial" w:eastAsia="Arial" w:hAnsi="Arial" w:cs="Arial"/>
              </w:rPr>
            </w:pPr>
          </w:p>
        </w:tc>
      </w:tr>
      <w:tr w:rsidR="005043B1" w:rsidRPr="00071963" w14:paraId="2BC2C37B" w14:textId="77777777" w:rsidTr="00D74C75">
        <w:trPr>
          <w:gridAfter w:val="1"/>
          <w:wAfter w:w="22" w:type="dxa"/>
          <w:trHeight w:val="454"/>
          <w:jc w:val="center"/>
        </w:trPr>
        <w:tc>
          <w:tcPr>
            <w:tcW w:w="2835" w:type="dxa"/>
            <w:shd w:val="clear" w:color="auto" w:fill="F2F2F2" w:themeFill="background1" w:themeFillShade="F2"/>
            <w:vAlign w:val="center"/>
          </w:tcPr>
          <w:p w14:paraId="0F65C83E" w14:textId="77777777"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C</w:t>
            </w:r>
            <w:r w:rsidR="00EC310C" w:rsidRPr="00071963">
              <w:rPr>
                <w:rFonts w:ascii="Arial" w:eastAsia="Arial" w:hAnsi="Arial" w:cs="Arial"/>
                <w:b/>
                <w:bCs/>
              </w:rPr>
              <w:t>é</w:t>
            </w:r>
            <w:r w:rsidRPr="00071963">
              <w:rPr>
                <w:rFonts w:ascii="Arial" w:eastAsia="Arial" w:hAnsi="Arial" w:cs="Arial"/>
                <w:b/>
                <w:bCs/>
              </w:rPr>
              <w:t>dula de identidad</w:t>
            </w:r>
          </w:p>
        </w:tc>
        <w:tc>
          <w:tcPr>
            <w:tcW w:w="7229" w:type="dxa"/>
            <w:gridSpan w:val="3"/>
          </w:tcPr>
          <w:p w14:paraId="4EBFB655" w14:textId="77777777" w:rsidR="005043B1" w:rsidRPr="00071963" w:rsidRDefault="005043B1" w:rsidP="004F0837">
            <w:pPr>
              <w:spacing w:after="0" w:line="240" w:lineRule="auto"/>
              <w:rPr>
                <w:rFonts w:ascii="Arial" w:eastAsia="Arial" w:hAnsi="Arial" w:cs="Arial"/>
              </w:rPr>
            </w:pPr>
          </w:p>
        </w:tc>
      </w:tr>
      <w:tr w:rsidR="005043B1" w:rsidRPr="00071963" w14:paraId="7DC59C9B" w14:textId="77777777" w:rsidTr="00D74C75">
        <w:trPr>
          <w:gridAfter w:val="1"/>
          <w:wAfter w:w="22" w:type="dxa"/>
          <w:trHeight w:val="454"/>
          <w:jc w:val="center"/>
        </w:trPr>
        <w:tc>
          <w:tcPr>
            <w:tcW w:w="2835" w:type="dxa"/>
            <w:shd w:val="clear" w:color="auto" w:fill="F2F2F2" w:themeFill="background1" w:themeFillShade="F2"/>
            <w:vAlign w:val="center"/>
          </w:tcPr>
          <w:p w14:paraId="69D20F09" w14:textId="4A9C437F"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 xml:space="preserve">Nombre </w:t>
            </w:r>
            <w:r w:rsidR="00924011">
              <w:rPr>
                <w:rFonts w:ascii="Arial" w:eastAsia="Arial" w:hAnsi="Arial" w:cs="Arial"/>
                <w:b/>
                <w:bCs/>
              </w:rPr>
              <w:t>e</w:t>
            </w:r>
            <w:r w:rsidRPr="00071963">
              <w:rPr>
                <w:rFonts w:ascii="Arial" w:eastAsia="Arial" w:hAnsi="Arial" w:cs="Arial"/>
                <w:b/>
                <w:bCs/>
              </w:rPr>
              <w:t>mpresa</w:t>
            </w:r>
          </w:p>
          <w:p w14:paraId="3A97C5CE" w14:textId="77777777"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(si corresponde)</w:t>
            </w:r>
          </w:p>
        </w:tc>
        <w:tc>
          <w:tcPr>
            <w:tcW w:w="7229" w:type="dxa"/>
            <w:gridSpan w:val="3"/>
          </w:tcPr>
          <w:p w14:paraId="6B8C3B23" w14:textId="77777777" w:rsidR="005043B1" w:rsidRPr="00071963" w:rsidRDefault="005043B1" w:rsidP="004F0837">
            <w:pPr>
              <w:spacing w:after="0" w:line="240" w:lineRule="auto"/>
              <w:rPr>
                <w:rFonts w:ascii="Arial" w:eastAsia="Arial" w:hAnsi="Arial" w:cs="Arial"/>
              </w:rPr>
            </w:pPr>
          </w:p>
        </w:tc>
      </w:tr>
      <w:tr w:rsidR="005043B1" w:rsidRPr="00071963" w14:paraId="276E67E3" w14:textId="77777777" w:rsidTr="00D74C75">
        <w:trPr>
          <w:gridAfter w:val="1"/>
          <w:wAfter w:w="22" w:type="dxa"/>
          <w:trHeight w:val="454"/>
          <w:jc w:val="center"/>
        </w:trPr>
        <w:tc>
          <w:tcPr>
            <w:tcW w:w="2835" w:type="dxa"/>
            <w:shd w:val="clear" w:color="auto" w:fill="F2F2F2" w:themeFill="background1" w:themeFillShade="F2"/>
            <w:vAlign w:val="center"/>
          </w:tcPr>
          <w:p w14:paraId="2115DFEB" w14:textId="77777777"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Rut Empresa</w:t>
            </w:r>
          </w:p>
          <w:p w14:paraId="5F3C0CB7" w14:textId="77777777"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(si corresponde)</w:t>
            </w:r>
          </w:p>
        </w:tc>
        <w:tc>
          <w:tcPr>
            <w:tcW w:w="2835" w:type="dxa"/>
          </w:tcPr>
          <w:p w14:paraId="1DC0BA39" w14:textId="77777777" w:rsidR="005043B1" w:rsidRPr="00071963" w:rsidRDefault="005043B1" w:rsidP="004F0837">
            <w:pPr>
              <w:spacing w:after="0" w:line="240" w:lineRule="auto"/>
              <w:rPr>
                <w:rFonts w:ascii="Arial" w:eastAsia="Arial" w:hAnsi="Arial" w:cs="Arial"/>
              </w:rPr>
            </w:pPr>
          </w:p>
        </w:tc>
        <w:tc>
          <w:tcPr>
            <w:tcW w:w="1300" w:type="dxa"/>
            <w:shd w:val="clear" w:color="auto" w:fill="F2F2F2" w:themeFill="background1" w:themeFillShade="F2"/>
            <w:vAlign w:val="center"/>
          </w:tcPr>
          <w:p w14:paraId="05B4EC36" w14:textId="77777777" w:rsidR="005043B1" w:rsidRPr="00071963" w:rsidRDefault="005043B1" w:rsidP="004F0837">
            <w:pPr>
              <w:spacing w:after="0" w:line="240" w:lineRule="auto"/>
              <w:jc w:val="center"/>
              <w:rPr>
                <w:rFonts w:ascii="Arial" w:eastAsia="Arial" w:hAnsi="Arial" w:cs="Arial"/>
                <w:b/>
                <w:bCs/>
              </w:rPr>
            </w:pPr>
            <w:r w:rsidRPr="00071963">
              <w:rPr>
                <w:rFonts w:ascii="Arial" w:eastAsia="Arial" w:hAnsi="Arial" w:cs="Arial"/>
                <w:b/>
                <w:bCs/>
              </w:rPr>
              <w:t>Teléfono</w:t>
            </w:r>
          </w:p>
        </w:tc>
        <w:tc>
          <w:tcPr>
            <w:tcW w:w="3094" w:type="dxa"/>
          </w:tcPr>
          <w:p w14:paraId="08D67C62" w14:textId="77777777" w:rsidR="005043B1" w:rsidRPr="00071963" w:rsidRDefault="005043B1" w:rsidP="004F0837">
            <w:pPr>
              <w:spacing w:after="0" w:line="240" w:lineRule="auto"/>
              <w:rPr>
                <w:rFonts w:ascii="Arial" w:eastAsia="Arial" w:hAnsi="Arial" w:cs="Arial"/>
              </w:rPr>
            </w:pPr>
          </w:p>
        </w:tc>
      </w:tr>
      <w:tr w:rsidR="005043B1" w:rsidRPr="00071963" w14:paraId="22FAF387" w14:textId="77777777" w:rsidTr="00D74C75">
        <w:trPr>
          <w:gridAfter w:val="1"/>
          <w:wAfter w:w="22" w:type="dxa"/>
          <w:trHeight w:val="454"/>
          <w:jc w:val="center"/>
        </w:trPr>
        <w:tc>
          <w:tcPr>
            <w:tcW w:w="2835" w:type="dxa"/>
            <w:shd w:val="clear" w:color="auto" w:fill="F2F2F2" w:themeFill="background1" w:themeFillShade="F2"/>
            <w:vAlign w:val="center"/>
          </w:tcPr>
          <w:p w14:paraId="5194305A" w14:textId="77777777"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Dirección</w:t>
            </w:r>
          </w:p>
        </w:tc>
        <w:tc>
          <w:tcPr>
            <w:tcW w:w="7229" w:type="dxa"/>
            <w:gridSpan w:val="3"/>
          </w:tcPr>
          <w:p w14:paraId="3D0FD213" w14:textId="77777777" w:rsidR="005043B1" w:rsidRPr="00071963" w:rsidRDefault="005043B1" w:rsidP="004F0837">
            <w:pPr>
              <w:spacing w:after="0" w:line="240" w:lineRule="auto"/>
              <w:rPr>
                <w:rFonts w:ascii="Arial" w:eastAsia="Arial" w:hAnsi="Arial" w:cs="Arial"/>
              </w:rPr>
            </w:pPr>
          </w:p>
        </w:tc>
      </w:tr>
      <w:tr w:rsidR="005043B1" w:rsidRPr="00071963" w14:paraId="3D78125F" w14:textId="77777777" w:rsidTr="00D74C75">
        <w:trPr>
          <w:gridAfter w:val="1"/>
          <w:wAfter w:w="22" w:type="dxa"/>
          <w:trHeight w:val="454"/>
          <w:jc w:val="center"/>
        </w:trPr>
        <w:tc>
          <w:tcPr>
            <w:tcW w:w="2835" w:type="dxa"/>
            <w:shd w:val="clear" w:color="auto" w:fill="F2F2F2" w:themeFill="background1" w:themeFillShade="F2"/>
            <w:vAlign w:val="center"/>
          </w:tcPr>
          <w:p w14:paraId="105D469B" w14:textId="77777777" w:rsidR="005043B1" w:rsidRPr="00071963" w:rsidRDefault="005043B1" w:rsidP="00EC310C">
            <w:pPr>
              <w:spacing w:after="0" w:line="240" w:lineRule="auto"/>
              <w:jc w:val="center"/>
              <w:rPr>
                <w:rFonts w:ascii="Arial" w:eastAsia="Arial" w:hAnsi="Arial" w:cs="Arial"/>
                <w:b/>
                <w:bCs/>
              </w:rPr>
            </w:pPr>
            <w:r w:rsidRPr="00071963">
              <w:rPr>
                <w:rFonts w:ascii="Arial" w:eastAsia="Arial" w:hAnsi="Arial" w:cs="Arial"/>
                <w:b/>
                <w:bCs/>
              </w:rPr>
              <w:t>Correo electrónico</w:t>
            </w:r>
          </w:p>
        </w:tc>
        <w:tc>
          <w:tcPr>
            <w:tcW w:w="7229" w:type="dxa"/>
            <w:gridSpan w:val="3"/>
          </w:tcPr>
          <w:p w14:paraId="656A6380" w14:textId="77777777" w:rsidR="005043B1" w:rsidRPr="00071963" w:rsidRDefault="005043B1" w:rsidP="004F0837">
            <w:pPr>
              <w:spacing w:after="0" w:line="240" w:lineRule="auto"/>
              <w:rPr>
                <w:rFonts w:ascii="Arial" w:eastAsia="Arial" w:hAnsi="Arial" w:cs="Arial"/>
              </w:rPr>
            </w:pPr>
          </w:p>
        </w:tc>
      </w:tr>
    </w:tbl>
    <w:p w14:paraId="42659D6E" w14:textId="77777777" w:rsidR="005043B1" w:rsidRPr="00071963" w:rsidRDefault="005043B1" w:rsidP="005043B1">
      <w:pPr>
        <w:rPr>
          <w:rFonts w:ascii="Arial" w:eastAsia="Arial" w:hAnsi="Arial" w:cs="Arial"/>
        </w:rPr>
      </w:pPr>
    </w:p>
    <w:p w14:paraId="4F555369" w14:textId="77777777" w:rsidR="00172912" w:rsidRPr="00071963" w:rsidRDefault="00172912" w:rsidP="00172912">
      <w:pPr>
        <w:spacing w:after="0" w:line="240" w:lineRule="auto"/>
        <w:rPr>
          <w:rFonts w:ascii="Arial" w:eastAsia="Arial" w:hAnsi="Arial" w:cs="Arial"/>
          <w:b/>
        </w:rPr>
      </w:pPr>
      <w:r w:rsidRPr="00071963">
        <w:rPr>
          <w:rFonts w:ascii="Arial" w:eastAsia="Arial" w:hAnsi="Arial" w:cs="Arial"/>
          <w:b/>
        </w:rPr>
        <w:t>2. Información sobre la Propuesta de Stand Gastronómico</w:t>
      </w:r>
      <w:r w:rsidR="00C01A76" w:rsidRPr="00071963">
        <w:rPr>
          <w:rFonts w:ascii="Arial" w:eastAsia="Arial" w:hAnsi="Arial" w:cs="Arial"/>
          <w:b/>
        </w:rPr>
        <w:t>.</w:t>
      </w:r>
    </w:p>
    <w:p w14:paraId="176DC3CE" w14:textId="77777777" w:rsidR="00172912" w:rsidRPr="00071963" w:rsidRDefault="00172912" w:rsidP="00172912">
      <w:pPr>
        <w:spacing w:after="0" w:line="240" w:lineRule="auto"/>
        <w:rPr>
          <w:rFonts w:ascii="Arial" w:eastAsia="Arial" w:hAnsi="Arial" w:cs="Arial"/>
          <w:b/>
          <w:bCs/>
        </w:rPr>
      </w:pPr>
    </w:p>
    <w:tbl>
      <w:tblPr>
        <w:tblStyle w:val="Tablaconcuadrcula1"/>
        <w:tblW w:w="9209" w:type="dxa"/>
        <w:jc w:val="center"/>
        <w:tblLook w:val="04A0" w:firstRow="1" w:lastRow="0" w:firstColumn="1" w:lastColumn="0" w:noHBand="0" w:noVBand="1"/>
      </w:tblPr>
      <w:tblGrid>
        <w:gridCol w:w="463"/>
        <w:gridCol w:w="3785"/>
        <w:gridCol w:w="4961"/>
      </w:tblGrid>
      <w:tr w:rsidR="00172912" w:rsidRPr="00071963" w14:paraId="00A18B04" w14:textId="77777777" w:rsidTr="00924011">
        <w:trPr>
          <w:trHeight w:val="419"/>
          <w:jc w:val="center"/>
        </w:trPr>
        <w:tc>
          <w:tcPr>
            <w:tcW w:w="0" w:type="auto"/>
            <w:shd w:val="clear" w:color="auto" w:fill="F2F2F2" w:themeFill="background1" w:themeFillShade="F2"/>
            <w:vAlign w:val="center"/>
            <w:hideMark/>
          </w:tcPr>
          <w:p w14:paraId="68FD7573" w14:textId="77777777" w:rsidR="00172912" w:rsidRPr="00071963" w:rsidRDefault="00172912" w:rsidP="0069787C">
            <w:pPr>
              <w:spacing w:line="252" w:lineRule="auto"/>
              <w:rPr>
                <w:rFonts w:ascii="Arial" w:eastAsia="Arial" w:hAnsi="Arial" w:cs="Arial"/>
                <w:b/>
                <w:bCs/>
              </w:rPr>
            </w:pPr>
            <w:r w:rsidRPr="00071963">
              <w:rPr>
                <w:rFonts w:ascii="Arial" w:eastAsia="Arial" w:hAnsi="Arial" w:cs="Arial"/>
                <w:b/>
                <w:bCs/>
              </w:rPr>
              <w:t>N°</w:t>
            </w:r>
          </w:p>
        </w:tc>
        <w:tc>
          <w:tcPr>
            <w:tcW w:w="3785" w:type="dxa"/>
            <w:shd w:val="clear" w:color="auto" w:fill="F2F2F2" w:themeFill="background1" w:themeFillShade="F2"/>
            <w:vAlign w:val="center"/>
            <w:hideMark/>
          </w:tcPr>
          <w:p w14:paraId="5E8F9EC8" w14:textId="77777777" w:rsidR="00172912" w:rsidRPr="00071963" w:rsidRDefault="00172912" w:rsidP="0069787C">
            <w:pPr>
              <w:spacing w:line="252" w:lineRule="auto"/>
              <w:jc w:val="center"/>
              <w:rPr>
                <w:rFonts w:ascii="Arial" w:eastAsia="Arial" w:hAnsi="Arial" w:cs="Arial"/>
                <w:b/>
                <w:bCs/>
              </w:rPr>
            </w:pPr>
            <w:r w:rsidRPr="00071963">
              <w:rPr>
                <w:rFonts w:ascii="Arial" w:eastAsia="Arial" w:hAnsi="Arial" w:cs="Arial"/>
                <w:b/>
                <w:bCs/>
              </w:rPr>
              <w:t>Pregunta</w:t>
            </w:r>
          </w:p>
        </w:tc>
        <w:tc>
          <w:tcPr>
            <w:tcW w:w="4961" w:type="dxa"/>
            <w:shd w:val="clear" w:color="auto" w:fill="F2F2F2" w:themeFill="background1" w:themeFillShade="F2"/>
            <w:vAlign w:val="center"/>
            <w:hideMark/>
          </w:tcPr>
          <w:p w14:paraId="46CB4EF9" w14:textId="77777777" w:rsidR="00172912" w:rsidRPr="00071963" w:rsidRDefault="00172912" w:rsidP="0069787C">
            <w:pPr>
              <w:spacing w:line="252" w:lineRule="auto"/>
              <w:jc w:val="center"/>
              <w:rPr>
                <w:rFonts w:ascii="Arial" w:eastAsia="Arial" w:hAnsi="Arial" w:cs="Arial"/>
                <w:b/>
                <w:bCs/>
              </w:rPr>
            </w:pPr>
            <w:r w:rsidRPr="00071963">
              <w:rPr>
                <w:rFonts w:ascii="Arial" w:eastAsia="Arial" w:hAnsi="Arial" w:cs="Arial"/>
                <w:b/>
                <w:bCs/>
              </w:rPr>
              <w:t>Respuesta</w:t>
            </w:r>
          </w:p>
        </w:tc>
      </w:tr>
      <w:tr w:rsidR="00172912" w:rsidRPr="00071963" w14:paraId="23DCBABA" w14:textId="77777777" w:rsidTr="00924011">
        <w:trPr>
          <w:jc w:val="center"/>
        </w:trPr>
        <w:tc>
          <w:tcPr>
            <w:tcW w:w="0" w:type="auto"/>
            <w:shd w:val="clear" w:color="auto" w:fill="F2F2F2" w:themeFill="background1" w:themeFillShade="F2"/>
            <w:vAlign w:val="center"/>
            <w:hideMark/>
          </w:tcPr>
          <w:p w14:paraId="505EC2C9" w14:textId="77777777" w:rsidR="004D6C39" w:rsidRPr="00924011" w:rsidRDefault="00000000">
            <w:pPr>
              <w:rPr>
                <w:rFonts w:ascii="Arial" w:hAnsi="Arial" w:cs="Arial"/>
                <w:b/>
                <w:bCs/>
              </w:rPr>
            </w:pPr>
            <w:r w:rsidRPr="00924011">
              <w:rPr>
                <w:rFonts w:ascii="Arial" w:hAnsi="Arial" w:cs="Arial"/>
                <w:b/>
                <w:bCs/>
              </w:rPr>
              <w:t>01</w:t>
            </w:r>
          </w:p>
        </w:tc>
        <w:tc>
          <w:tcPr>
            <w:tcW w:w="3785" w:type="dxa"/>
            <w:shd w:val="clear" w:color="auto" w:fill="F2F2F2" w:themeFill="background1" w:themeFillShade="F2"/>
            <w:hideMark/>
          </w:tcPr>
          <w:p w14:paraId="5E638AE9" w14:textId="474234D6" w:rsidR="004D6C39" w:rsidRPr="00924011" w:rsidRDefault="00000000" w:rsidP="00C83167">
            <w:pPr>
              <w:jc w:val="center"/>
              <w:rPr>
                <w:rFonts w:ascii="Arial" w:hAnsi="Arial" w:cs="Arial"/>
                <w:b/>
                <w:bCs/>
              </w:rPr>
            </w:pPr>
            <w:r w:rsidRPr="00924011">
              <w:rPr>
                <w:rFonts w:ascii="Arial" w:hAnsi="Arial" w:cs="Arial"/>
                <w:b/>
                <w:bCs/>
              </w:rPr>
              <w:t>Nombre del stand (opcional)</w:t>
            </w:r>
          </w:p>
        </w:tc>
        <w:tc>
          <w:tcPr>
            <w:tcW w:w="4961" w:type="dxa"/>
            <w:hideMark/>
          </w:tcPr>
          <w:p w14:paraId="2BD4F58C" w14:textId="77777777" w:rsidR="004D6C39" w:rsidRPr="00071963" w:rsidRDefault="004D6C39">
            <w:pPr>
              <w:rPr>
                <w:rFonts w:ascii="Arial" w:hAnsi="Arial" w:cs="Arial"/>
              </w:rPr>
            </w:pPr>
          </w:p>
        </w:tc>
      </w:tr>
      <w:tr w:rsidR="00172912" w:rsidRPr="00071963" w14:paraId="474AEDFF" w14:textId="77777777" w:rsidTr="00924011">
        <w:trPr>
          <w:jc w:val="center"/>
        </w:trPr>
        <w:tc>
          <w:tcPr>
            <w:tcW w:w="0" w:type="auto"/>
            <w:shd w:val="clear" w:color="auto" w:fill="F2F2F2" w:themeFill="background1" w:themeFillShade="F2"/>
            <w:hideMark/>
          </w:tcPr>
          <w:p w14:paraId="0759F1BB" w14:textId="77777777" w:rsidR="00C8097A" w:rsidRPr="00924011" w:rsidRDefault="00C8097A">
            <w:pPr>
              <w:rPr>
                <w:rFonts w:ascii="Arial" w:hAnsi="Arial" w:cs="Arial"/>
                <w:b/>
                <w:bCs/>
              </w:rPr>
            </w:pPr>
          </w:p>
          <w:p w14:paraId="65F43441" w14:textId="330CA670" w:rsidR="004D6C39" w:rsidRPr="00924011" w:rsidRDefault="00000000">
            <w:pPr>
              <w:rPr>
                <w:rFonts w:ascii="Arial" w:hAnsi="Arial" w:cs="Arial"/>
                <w:b/>
                <w:bCs/>
              </w:rPr>
            </w:pPr>
            <w:r w:rsidRPr="00924011">
              <w:rPr>
                <w:rFonts w:ascii="Arial" w:hAnsi="Arial" w:cs="Arial"/>
                <w:b/>
                <w:bCs/>
              </w:rPr>
              <w:t>02</w:t>
            </w:r>
          </w:p>
        </w:tc>
        <w:tc>
          <w:tcPr>
            <w:tcW w:w="3785" w:type="dxa"/>
            <w:shd w:val="clear" w:color="auto" w:fill="F2F2F2" w:themeFill="background1" w:themeFillShade="F2"/>
            <w:hideMark/>
          </w:tcPr>
          <w:p w14:paraId="6462881D" w14:textId="3A2F6383" w:rsidR="00C8097A" w:rsidRPr="00924011" w:rsidRDefault="00000000" w:rsidP="00C83167">
            <w:pPr>
              <w:jc w:val="center"/>
              <w:rPr>
                <w:rFonts w:ascii="Arial" w:hAnsi="Arial" w:cs="Arial"/>
                <w:b/>
                <w:bCs/>
              </w:rPr>
            </w:pPr>
            <w:r w:rsidRPr="00924011">
              <w:rPr>
                <w:rFonts w:ascii="Arial" w:hAnsi="Arial" w:cs="Arial"/>
                <w:b/>
                <w:bCs/>
              </w:rPr>
              <w:t>¿Qué país representa su propuesta gastronómica?</w:t>
            </w:r>
          </w:p>
          <w:p w14:paraId="648594C7" w14:textId="42D0C528" w:rsidR="00C8097A" w:rsidRPr="00924011" w:rsidRDefault="00C8097A" w:rsidP="00C83167">
            <w:pPr>
              <w:jc w:val="center"/>
              <w:rPr>
                <w:rFonts w:ascii="Arial" w:hAnsi="Arial" w:cs="Arial"/>
                <w:b/>
                <w:bCs/>
              </w:rPr>
            </w:pPr>
          </w:p>
        </w:tc>
        <w:tc>
          <w:tcPr>
            <w:tcW w:w="4961" w:type="dxa"/>
            <w:hideMark/>
          </w:tcPr>
          <w:p w14:paraId="73A97719" w14:textId="77777777" w:rsidR="004D6C39" w:rsidRPr="00071963" w:rsidRDefault="004D6C39">
            <w:pPr>
              <w:rPr>
                <w:rFonts w:ascii="Arial" w:hAnsi="Arial" w:cs="Arial"/>
              </w:rPr>
            </w:pPr>
          </w:p>
        </w:tc>
      </w:tr>
      <w:tr w:rsidR="00172912" w:rsidRPr="00071963" w14:paraId="09205AFD" w14:textId="77777777" w:rsidTr="00924011">
        <w:trPr>
          <w:trHeight w:val="558"/>
          <w:jc w:val="center"/>
        </w:trPr>
        <w:tc>
          <w:tcPr>
            <w:tcW w:w="0" w:type="auto"/>
            <w:shd w:val="clear" w:color="auto" w:fill="F2F2F2" w:themeFill="background1" w:themeFillShade="F2"/>
            <w:hideMark/>
          </w:tcPr>
          <w:p w14:paraId="2099297A" w14:textId="77777777" w:rsidR="004D6C39" w:rsidRPr="00924011" w:rsidRDefault="00000000">
            <w:pPr>
              <w:rPr>
                <w:rFonts w:ascii="Arial" w:hAnsi="Arial" w:cs="Arial"/>
                <w:b/>
                <w:bCs/>
              </w:rPr>
            </w:pPr>
            <w:r w:rsidRPr="00924011">
              <w:rPr>
                <w:rFonts w:ascii="Arial" w:hAnsi="Arial" w:cs="Arial"/>
                <w:b/>
                <w:bCs/>
              </w:rPr>
              <w:t>03</w:t>
            </w:r>
          </w:p>
        </w:tc>
        <w:tc>
          <w:tcPr>
            <w:tcW w:w="3785" w:type="dxa"/>
            <w:shd w:val="clear" w:color="auto" w:fill="F2F2F2" w:themeFill="background1" w:themeFillShade="F2"/>
            <w:vAlign w:val="center"/>
            <w:hideMark/>
          </w:tcPr>
          <w:p w14:paraId="2ED8FEFE" w14:textId="7377B358" w:rsidR="004D6C39" w:rsidRPr="00924011" w:rsidRDefault="00000000" w:rsidP="00C83167">
            <w:pPr>
              <w:jc w:val="center"/>
              <w:rPr>
                <w:rFonts w:ascii="Arial" w:hAnsi="Arial" w:cs="Arial"/>
                <w:b/>
                <w:bCs/>
              </w:rPr>
            </w:pPr>
            <w:r w:rsidRPr="00924011">
              <w:rPr>
                <w:rFonts w:ascii="Arial" w:hAnsi="Arial" w:cs="Arial"/>
                <w:b/>
                <w:bCs/>
              </w:rPr>
              <w:t xml:space="preserve">¿Cuántas y cuáles preparaciones gastronómicas internacionales ofrecerá? (indique su nombre, país de origen o referencia cultural </w:t>
            </w:r>
            <w:r w:rsidR="00C2290A" w:rsidRPr="00924011">
              <w:rPr>
                <w:rFonts w:ascii="Arial" w:hAnsi="Arial" w:cs="Arial"/>
                <w:b/>
                <w:bCs/>
              </w:rPr>
              <w:t>con</w:t>
            </w:r>
            <w:r w:rsidRPr="00924011">
              <w:rPr>
                <w:rFonts w:ascii="Arial" w:hAnsi="Arial" w:cs="Arial"/>
                <w:b/>
                <w:bCs/>
              </w:rPr>
              <w:t xml:space="preserve"> una descripción).</w:t>
            </w:r>
          </w:p>
        </w:tc>
        <w:tc>
          <w:tcPr>
            <w:tcW w:w="4961" w:type="dxa"/>
            <w:hideMark/>
          </w:tcPr>
          <w:p w14:paraId="537FF948" w14:textId="6C09BC34" w:rsidR="00C8097A" w:rsidRPr="00924011" w:rsidRDefault="00C8097A">
            <w:pPr>
              <w:rPr>
                <w:rFonts w:ascii="Arial" w:hAnsi="Arial" w:cs="Arial"/>
                <w:b/>
                <w:bCs/>
              </w:rPr>
            </w:pPr>
            <w:r w:rsidRPr="00924011">
              <w:rPr>
                <w:rFonts w:ascii="Arial" w:hAnsi="Arial" w:cs="Arial"/>
                <w:b/>
                <w:bCs/>
              </w:rPr>
              <w:t>Nombre del plato</w:t>
            </w:r>
            <w:r w:rsidR="00924011" w:rsidRPr="00924011">
              <w:rPr>
                <w:rFonts w:ascii="Arial" w:hAnsi="Arial" w:cs="Arial"/>
                <w:b/>
                <w:bCs/>
              </w:rPr>
              <w:t>:</w:t>
            </w:r>
          </w:p>
          <w:p w14:paraId="4952DD64" w14:textId="77777777" w:rsidR="00C8097A" w:rsidRPr="00924011" w:rsidRDefault="00C8097A">
            <w:pPr>
              <w:rPr>
                <w:rFonts w:ascii="Arial" w:hAnsi="Arial" w:cs="Arial"/>
                <w:b/>
                <w:bCs/>
              </w:rPr>
            </w:pPr>
          </w:p>
          <w:p w14:paraId="6B130DBA" w14:textId="77777777" w:rsidR="00C2290A" w:rsidRPr="00924011" w:rsidRDefault="00000000">
            <w:pPr>
              <w:rPr>
                <w:rFonts w:ascii="Arial" w:hAnsi="Arial" w:cs="Arial"/>
                <w:b/>
                <w:bCs/>
              </w:rPr>
            </w:pPr>
            <w:r w:rsidRPr="00924011">
              <w:rPr>
                <w:rFonts w:ascii="Arial" w:hAnsi="Arial" w:cs="Arial"/>
                <w:b/>
                <w:bCs/>
              </w:rPr>
              <w:t>1.-</w:t>
            </w:r>
          </w:p>
          <w:p w14:paraId="5E4FE566" w14:textId="77777777" w:rsidR="00C2290A" w:rsidRPr="00924011" w:rsidRDefault="00C2290A">
            <w:pPr>
              <w:rPr>
                <w:rFonts w:ascii="Arial" w:hAnsi="Arial" w:cs="Arial"/>
                <w:b/>
                <w:bCs/>
              </w:rPr>
            </w:pPr>
          </w:p>
          <w:p w14:paraId="18476859" w14:textId="77777777" w:rsidR="00C2290A" w:rsidRPr="00924011" w:rsidRDefault="00C2290A">
            <w:pPr>
              <w:rPr>
                <w:rFonts w:ascii="Arial" w:hAnsi="Arial" w:cs="Arial"/>
                <w:b/>
                <w:bCs/>
              </w:rPr>
            </w:pPr>
          </w:p>
          <w:p w14:paraId="0741D2B8" w14:textId="77777777" w:rsidR="00C2290A" w:rsidRPr="00924011" w:rsidRDefault="00000000">
            <w:pPr>
              <w:rPr>
                <w:rFonts w:ascii="Arial" w:hAnsi="Arial" w:cs="Arial"/>
                <w:b/>
                <w:bCs/>
              </w:rPr>
            </w:pPr>
            <w:r w:rsidRPr="00924011">
              <w:rPr>
                <w:rFonts w:ascii="Arial" w:hAnsi="Arial" w:cs="Arial"/>
                <w:b/>
                <w:bCs/>
              </w:rPr>
              <w:br/>
              <w:t>2.-</w:t>
            </w:r>
          </w:p>
          <w:p w14:paraId="6A74DB5E" w14:textId="77777777" w:rsidR="00C2290A" w:rsidRPr="00924011" w:rsidRDefault="00C2290A">
            <w:pPr>
              <w:rPr>
                <w:rFonts w:ascii="Arial" w:hAnsi="Arial" w:cs="Arial"/>
                <w:b/>
                <w:bCs/>
              </w:rPr>
            </w:pPr>
          </w:p>
          <w:p w14:paraId="34451C0A" w14:textId="77777777" w:rsidR="00C2290A" w:rsidRPr="00924011" w:rsidRDefault="00C2290A">
            <w:pPr>
              <w:rPr>
                <w:rFonts w:ascii="Arial" w:hAnsi="Arial" w:cs="Arial"/>
                <w:b/>
                <w:bCs/>
              </w:rPr>
            </w:pPr>
          </w:p>
          <w:p w14:paraId="350CAB44" w14:textId="77777777" w:rsidR="00C2290A" w:rsidRPr="00924011" w:rsidRDefault="00000000">
            <w:pPr>
              <w:rPr>
                <w:rFonts w:ascii="Arial" w:hAnsi="Arial" w:cs="Arial"/>
                <w:b/>
                <w:bCs/>
              </w:rPr>
            </w:pPr>
            <w:r w:rsidRPr="00924011">
              <w:rPr>
                <w:rFonts w:ascii="Arial" w:hAnsi="Arial" w:cs="Arial"/>
                <w:b/>
                <w:bCs/>
              </w:rPr>
              <w:br/>
              <w:t>3.-</w:t>
            </w:r>
          </w:p>
          <w:p w14:paraId="72619FDB" w14:textId="77777777" w:rsidR="00C2290A" w:rsidRPr="00924011" w:rsidRDefault="00C2290A">
            <w:pPr>
              <w:rPr>
                <w:rFonts w:ascii="Arial" w:hAnsi="Arial" w:cs="Arial"/>
                <w:b/>
                <w:bCs/>
              </w:rPr>
            </w:pPr>
          </w:p>
          <w:p w14:paraId="03EA8B19" w14:textId="77777777" w:rsidR="00C2290A" w:rsidRPr="00924011" w:rsidRDefault="00C2290A">
            <w:pPr>
              <w:rPr>
                <w:rFonts w:ascii="Arial" w:hAnsi="Arial" w:cs="Arial"/>
                <w:b/>
                <w:bCs/>
              </w:rPr>
            </w:pPr>
          </w:p>
          <w:p w14:paraId="4AE082F2" w14:textId="5A5181B9" w:rsidR="00C2290A" w:rsidRPr="00924011" w:rsidRDefault="00000000">
            <w:pPr>
              <w:rPr>
                <w:rFonts w:ascii="Arial" w:hAnsi="Arial" w:cs="Arial"/>
                <w:b/>
                <w:bCs/>
              </w:rPr>
            </w:pPr>
            <w:r w:rsidRPr="00924011">
              <w:rPr>
                <w:rFonts w:ascii="Arial" w:hAnsi="Arial" w:cs="Arial"/>
                <w:b/>
                <w:bCs/>
              </w:rPr>
              <w:br/>
              <w:t>4.-</w:t>
            </w:r>
          </w:p>
          <w:p w14:paraId="53DEB4D3" w14:textId="77777777" w:rsidR="00C2290A" w:rsidRPr="00924011" w:rsidRDefault="00C2290A">
            <w:pPr>
              <w:rPr>
                <w:rFonts w:ascii="Arial" w:hAnsi="Arial" w:cs="Arial"/>
                <w:b/>
                <w:bCs/>
              </w:rPr>
            </w:pPr>
          </w:p>
          <w:p w14:paraId="4A120070" w14:textId="77777777" w:rsidR="00C2290A" w:rsidRDefault="00000000">
            <w:pPr>
              <w:rPr>
                <w:rFonts w:ascii="Arial" w:hAnsi="Arial" w:cs="Arial"/>
                <w:b/>
                <w:bCs/>
              </w:rPr>
            </w:pPr>
            <w:r w:rsidRPr="00071963">
              <w:rPr>
                <w:rFonts w:ascii="Arial" w:hAnsi="Arial" w:cs="Arial"/>
              </w:rPr>
              <w:br/>
            </w:r>
            <w:r w:rsidRPr="00924011">
              <w:rPr>
                <w:rFonts w:ascii="Arial" w:hAnsi="Arial" w:cs="Arial"/>
                <w:b/>
                <w:bCs/>
              </w:rPr>
              <w:t>5.-</w:t>
            </w:r>
          </w:p>
          <w:p w14:paraId="4DF5FC7F" w14:textId="77777777" w:rsidR="00924011" w:rsidRDefault="00924011">
            <w:pPr>
              <w:rPr>
                <w:rFonts w:ascii="Arial" w:hAnsi="Arial" w:cs="Arial"/>
                <w:b/>
                <w:bCs/>
              </w:rPr>
            </w:pPr>
          </w:p>
          <w:p w14:paraId="093EA042" w14:textId="77777777" w:rsidR="00924011" w:rsidRDefault="00924011">
            <w:pPr>
              <w:rPr>
                <w:rFonts w:ascii="Arial" w:hAnsi="Arial" w:cs="Arial"/>
                <w:b/>
                <w:bCs/>
              </w:rPr>
            </w:pPr>
          </w:p>
          <w:p w14:paraId="55BB2FA9" w14:textId="67D63CCC" w:rsidR="00924011" w:rsidRPr="00924011" w:rsidRDefault="00924011">
            <w:pPr>
              <w:rPr>
                <w:rFonts w:ascii="Arial" w:hAnsi="Arial" w:cs="Arial"/>
                <w:b/>
                <w:bCs/>
              </w:rPr>
            </w:pPr>
          </w:p>
        </w:tc>
      </w:tr>
      <w:tr w:rsidR="00C8097A" w:rsidRPr="00071963" w14:paraId="38AED3CE" w14:textId="77777777" w:rsidTr="00924011">
        <w:trPr>
          <w:trHeight w:val="558"/>
          <w:jc w:val="center"/>
        </w:trPr>
        <w:tc>
          <w:tcPr>
            <w:tcW w:w="0" w:type="auto"/>
            <w:shd w:val="clear" w:color="auto" w:fill="F2F2F2" w:themeFill="background1" w:themeFillShade="F2"/>
          </w:tcPr>
          <w:p w14:paraId="1148B5D5" w14:textId="7E54825D" w:rsidR="00C8097A" w:rsidRPr="00924011" w:rsidRDefault="00CE0865" w:rsidP="00924011">
            <w:pPr>
              <w:jc w:val="center"/>
              <w:rPr>
                <w:rFonts w:ascii="Arial" w:hAnsi="Arial" w:cs="Arial"/>
                <w:b/>
                <w:bCs/>
              </w:rPr>
            </w:pPr>
            <w:r>
              <w:rPr>
                <w:rFonts w:ascii="Arial" w:hAnsi="Arial" w:cs="Arial"/>
                <w:b/>
                <w:bCs/>
              </w:rPr>
              <w:lastRenderedPageBreak/>
              <w:t>0</w:t>
            </w:r>
            <w:r w:rsidR="00C8097A" w:rsidRPr="00924011">
              <w:rPr>
                <w:rFonts w:ascii="Arial" w:hAnsi="Arial" w:cs="Arial"/>
                <w:b/>
                <w:bCs/>
              </w:rPr>
              <w:t>4</w:t>
            </w:r>
          </w:p>
        </w:tc>
        <w:tc>
          <w:tcPr>
            <w:tcW w:w="3785" w:type="dxa"/>
            <w:shd w:val="clear" w:color="auto" w:fill="F2F2F2" w:themeFill="background1" w:themeFillShade="F2"/>
            <w:vAlign w:val="center"/>
          </w:tcPr>
          <w:p w14:paraId="2D745597" w14:textId="4FF8CC65" w:rsidR="00C8097A" w:rsidRPr="00924011" w:rsidRDefault="00C8097A" w:rsidP="00C83167">
            <w:pPr>
              <w:jc w:val="center"/>
              <w:rPr>
                <w:rFonts w:ascii="Arial" w:hAnsi="Arial" w:cs="Arial"/>
                <w:b/>
                <w:bCs/>
              </w:rPr>
            </w:pPr>
            <w:r w:rsidRPr="00924011">
              <w:rPr>
                <w:rFonts w:ascii="Arial" w:hAnsi="Arial" w:cs="Arial"/>
                <w:b/>
                <w:bCs/>
              </w:rPr>
              <w:t>Especificar ingredientes de cada plato indicado en el punto anterior</w:t>
            </w:r>
            <w:r w:rsidR="00C2290A" w:rsidRPr="00924011">
              <w:rPr>
                <w:rFonts w:ascii="Arial" w:hAnsi="Arial" w:cs="Arial"/>
                <w:b/>
                <w:bCs/>
              </w:rPr>
              <w:t xml:space="preserve"> y su preparación.</w:t>
            </w:r>
          </w:p>
        </w:tc>
        <w:tc>
          <w:tcPr>
            <w:tcW w:w="4961" w:type="dxa"/>
          </w:tcPr>
          <w:p w14:paraId="60D5CFB9" w14:textId="7243E919" w:rsidR="00C8097A" w:rsidRPr="00924011" w:rsidRDefault="00C8097A">
            <w:pPr>
              <w:rPr>
                <w:rFonts w:ascii="Arial" w:hAnsi="Arial" w:cs="Arial"/>
                <w:b/>
                <w:bCs/>
              </w:rPr>
            </w:pPr>
            <w:r w:rsidRPr="00924011">
              <w:rPr>
                <w:rFonts w:ascii="Arial" w:hAnsi="Arial" w:cs="Arial"/>
                <w:b/>
                <w:bCs/>
              </w:rPr>
              <w:t>Ingredientes</w:t>
            </w:r>
          </w:p>
          <w:p w14:paraId="36F573D1" w14:textId="77777777" w:rsidR="00C8097A" w:rsidRPr="00924011" w:rsidRDefault="00C8097A">
            <w:pPr>
              <w:rPr>
                <w:rFonts w:ascii="Arial" w:hAnsi="Arial" w:cs="Arial"/>
                <w:b/>
                <w:bCs/>
              </w:rPr>
            </w:pPr>
          </w:p>
          <w:p w14:paraId="5948C931" w14:textId="77777777" w:rsidR="00C8097A" w:rsidRPr="00924011" w:rsidRDefault="00C8097A">
            <w:pPr>
              <w:rPr>
                <w:rFonts w:ascii="Arial" w:hAnsi="Arial" w:cs="Arial"/>
                <w:b/>
                <w:bCs/>
              </w:rPr>
            </w:pPr>
            <w:r w:rsidRPr="00924011">
              <w:rPr>
                <w:rFonts w:ascii="Arial" w:hAnsi="Arial" w:cs="Arial"/>
                <w:b/>
                <w:bCs/>
              </w:rPr>
              <w:t>1.-</w:t>
            </w:r>
          </w:p>
          <w:p w14:paraId="5F40B12D" w14:textId="77777777" w:rsidR="00C2290A" w:rsidRPr="00924011" w:rsidRDefault="00C2290A">
            <w:pPr>
              <w:rPr>
                <w:rFonts w:ascii="Arial" w:hAnsi="Arial" w:cs="Arial"/>
                <w:b/>
                <w:bCs/>
              </w:rPr>
            </w:pPr>
          </w:p>
          <w:p w14:paraId="763728BA" w14:textId="77777777" w:rsidR="00C2290A" w:rsidRPr="00924011" w:rsidRDefault="00C2290A">
            <w:pPr>
              <w:rPr>
                <w:rFonts w:ascii="Arial" w:hAnsi="Arial" w:cs="Arial"/>
                <w:b/>
                <w:bCs/>
              </w:rPr>
            </w:pPr>
          </w:p>
          <w:p w14:paraId="3EF87B7E" w14:textId="4FD9EBC8" w:rsidR="00C8097A" w:rsidRPr="00924011" w:rsidRDefault="00C8097A">
            <w:pPr>
              <w:rPr>
                <w:rFonts w:ascii="Arial" w:hAnsi="Arial" w:cs="Arial"/>
                <w:b/>
                <w:bCs/>
              </w:rPr>
            </w:pPr>
            <w:r w:rsidRPr="00924011">
              <w:rPr>
                <w:rFonts w:ascii="Arial" w:hAnsi="Arial" w:cs="Arial"/>
                <w:b/>
                <w:bCs/>
              </w:rPr>
              <w:br/>
              <w:t>2.-</w:t>
            </w:r>
          </w:p>
          <w:p w14:paraId="6947C774" w14:textId="77777777" w:rsidR="00C2290A" w:rsidRPr="00924011" w:rsidRDefault="00C2290A">
            <w:pPr>
              <w:rPr>
                <w:rFonts w:ascii="Arial" w:hAnsi="Arial" w:cs="Arial"/>
                <w:b/>
                <w:bCs/>
              </w:rPr>
            </w:pPr>
          </w:p>
          <w:p w14:paraId="1671CC1A" w14:textId="77777777" w:rsidR="00C2290A" w:rsidRPr="00924011" w:rsidRDefault="00C2290A">
            <w:pPr>
              <w:rPr>
                <w:rFonts w:ascii="Arial" w:hAnsi="Arial" w:cs="Arial"/>
                <w:b/>
                <w:bCs/>
              </w:rPr>
            </w:pPr>
          </w:p>
          <w:p w14:paraId="51B438F8" w14:textId="01BBA33B" w:rsidR="00C8097A" w:rsidRPr="00924011" w:rsidRDefault="00C8097A">
            <w:pPr>
              <w:rPr>
                <w:rFonts w:ascii="Arial" w:hAnsi="Arial" w:cs="Arial"/>
                <w:b/>
                <w:bCs/>
              </w:rPr>
            </w:pPr>
            <w:r w:rsidRPr="00924011">
              <w:rPr>
                <w:rFonts w:ascii="Arial" w:hAnsi="Arial" w:cs="Arial"/>
                <w:b/>
                <w:bCs/>
              </w:rPr>
              <w:br/>
              <w:t>3.-</w:t>
            </w:r>
          </w:p>
          <w:p w14:paraId="408E29F3" w14:textId="77777777" w:rsidR="00C2290A" w:rsidRPr="00924011" w:rsidRDefault="00C2290A">
            <w:pPr>
              <w:rPr>
                <w:rFonts w:ascii="Arial" w:hAnsi="Arial" w:cs="Arial"/>
                <w:b/>
                <w:bCs/>
              </w:rPr>
            </w:pPr>
          </w:p>
          <w:p w14:paraId="05BBC38B" w14:textId="77777777" w:rsidR="00C2290A" w:rsidRPr="00924011" w:rsidRDefault="00C2290A">
            <w:pPr>
              <w:rPr>
                <w:rFonts w:ascii="Arial" w:hAnsi="Arial" w:cs="Arial"/>
                <w:b/>
                <w:bCs/>
              </w:rPr>
            </w:pPr>
          </w:p>
          <w:p w14:paraId="655DA938" w14:textId="28EC2107" w:rsidR="00C8097A" w:rsidRPr="00924011" w:rsidRDefault="00C8097A">
            <w:pPr>
              <w:rPr>
                <w:rFonts w:ascii="Arial" w:hAnsi="Arial" w:cs="Arial"/>
                <w:b/>
                <w:bCs/>
              </w:rPr>
            </w:pPr>
            <w:r w:rsidRPr="00924011">
              <w:rPr>
                <w:rFonts w:ascii="Arial" w:hAnsi="Arial" w:cs="Arial"/>
                <w:b/>
                <w:bCs/>
              </w:rPr>
              <w:br/>
              <w:t>4.-</w:t>
            </w:r>
          </w:p>
          <w:p w14:paraId="0A71A34A" w14:textId="77777777" w:rsidR="00C2290A" w:rsidRPr="00924011" w:rsidRDefault="00C2290A">
            <w:pPr>
              <w:rPr>
                <w:rFonts w:ascii="Arial" w:hAnsi="Arial" w:cs="Arial"/>
                <w:b/>
                <w:bCs/>
              </w:rPr>
            </w:pPr>
          </w:p>
          <w:p w14:paraId="336FD3E2" w14:textId="77777777" w:rsidR="00C2290A" w:rsidRPr="00924011" w:rsidRDefault="00C2290A">
            <w:pPr>
              <w:rPr>
                <w:rFonts w:ascii="Arial" w:hAnsi="Arial" w:cs="Arial"/>
                <w:b/>
                <w:bCs/>
              </w:rPr>
            </w:pPr>
          </w:p>
          <w:p w14:paraId="2D3C1577" w14:textId="77777777" w:rsidR="00C8097A" w:rsidRDefault="00C8097A">
            <w:pPr>
              <w:rPr>
                <w:rFonts w:ascii="Arial" w:hAnsi="Arial" w:cs="Arial"/>
                <w:b/>
                <w:bCs/>
              </w:rPr>
            </w:pPr>
            <w:r w:rsidRPr="00924011">
              <w:rPr>
                <w:rFonts w:ascii="Arial" w:hAnsi="Arial" w:cs="Arial"/>
                <w:b/>
                <w:bCs/>
              </w:rPr>
              <w:br/>
              <w:t>5.-</w:t>
            </w:r>
          </w:p>
          <w:p w14:paraId="0D7AD89D" w14:textId="77777777" w:rsidR="00924011" w:rsidRDefault="00924011">
            <w:pPr>
              <w:rPr>
                <w:rFonts w:ascii="Arial" w:hAnsi="Arial" w:cs="Arial"/>
                <w:b/>
                <w:bCs/>
              </w:rPr>
            </w:pPr>
          </w:p>
          <w:p w14:paraId="630457F2" w14:textId="44921657" w:rsidR="00924011" w:rsidRPr="00071963" w:rsidRDefault="00924011">
            <w:pPr>
              <w:rPr>
                <w:rFonts w:ascii="Arial" w:hAnsi="Arial" w:cs="Arial"/>
              </w:rPr>
            </w:pPr>
          </w:p>
        </w:tc>
      </w:tr>
      <w:tr w:rsidR="00C8097A" w:rsidRPr="00071963" w14:paraId="1187F36A" w14:textId="77777777" w:rsidTr="00924011">
        <w:trPr>
          <w:trHeight w:val="558"/>
          <w:jc w:val="center"/>
        </w:trPr>
        <w:tc>
          <w:tcPr>
            <w:tcW w:w="0" w:type="auto"/>
            <w:shd w:val="clear" w:color="auto" w:fill="F2F2F2" w:themeFill="background1" w:themeFillShade="F2"/>
          </w:tcPr>
          <w:p w14:paraId="41D8FDDF" w14:textId="0B1A3814" w:rsidR="00C8097A" w:rsidRPr="00924011" w:rsidRDefault="00CE0865">
            <w:pPr>
              <w:rPr>
                <w:rFonts w:ascii="Arial" w:hAnsi="Arial" w:cs="Arial"/>
                <w:b/>
                <w:bCs/>
              </w:rPr>
            </w:pPr>
            <w:r>
              <w:rPr>
                <w:rFonts w:ascii="Arial" w:hAnsi="Arial" w:cs="Arial"/>
                <w:b/>
                <w:bCs/>
              </w:rPr>
              <w:t>0</w:t>
            </w:r>
            <w:r w:rsidR="00924011" w:rsidRPr="00924011">
              <w:rPr>
                <w:rFonts w:ascii="Arial" w:hAnsi="Arial" w:cs="Arial"/>
                <w:b/>
                <w:bCs/>
              </w:rPr>
              <w:t>5</w:t>
            </w:r>
          </w:p>
        </w:tc>
        <w:tc>
          <w:tcPr>
            <w:tcW w:w="3785" w:type="dxa"/>
            <w:shd w:val="clear" w:color="auto" w:fill="F2F2F2" w:themeFill="background1" w:themeFillShade="F2"/>
            <w:vAlign w:val="center"/>
          </w:tcPr>
          <w:p w14:paraId="3C902ADB" w14:textId="7DA98D41" w:rsidR="00C8097A" w:rsidRPr="00924011" w:rsidRDefault="00C8097A" w:rsidP="00C83167">
            <w:pPr>
              <w:jc w:val="center"/>
              <w:rPr>
                <w:rFonts w:ascii="Arial" w:hAnsi="Arial" w:cs="Arial"/>
                <w:b/>
                <w:bCs/>
              </w:rPr>
            </w:pPr>
            <w:r w:rsidRPr="00924011">
              <w:rPr>
                <w:rFonts w:ascii="Arial" w:hAnsi="Arial" w:cs="Arial"/>
                <w:b/>
                <w:bCs/>
              </w:rPr>
              <w:t>Valor de comercialización de cada propuesta gastronómica</w:t>
            </w:r>
          </w:p>
        </w:tc>
        <w:tc>
          <w:tcPr>
            <w:tcW w:w="4961" w:type="dxa"/>
          </w:tcPr>
          <w:p w14:paraId="4E858B5D" w14:textId="0B0C3029" w:rsidR="00C8097A" w:rsidRPr="00071963" w:rsidRDefault="00C8097A">
            <w:pPr>
              <w:rPr>
                <w:rFonts w:ascii="Arial" w:hAnsi="Arial" w:cs="Arial"/>
              </w:rPr>
            </w:pPr>
          </w:p>
          <w:tbl>
            <w:tblPr>
              <w:tblStyle w:val="Tablaconcuadrcula"/>
              <w:tblW w:w="0" w:type="auto"/>
              <w:jc w:val="center"/>
              <w:tblLook w:val="04A0" w:firstRow="1" w:lastRow="0" w:firstColumn="1" w:lastColumn="0" w:noHBand="0" w:noVBand="1"/>
            </w:tblPr>
            <w:tblGrid>
              <w:gridCol w:w="370"/>
              <w:gridCol w:w="2705"/>
              <w:gridCol w:w="1507"/>
            </w:tblGrid>
            <w:tr w:rsidR="00C8097A" w:rsidRPr="00071963" w14:paraId="1F3653F4" w14:textId="77777777" w:rsidTr="00924011">
              <w:trPr>
                <w:trHeight w:val="465"/>
                <w:jc w:val="center"/>
              </w:trPr>
              <w:tc>
                <w:tcPr>
                  <w:tcW w:w="370" w:type="dxa"/>
                </w:tcPr>
                <w:p w14:paraId="6C3C73E5" w14:textId="77777777" w:rsidR="00C8097A" w:rsidRPr="00924011" w:rsidRDefault="00C8097A">
                  <w:pPr>
                    <w:rPr>
                      <w:rFonts w:ascii="Arial" w:hAnsi="Arial" w:cs="Arial"/>
                      <w:b/>
                      <w:bCs/>
                    </w:rPr>
                  </w:pPr>
                </w:p>
              </w:tc>
              <w:tc>
                <w:tcPr>
                  <w:tcW w:w="2705" w:type="dxa"/>
                </w:tcPr>
                <w:p w14:paraId="161B1DA9" w14:textId="646E082C" w:rsidR="00C8097A" w:rsidRPr="00924011" w:rsidRDefault="00C8097A" w:rsidP="00924011">
                  <w:pPr>
                    <w:jc w:val="center"/>
                    <w:rPr>
                      <w:rFonts w:ascii="Arial" w:hAnsi="Arial" w:cs="Arial"/>
                      <w:b/>
                      <w:bCs/>
                    </w:rPr>
                  </w:pPr>
                  <w:r w:rsidRPr="00924011">
                    <w:rPr>
                      <w:rFonts w:ascii="Arial" w:hAnsi="Arial" w:cs="Arial"/>
                      <w:b/>
                      <w:bCs/>
                    </w:rPr>
                    <w:t>Nombre de plato</w:t>
                  </w:r>
                </w:p>
              </w:tc>
              <w:tc>
                <w:tcPr>
                  <w:tcW w:w="1507" w:type="dxa"/>
                </w:tcPr>
                <w:p w14:paraId="294D8D66" w14:textId="7810E388" w:rsidR="00C8097A" w:rsidRPr="00924011" w:rsidRDefault="00C8097A" w:rsidP="00C8097A">
                  <w:pPr>
                    <w:jc w:val="center"/>
                    <w:rPr>
                      <w:rFonts w:ascii="Arial" w:hAnsi="Arial" w:cs="Arial"/>
                      <w:b/>
                      <w:bCs/>
                    </w:rPr>
                  </w:pPr>
                  <w:r w:rsidRPr="00924011">
                    <w:rPr>
                      <w:rFonts w:ascii="Arial" w:hAnsi="Arial" w:cs="Arial"/>
                      <w:b/>
                      <w:bCs/>
                    </w:rPr>
                    <w:t>Valor de propuesta $</w:t>
                  </w:r>
                </w:p>
              </w:tc>
            </w:tr>
            <w:tr w:rsidR="00C8097A" w:rsidRPr="00071963" w14:paraId="062DB996" w14:textId="77777777" w:rsidTr="00924011">
              <w:trPr>
                <w:trHeight w:val="232"/>
                <w:jc w:val="center"/>
              </w:trPr>
              <w:tc>
                <w:tcPr>
                  <w:tcW w:w="370" w:type="dxa"/>
                </w:tcPr>
                <w:p w14:paraId="6AACCCA4" w14:textId="6EEF68D9" w:rsidR="00C8097A" w:rsidRPr="00924011" w:rsidRDefault="00C8097A">
                  <w:pPr>
                    <w:rPr>
                      <w:rFonts w:ascii="Arial" w:hAnsi="Arial" w:cs="Arial"/>
                      <w:b/>
                      <w:bCs/>
                    </w:rPr>
                  </w:pPr>
                  <w:r w:rsidRPr="00924011">
                    <w:rPr>
                      <w:rFonts w:ascii="Arial" w:hAnsi="Arial" w:cs="Arial"/>
                      <w:b/>
                      <w:bCs/>
                    </w:rPr>
                    <w:t>1</w:t>
                  </w:r>
                </w:p>
              </w:tc>
              <w:tc>
                <w:tcPr>
                  <w:tcW w:w="2705" w:type="dxa"/>
                </w:tcPr>
                <w:p w14:paraId="023F7F93" w14:textId="66371851" w:rsidR="00C8097A" w:rsidRPr="00924011" w:rsidRDefault="00C8097A">
                  <w:pPr>
                    <w:rPr>
                      <w:rFonts w:ascii="Arial" w:hAnsi="Arial" w:cs="Arial"/>
                      <w:b/>
                      <w:bCs/>
                    </w:rPr>
                  </w:pPr>
                </w:p>
              </w:tc>
              <w:tc>
                <w:tcPr>
                  <w:tcW w:w="1507" w:type="dxa"/>
                </w:tcPr>
                <w:p w14:paraId="590DEC43" w14:textId="77777777" w:rsidR="00C8097A" w:rsidRPr="00924011" w:rsidRDefault="00C8097A">
                  <w:pPr>
                    <w:rPr>
                      <w:rFonts w:ascii="Arial" w:hAnsi="Arial" w:cs="Arial"/>
                      <w:b/>
                      <w:bCs/>
                    </w:rPr>
                  </w:pPr>
                </w:p>
              </w:tc>
            </w:tr>
            <w:tr w:rsidR="00C8097A" w:rsidRPr="00071963" w14:paraId="649E7DAB" w14:textId="77777777" w:rsidTr="00924011">
              <w:trPr>
                <w:trHeight w:val="232"/>
                <w:jc w:val="center"/>
              </w:trPr>
              <w:tc>
                <w:tcPr>
                  <w:tcW w:w="370" w:type="dxa"/>
                </w:tcPr>
                <w:p w14:paraId="10CF2128" w14:textId="71962DB6" w:rsidR="00C8097A" w:rsidRPr="00924011" w:rsidRDefault="00C8097A">
                  <w:pPr>
                    <w:rPr>
                      <w:rFonts w:ascii="Arial" w:hAnsi="Arial" w:cs="Arial"/>
                      <w:b/>
                      <w:bCs/>
                    </w:rPr>
                  </w:pPr>
                  <w:r w:rsidRPr="00924011">
                    <w:rPr>
                      <w:rFonts w:ascii="Arial" w:hAnsi="Arial" w:cs="Arial"/>
                      <w:b/>
                      <w:bCs/>
                    </w:rPr>
                    <w:t>2</w:t>
                  </w:r>
                </w:p>
              </w:tc>
              <w:tc>
                <w:tcPr>
                  <w:tcW w:w="2705" w:type="dxa"/>
                </w:tcPr>
                <w:p w14:paraId="2335618C" w14:textId="02339B08" w:rsidR="00C8097A" w:rsidRPr="00924011" w:rsidRDefault="00C8097A">
                  <w:pPr>
                    <w:rPr>
                      <w:rFonts w:ascii="Arial" w:hAnsi="Arial" w:cs="Arial"/>
                      <w:b/>
                      <w:bCs/>
                    </w:rPr>
                  </w:pPr>
                </w:p>
              </w:tc>
              <w:tc>
                <w:tcPr>
                  <w:tcW w:w="1507" w:type="dxa"/>
                </w:tcPr>
                <w:p w14:paraId="51EBF839" w14:textId="77777777" w:rsidR="00C8097A" w:rsidRPr="00924011" w:rsidRDefault="00C8097A">
                  <w:pPr>
                    <w:rPr>
                      <w:rFonts w:ascii="Arial" w:hAnsi="Arial" w:cs="Arial"/>
                      <w:b/>
                      <w:bCs/>
                    </w:rPr>
                  </w:pPr>
                </w:p>
              </w:tc>
            </w:tr>
            <w:tr w:rsidR="00C8097A" w:rsidRPr="00071963" w14:paraId="076FBD61" w14:textId="77777777" w:rsidTr="00924011">
              <w:trPr>
                <w:trHeight w:val="240"/>
                <w:jc w:val="center"/>
              </w:trPr>
              <w:tc>
                <w:tcPr>
                  <w:tcW w:w="370" w:type="dxa"/>
                </w:tcPr>
                <w:p w14:paraId="72C93957" w14:textId="29649A14" w:rsidR="00C8097A" w:rsidRPr="00924011" w:rsidRDefault="00C8097A">
                  <w:pPr>
                    <w:rPr>
                      <w:rFonts w:ascii="Arial" w:hAnsi="Arial" w:cs="Arial"/>
                      <w:b/>
                      <w:bCs/>
                    </w:rPr>
                  </w:pPr>
                  <w:r w:rsidRPr="00924011">
                    <w:rPr>
                      <w:rFonts w:ascii="Arial" w:hAnsi="Arial" w:cs="Arial"/>
                      <w:b/>
                      <w:bCs/>
                    </w:rPr>
                    <w:t>3</w:t>
                  </w:r>
                </w:p>
              </w:tc>
              <w:tc>
                <w:tcPr>
                  <w:tcW w:w="2705" w:type="dxa"/>
                </w:tcPr>
                <w:p w14:paraId="2F47F698" w14:textId="7537A531" w:rsidR="00C8097A" w:rsidRPr="00924011" w:rsidRDefault="00C8097A">
                  <w:pPr>
                    <w:rPr>
                      <w:rFonts w:ascii="Arial" w:hAnsi="Arial" w:cs="Arial"/>
                      <w:b/>
                      <w:bCs/>
                    </w:rPr>
                  </w:pPr>
                </w:p>
              </w:tc>
              <w:tc>
                <w:tcPr>
                  <w:tcW w:w="1507" w:type="dxa"/>
                </w:tcPr>
                <w:p w14:paraId="76CBE727" w14:textId="77777777" w:rsidR="00C8097A" w:rsidRPr="00924011" w:rsidRDefault="00C8097A">
                  <w:pPr>
                    <w:rPr>
                      <w:rFonts w:ascii="Arial" w:hAnsi="Arial" w:cs="Arial"/>
                      <w:b/>
                      <w:bCs/>
                    </w:rPr>
                  </w:pPr>
                </w:p>
              </w:tc>
            </w:tr>
            <w:tr w:rsidR="00C8097A" w:rsidRPr="00071963" w14:paraId="2DB89E20" w14:textId="77777777" w:rsidTr="00924011">
              <w:trPr>
                <w:trHeight w:val="232"/>
                <w:jc w:val="center"/>
              </w:trPr>
              <w:tc>
                <w:tcPr>
                  <w:tcW w:w="370" w:type="dxa"/>
                </w:tcPr>
                <w:p w14:paraId="060CE855" w14:textId="1377A797" w:rsidR="00C8097A" w:rsidRPr="00924011" w:rsidRDefault="00C8097A">
                  <w:pPr>
                    <w:rPr>
                      <w:rFonts w:ascii="Arial" w:hAnsi="Arial" w:cs="Arial"/>
                      <w:b/>
                      <w:bCs/>
                    </w:rPr>
                  </w:pPr>
                  <w:r w:rsidRPr="00924011">
                    <w:rPr>
                      <w:rFonts w:ascii="Arial" w:hAnsi="Arial" w:cs="Arial"/>
                      <w:b/>
                      <w:bCs/>
                    </w:rPr>
                    <w:t>4</w:t>
                  </w:r>
                </w:p>
              </w:tc>
              <w:tc>
                <w:tcPr>
                  <w:tcW w:w="2705" w:type="dxa"/>
                </w:tcPr>
                <w:p w14:paraId="64C0EF9A" w14:textId="2CA9B837" w:rsidR="00C8097A" w:rsidRPr="00924011" w:rsidRDefault="00C8097A">
                  <w:pPr>
                    <w:rPr>
                      <w:rFonts w:ascii="Arial" w:hAnsi="Arial" w:cs="Arial"/>
                      <w:b/>
                      <w:bCs/>
                    </w:rPr>
                  </w:pPr>
                </w:p>
              </w:tc>
              <w:tc>
                <w:tcPr>
                  <w:tcW w:w="1507" w:type="dxa"/>
                </w:tcPr>
                <w:p w14:paraId="58B4DE15" w14:textId="77777777" w:rsidR="00C8097A" w:rsidRPr="00924011" w:rsidRDefault="00C8097A">
                  <w:pPr>
                    <w:rPr>
                      <w:rFonts w:ascii="Arial" w:hAnsi="Arial" w:cs="Arial"/>
                      <w:b/>
                      <w:bCs/>
                    </w:rPr>
                  </w:pPr>
                </w:p>
              </w:tc>
            </w:tr>
            <w:tr w:rsidR="00C8097A" w:rsidRPr="00071963" w14:paraId="3ABF8313" w14:textId="77777777" w:rsidTr="00924011">
              <w:trPr>
                <w:trHeight w:val="232"/>
                <w:jc w:val="center"/>
              </w:trPr>
              <w:tc>
                <w:tcPr>
                  <w:tcW w:w="370" w:type="dxa"/>
                </w:tcPr>
                <w:p w14:paraId="173785B1" w14:textId="706519C7" w:rsidR="00C8097A" w:rsidRPr="00924011" w:rsidRDefault="00C8097A">
                  <w:pPr>
                    <w:rPr>
                      <w:rFonts w:ascii="Arial" w:hAnsi="Arial" w:cs="Arial"/>
                      <w:b/>
                      <w:bCs/>
                    </w:rPr>
                  </w:pPr>
                  <w:r w:rsidRPr="00924011">
                    <w:rPr>
                      <w:rFonts w:ascii="Arial" w:hAnsi="Arial" w:cs="Arial"/>
                      <w:b/>
                      <w:bCs/>
                    </w:rPr>
                    <w:t>5</w:t>
                  </w:r>
                </w:p>
              </w:tc>
              <w:tc>
                <w:tcPr>
                  <w:tcW w:w="2705" w:type="dxa"/>
                </w:tcPr>
                <w:p w14:paraId="1E970AF1" w14:textId="3839A9E5" w:rsidR="00C8097A" w:rsidRPr="00924011" w:rsidRDefault="00C8097A">
                  <w:pPr>
                    <w:rPr>
                      <w:rFonts w:ascii="Arial" w:hAnsi="Arial" w:cs="Arial"/>
                      <w:b/>
                      <w:bCs/>
                    </w:rPr>
                  </w:pPr>
                </w:p>
              </w:tc>
              <w:tc>
                <w:tcPr>
                  <w:tcW w:w="1507" w:type="dxa"/>
                </w:tcPr>
                <w:p w14:paraId="238B86CF" w14:textId="77777777" w:rsidR="00C8097A" w:rsidRPr="00924011" w:rsidRDefault="00C8097A">
                  <w:pPr>
                    <w:rPr>
                      <w:rFonts w:ascii="Arial" w:hAnsi="Arial" w:cs="Arial"/>
                      <w:b/>
                      <w:bCs/>
                    </w:rPr>
                  </w:pPr>
                </w:p>
              </w:tc>
            </w:tr>
          </w:tbl>
          <w:p w14:paraId="01C8DB0B" w14:textId="3AF95FAE" w:rsidR="00C8097A" w:rsidRPr="00071963" w:rsidRDefault="00C8097A">
            <w:pPr>
              <w:rPr>
                <w:rFonts w:ascii="Arial" w:hAnsi="Arial" w:cs="Arial"/>
              </w:rPr>
            </w:pPr>
          </w:p>
        </w:tc>
      </w:tr>
      <w:tr w:rsidR="00C8097A" w:rsidRPr="00071963" w14:paraId="3D56B7AA" w14:textId="77777777" w:rsidTr="00924011">
        <w:trPr>
          <w:trHeight w:val="558"/>
          <w:jc w:val="center"/>
        </w:trPr>
        <w:tc>
          <w:tcPr>
            <w:tcW w:w="0" w:type="auto"/>
            <w:shd w:val="clear" w:color="auto" w:fill="F2F2F2" w:themeFill="background1" w:themeFillShade="F2"/>
          </w:tcPr>
          <w:p w14:paraId="1EF08FA5" w14:textId="07E60859" w:rsidR="00C8097A" w:rsidRPr="00924011" w:rsidRDefault="00CE0865">
            <w:pPr>
              <w:rPr>
                <w:rFonts w:ascii="Arial" w:hAnsi="Arial" w:cs="Arial"/>
                <w:b/>
                <w:bCs/>
              </w:rPr>
            </w:pPr>
            <w:r>
              <w:rPr>
                <w:rFonts w:ascii="Arial" w:hAnsi="Arial" w:cs="Arial"/>
                <w:b/>
                <w:bCs/>
              </w:rPr>
              <w:t>0</w:t>
            </w:r>
            <w:r w:rsidR="00924011" w:rsidRPr="00924011">
              <w:rPr>
                <w:rFonts w:ascii="Arial" w:hAnsi="Arial" w:cs="Arial"/>
                <w:b/>
                <w:bCs/>
              </w:rPr>
              <w:t>6</w:t>
            </w:r>
          </w:p>
        </w:tc>
        <w:tc>
          <w:tcPr>
            <w:tcW w:w="3785" w:type="dxa"/>
            <w:shd w:val="clear" w:color="auto" w:fill="F2F2F2" w:themeFill="background1" w:themeFillShade="F2"/>
            <w:vAlign w:val="center"/>
          </w:tcPr>
          <w:p w14:paraId="0DC377E0" w14:textId="11D0C1EE" w:rsidR="00C8097A" w:rsidRPr="00924011" w:rsidRDefault="00C8097A" w:rsidP="00C83167">
            <w:pPr>
              <w:jc w:val="center"/>
              <w:rPr>
                <w:rFonts w:ascii="Arial" w:hAnsi="Arial" w:cs="Arial"/>
                <w:b/>
                <w:bCs/>
              </w:rPr>
            </w:pPr>
            <w:r w:rsidRPr="00924011">
              <w:rPr>
                <w:rFonts w:ascii="Arial" w:hAnsi="Arial" w:cs="Arial"/>
                <w:b/>
                <w:bCs/>
              </w:rPr>
              <w:t xml:space="preserve">Propuesta de </w:t>
            </w:r>
            <w:r w:rsidR="00C83167">
              <w:rPr>
                <w:rFonts w:ascii="Arial" w:hAnsi="Arial" w:cs="Arial"/>
                <w:b/>
                <w:bCs/>
              </w:rPr>
              <w:t>b</w:t>
            </w:r>
            <w:r w:rsidRPr="00924011">
              <w:rPr>
                <w:rFonts w:ascii="Arial" w:hAnsi="Arial" w:cs="Arial"/>
                <w:b/>
                <w:bCs/>
              </w:rPr>
              <w:t xml:space="preserve">ebida </w:t>
            </w:r>
            <w:r w:rsidR="00C83167">
              <w:rPr>
                <w:rFonts w:ascii="Arial" w:hAnsi="Arial" w:cs="Arial"/>
                <w:b/>
                <w:bCs/>
              </w:rPr>
              <w:t>a</w:t>
            </w:r>
            <w:r w:rsidRPr="00924011">
              <w:rPr>
                <w:rFonts w:ascii="Arial" w:hAnsi="Arial" w:cs="Arial"/>
                <w:b/>
                <w:bCs/>
              </w:rPr>
              <w:t>lcohólica de país a representar</w:t>
            </w:r>
            <w:r w:rsidR="00C2290A" w:rsidRPr="00924011">
              <w:rPr>
                <w:rFonts w:ascii="Arial" w:hAnsi="Arial" w:cs="Arial"/>
                <w:b/>
                <w:bCs/>
              </w:rPr>
              <w:t xml:space="preserve"> y fundamentación</w:t>
            </w:r>
          </w:p>
        </w:tc>
        <w:tc>
          <w:tcPr>
            <w:tcW w:w="4961" w:type="dxa"/>
          </w:tcPr>
          <w:p w14:paraId="7C993243" w14:textId="10AC90F8" w:rsidR="00C8097A" w:rsidRPr="00924011" w:rsidRDefault="00C8097A" w:rsidP="00924011">
            <w:pPr>
              <w:jc w:val="both"/>
              <w:rPr>
                <w:rFonts w:ascii="Arial" w:hAnsi="Arial" w:cs="Arial"/>
                <w:b/>
                <w:bCs/>
              </w:rPr>
            </w:pPr>
            <w:r w:rsidRPr="00924011">
              <w:rPr>
                <w:rFonts w:ascii="Arial" w:hAnsi="Arial" w:cs="Arial"/>
                <w:b/>
                <w:bCs/>
              </w:rPr>
              <w:t>Nombre e Ingredientes</w:t>
            </w:r>
            <w:r w:rsidR="00C83167">
              <w:rPr>
                <w:rFonts w:ascii="Arial" w:hAnsi="Arial" w:cs="Arial"/>
                <w:b/>
                <w:bCs/>
              </w:rPr>
              <w:t>:</w:t>
            </w:r>
          </w:p>
          <w:p w14:paraId="1812228F" w14:textId="77777777" w:rsidR="00C8097A" w:rsidRPr="00924011" w:rsidRDefault="00C8097A" w:rsidP="00924011">
            <w:pPr>
              <w:jc w:val="both"/>
              <w:rPr>
                <w:rFonts w:ascii="Arial" w:hAnsi="Arial" w:cs="Arial"/>
                <w:b/>
                <w:bCs/>
              </w:rPr>
            </w:pPr>
          </w:p>
          <w:p w14:paraId="30D95E16" w14:textId="77777777" w:rsidR="00C8097A" w:rsidRPr="00924011" w:rsidRDefault="00C8097A" w:rsidP="00924011">
            <w:pPr>
              <w:jc w:val="both"/>
              <w:rPr>
                <w:rFonts w:ascii="Arial" w:hAnsi="Arial" w:cs="Arial"/>
                <w:b/>
                <w:bCs/>
              </w:rPr>
            </w:pPr>
          </w:p>
          <w:p w14:paraId="1EDA7211" w14:textId="4DF60519" w:rsidR="00C8097A" w:rsidRPr="00924011" w:rsidRDefault="00C8097A" w:rsidP="00924011">
            <w:pPr>
              <w:jc w:val="both"/>
              <w:rPr>
                <w:rFonts w:ascii="Arial" w:hAnsi="Arial" w:cs="Arial"/>
                <w:b/>
                <w:bCs/>
              </w:rPr>
            </w:pPr>
          </w:p>
        </w:tc>
      </w:tr>
      <w:tr w:rsidR="00C8097A" w:rsidRPr="00071963" w14:paraId="1E9C65B2" w14:textId="77777777" w:rsidTr="00924011">
        <w:trPr>
          <w:trHeight w:val="558"/>
          <w:jc w:val="center"/>
        </w:trPr>
        <w:tc>
          <w:tcPr>
            <w:tcW w:w="0" w:type="auto"/>
            <w:shd w:val="clear" w:color="auto" w:fill="F2F2F2" w:themeFill="background1" w:themeFillShade="F2"/>
          </w:tcPr>
          <w:p w14:paraId="2799446A" w14:textId="77777777" w:rsidR="00C8097A" w:rsidRPr="00071963" w:rsidRDefault="00C8097A">
            <w:pPr>
              <w:rPr>
                <w:rFonts w:ascii="Arial" w:hAnsi="Arial" w:cs="Arial"/>
              </w:rPr>
            </w:pPr>
          </w:p>
          <w:p w14:paraId="5E1840F7" w14:textId="1EDAF0D6" w:rsidR="00C8097A" w:rsidRPr="00274676" w:rsidRDefault="00CE0865">
            <w:pPr>
              <w:rPr>
                <w:rFonts w:ascii="Arial" w:hAnsi="Arial" w:cs="Arial"/>
                <w:b/>
                <w:bCs/>
              </w:rPr>
            </w:pPr>
            <w:r>
              <w:rPr>
                <w:rFonts w:ascii="Arial" w:hAnsi="Arial" w:cs="Arial"/>
                <w:b/>
                <w:bCs/>
              </w:rPr>
              <w:t>0</w:t>
            </w:r>
            <w:r w:rsidR="00274676" w:rsidRPr="00274676">
              <w:rPr>
                <w:rFonts w:ascii="Arial" w:hAnsi="Arial" w:cs="Arial"/>
                <w:b/>
                <w:bCs/>
              </w:rPr>
              <w:t>7</w:t>
            </w:r>
          </w:p>
        </w:tc>
        <w:tc>
          <w:tcPr>
            <w:tcW w:w="3785" w:type="dxa"/>
            <w:shd w:val="clear" w:color="auto" w:fill="F2F2F2" w:themeFill="background1" w:themeFillShade="F2"/>
            <w:vAlign w:val="center"/>
          </w:tcPr>
          <w:p w14:paraId="64D01D9F" w14:textId="2F2E4B51" w:rsidR="00C8097A" w:rsidRPr="00C83167" w:rsidRDefault="00C8097A" w:rsidP="00C83167">
            <w:pPr>
              <w:jc w:val="center"/>
              <w:rPr>
                <w:rFonts w:ascii="Arial" w:hAnsi="Arial" w:cs="Arial"/>
                <w:b/>
                <w:bCs/>
              </w:rPr>
            </w:pPr>
            <w:r w:rsidRPr="00C83167">
              <w:rPr>
                <w:rFonts w:ascii="Arial" w:hAnsi="Arial" w:cs="Arial"/>
                <w:b/>
                <w:bCs/>
              </w:rPr>
              <w:t xml:space="preserve">Propuesta decorativa de </w:t>
            </w:r>
            <w:r w:rsidR="00C83167">
              <w:rPr>
                <w:rFonts w:ascii="Arial" w:hAnsi="Arial" w:cs="Arial"/>
                <w:b/>
                <w:bCs/>
              </w:rPr>
              <w:t>p</w:t>
            </w:r>
            <w:r w:rsidRPr="00C83167">
              <w:rPr>
                <w:rFonts w:ascii="Arial" w:hAnsi="Arial" w:cs="Arial"/>
                <w:b/>
                <w:bCs/>
              </w:rPr>
              <w:t>aís a representar y alusivo a la Fiesta de la Primavera</w:t>
            </w:r>
          </w:p>
          <w:p w14:paraId="6381382B" w14:textId="4160818C" w:rsidR="00C8097A" w:rsidRPr="00C83167" w:rsidRDefault="00C8097A" w:rsidP="00C83167">
            <w:pPr>
              <w:jc w:val="center"/>
              <w:rPr>
                <w:rFonts w:ascii="Arial" w:hAnsi="Arial" w:cs="Arial"/>
                <w:b/>
                <w:bCs/>
              </w:rPr>
            </w:pPr>
          </w:p>
        </w:tc>
        <w:tc>
          <w:tcPr>
            <w:tcW w:w="4961" w:type="dxa"/>
          </w:tcPr>
          <w:p w14:paraId="470B3DE7" w14:textId="77777777" w:rsidR="00C8097A" w:rsidRDefault="00C8097A">
            <w:pPr>
              <w:rPr>
                <w:rFonts w:ascii="Arial" w:hAnsi="Arial" w:cs="Arial"/>
                <w:b/>
                <w:bCs/>
              </w:rPr>
            </w:pPr>
            <w:r w:rsidRPr="00C83167">
              <w:rPr>
                <w:rFonts w:ascii="Arial" w:hAnsi="Arial" w:cs="Arial"/>
                <w:b/>
                <w:bCs/>
              </w:rPr>
              <w:t>Describa detalladamente</w:t>
            </w:r>
            <w:r w:rsidR="00C2290A" w:rsidRPr="00C83167">
              <w:rPr>
                <w:rFonts w:ascii="Arial" w:hAnsi="Arial" w:cs="Arial"/>
                <w:b/>
                <w:bCs/>
              </w:rPr>
              <w:t xml:space="preserve"> pudiendo agregar fotos o bosquejos de su propuesta.</w:t>
            </w:r>
          </w:p>
          <w:p w14:paraId="1BE2DBB0" w14:textId="77777777" w:rsidR="00C83167" w:rsidRDefault="00C83167">
            <w:pPr>
              <w:rPr>
                <w:rFonts w:ascii="Arial" w:hAnsi="Arial" w:cs="Arial"/>
                <w:b/>
                <w:bCs/>
              </w:rPr>
            </w:pPr>
          </w:p>
          <w:p w14:paraId="0E06EA7D" w14:textId="77777777" w:rsidR="00C83167" w:rsidRDefault="00C83167">
            <w:pPr>
              <w:rPr>
                <w:rFonts w:ascii="Arial" w:hAnsi="Arial" w:cs="Arial"/>
                <w:b/>
                <w:bCs/>
              </w:rPr>
            </w:pPr>
          </w:p>
          <w:p w14:paraId="5611AFA2" w14:textId="77777777" w:rsidR="00C83167" w:rsidRDefault="00C83167">
            <w:pPr>
              <w:rPr>
                <w:rFonts w:ascii="Arial" w:hAnsi="Arial" w:cs="Arial"/>
                <w:b/>
                <w:bCs/>
              </w:rPr>
            </w:pPr>
          </w:p>
          <w:p w14:paraId="6F54ADCC" w14:textId="0C901840" w:rsidR="00C83167" w:rsidRPr="00C83167" w:rsidRDefault="00C83167">
            <w:pPr>
              <w:rPr>
                <w:rFonts w:ascii="Arial" w:hAnsi="Arial" w:cs="Arial"/>
                <w:b/>
                <w:bCs/>
              </w:rPr>
            </w:pPr>
          </w:p>
        </w:tc>
      </w:tr>
    </w:tbl>
    <w:p w14:paraId="5482649E" w14:textId="77777777" w:rsidR="00C83167" w:rsidRDefault="00C83167" w:rsidP="00172912">
      <w:pPr>
        <w:spacing w:after="0" w:line="240" w:lineRule="auto"/>
        <w:rPr>
          <w:rFonts w:ascii="Arial" w:eastAsia="Arial" w:hAnsi="Arial" w:cs="Arial"/>
          <w:b/>
        </w:rPr>
      </w:pPr>
    </w:p>
    <w:p w14:paraId="2BD50AE1" w14:textId="1E0C2F61" w:rsidR="005043B1" w:rsidRPr="00071963" w:rsidRDefault="00172912" w:rsidP="00172912">
      <w:pPr>
        <w:spacing w:after="0" w:line="240" w:lineRule="auto"/>
        <w:rPr>
          <w:rFonts w:ascii="Arial" w:eastAsia="Arial" w:hAnsi="Arial" w:cs="Arial"/>
          <w:b/>
        </w:rPr>
      </w:pPr>
      <w:r w:rsidRPr="00071963">
        <w:rPr>
          <w:rFonts w:ascii="Arial" w:eastAsia="Arial" w:hAnsi="Arial" w:cs="Arial"/>
          <w:b/>
        </w:rPr>
        <w:t>3</w:t>
      </w:r>
      <w:r w:rsidR="005043B1" w:rsidRPr="00071963">
        <w:rPr>
          <w:rFonts w:ascii="Arial" w:eastAsia="Arial" w:hAnsi="Arial" w:cs="Arial"/>
          <w:b/>
        </w:rPr>
        <w:t>.- Experiencia:</w:t>
      </w:r>
    </w:p>
    <w:p w14:paraId="270F32FB" w14:textId="77777777" w:rsidR="0073655E" w:rsidRPr="00071963" w:rsidRDefault="0073655E" w:rsidP="00172912">
      <w:pPr>
        <w:spacing w:after="0" w:line="240" w:lineRule="auto"/>
        <w:rPr>
          <w:rFonts w:ascii="Arial" w:eastAsia="Arial" w:hAnsi="Arial" w:cs="Arial"/>
          <w:b/>
          <w:u w:val="single"/>
        </w:rPr>
      </w:pPr>
    </w:p>
    <w:p w14:paraId="0D23877A" w14:textId="77777777" w:rsidR="006F0EB8" w:rsidRPr="00071963" w:rsidRDefault="006F0EB8" w:rsidP="00107AFD">
      <w:pPr>
        <w:numPr>
          <w:ilvl w:val="0"/>
          <w:numId w:val="27"/>
        </w:numPr>
        <w:tabs>
          <w:tab w:val="left" w:pos="284"/>
        </w:tabs>
        <w:spacing w:after="0" w:line="276" w:lineRule="auto"/>
        <w:ind w:left="0" w:firstLine="0"/>
        <w:contextualSpacing/>
        <w:rPr>
          <w:rFonts w:ascii="Arial" w:eastAsia="Arial" w:hAnsi="Arial" w:cs="Arial"/>
        </w:rPr>
      </w:pPr>
      <w:r w:rsidRPr="00071963">
        <w:rPr>
          <w:rFonts w:ascii="Arial" w:eastAsia="Arial" w:hAnsi="Arial" w:cs="Arial"/>
        </w:rPr>
        <w:t>Incluir un máximo de 5 fotografías que demuestren experiencia. Cada fotografía debe demostrar con claridad eventos con sus respectivas fechas y deben ser de actividades distintas.</w:t>
      </w:r>
    </w:p>
    <w:p w14:paraId="271100F4" w14:textId="1B9311E6" w:rsidR="000B1757" w:rsidRPr="00071963" w:rsidRDefault="006F0EB8" w:rsidP="00107AFD">
      <w:pPr>
        <w:numPr>
          <w:ilvl w:val="0"/>
          <w:numId w:val="27"/>
        </w:numPr>
        <w:tabs>
          <w:tab w:val="left" w:pos="284"/>
        </w:tabs>
        <w:spacing w:after="0" w:line="276" w:lineRule="auto"/>
        <w:ind w:left="0" w:firstLine="0"/>
        <w:contextualSpacing/>
        <w:rPr>
          <w:rFonts w:ascii="Arial" w:eastAsia="Arial" w:hAnsi="Arial" w:cs="Arial"/>
        </w:rPr>
      </w:pPr>
      <w:r w:rsidRPr="00071963">
        <w:rPr>
          <w:rFonts w:ascii="Arial" w:eastAsia="Arial" w:hAnsi="Arial" w:cs="Arial"/>
        </w:rPr>
        <w:t>Recuerde</w:t>
      </w:r>
      <w:r w:rsidR="00CE0865">
        <w:rPr>
          <w:rFonts w:ascii="Arial" w:eastAsia="Arial" w:hAnsi="Arial" w:cs="Arial"/>
        </w:rPr>
        <w:t xml:space="preserve"> que</w:t>
      </w:r>
      <w:r w:rsidRPr="00071963">
        <w:rPr>
          <w:rFonts w:ascii="Arial" w:eastAsia="Arial" w:hAnsi="Arial" w:cs="Arial"/>
        </w:rPr>
        <w:t xml:space="preserve"> puede presentar copias de pago de permisos municipales en actividades similares</w:t>
      </w:r>
      <w:r w:rsidR="00107AFD" w:rsidRPr="00071963">
        <w:rPr>
          <w:rFonts w:ascii="Arial" w:eastAsia="Arial" w:hAnsi="Arial" w:cs="Arial"/>
        </w:rPr>
        <w:t>.</w:t>
      </w:r>
    </w:p>
    <w:p w14:paraId="525E5BDE" w14:textId="77777777" w:rsidR="00172912" w:rsidRDefault="00172912" w:rsidP="000B1757">
      <w:pPr>
        <w:spacing w:after="0" w:line="240" w:lineRule="auto"/>
        <w:rPr>
          <w:rFonts w:ascii="Arial" w:eastAsia="Arial" w:hAnsi="Arial" w:cs="Arial"/>
          <w:b/>
          <w:u w:val="single"/>
        </w:rPr>
      </w:pPr>
    </w:p>
    <w:p w14:paraId="75AC94A2" w14:textId="77777777" w:rsidR="00504302" w:rsidRDefault="00504302" w:rsidP="000B1757">
      <w:pPr>
        <w:spacing w:after="0" w:line="240" w:lineRule="auto"/>
        <w:rPr>
          <w:rFonts w:ascii="Arial" w:eastAsia="Arial" w:hAnsi="Arial" w:cs="Arial"/>
          <w:b/>
          <w:u w:val="single"/>
        </w:rPr>
      </w:pPr>
    </w:p>
    <w:p w14:paraId="37080AF1" w14:textId="77777777" w:rsidR="00504302" w:rsidRPr="00071963" w:rsidRDefault="00504302" w:rsidP="000B1757">
      <w:pPr>
        <w:spacing w:after="0" w:line="240" w:lineRule="auto"/>
        <w:rPr>
          <w:rFonts w:ascii="Arial" w:eastAsia="Arial" w:hAnsi="Arial" w:cs="Arial"/>
          <w:b/>
          <w:u w:val="single"/>
        </w:rPr>
      </w:pPr>
    </w:p>
    <w:p w14:paraId="08F73B94" w14:textId="77777777" w:rsidR="006F0EB8" w:rsidRPr="00071963" w:rsidRDefault="006F0EB8" w:rsidP="006F0EB8">
      <w:pPr>
        <w:spacing w:after="0" w:line="240" w:lineRule="auto"/>
        <w:rPr>
          <w:rFonts w:ascii="Arial" w:eastAsia="Times New Roman" w:hAnsi="Arial" w:cs="Arial"/>
          <w:b/>
          <w:bCs/>
        </w:rPr>
      </w:pPr>
      <w:r w:rsidRPr="00071963">
        <w:rPr>
          <w:rFonts w:ascii="Arial" w:eastAsia="Arial" w:hAnsi="Arial" w:cs="Arial"/>
          <w:b/>
        </w:rPr>
        <w:lastRenderedPageBreak/>
        <w:t>4</w:t>
      </w:r>
      <w:r w:rsidR="005043B1" w:rsidRPr="00071963">
        <w:rPr>
          <w:rFonts w:ascii="Arial" w:eastAsia="Arial" w:hAnsi="Arial" w:cs="Arial"/>
          <w:b/>
        </w:rPr>
        <w:t xml:space="preserve">.- </w:t>
      </w:r>
      <w:r w:rsidRPr="00071963">
        <w:rPr>
          <w:rFonts w:ascii="Arial" w:eastAsia="Times New Roman" w:hAnsi="Arial" w:cs="Arial"/>
          <w:b/>
          <w:bCs/>
        </w:rPr>
        <w:t>Ponderación Especial</w:t>
      </w:r>
      <w:r w:rsidR="0084710C" w:rsidRPr="00071963">
        <w:rPr>
          <w:rFonts w:ascii="Arial" w:eastAsia="Times New Roman" w:hAnsi="Arial" w:cs="Arial"/>
          <w:b/>
          <w:bCs/>
        </w:rPr>
        <w:t>:</w:t>
      </w:r>
    </w:p>
    <w:p w14:paraId="0FB54DC6" w14:textId="77777777" w:rsidR="006F0EB8" w:rsidRPr="00071963" w:rsidRDefault="006F0EB8" w:rsidP="006F0EB8">
      <w:pPr>
        <w:spacing w:after="0" w:line="240" w:lineRule="auto"/>
        <w:rPr>
          <w:rFonts w:ascii="Arial" w:eastAsia="Times New Roman" w:hAnsi="Arial" w:cs="Arial"/>
          <w:b/>
          <w:bCs/>
        </w:rPr>
      </w:pPr>
    </w:p>
    <w:p w14:paraId="649CAD29" w14:textId="5303AF28" w:rsidR="0073655E" w:rsidRPr="00071963" w:rsidRDefault="006F0EB8" w:rsidP="00071963">
      <w:pPr>
        <w:spacing w:after="200" w:line="276" w:lineRule="auto"/>
        <w:ind w:firstLine="567"/>
        <w:rPr>
          <w:rFonts w:ascii="Arial" w:eastAsia="Arial" w:hAnsi="Arial" w:cs="Arial"/>
        </w:rPr>
      </w:pPr>
      <w:r w:rsidRPr="00071963">
        <w:rPr>
          <w:rFonts w:ascii="Arial" w:hAnsi="Arial" w:cs="Arial"/>
        </w:rPr>
        <w:t xml:space="preserve">Adjuntar certificado del año 2026: Programa Mujeres </w:t>
      </w:r>
      <w:proofErr w:type="gramStart"/>
      <w:r w:rsidRPr="00071963">
        <w:rPr>
          <w:rFonts w:ascii="Arial" w:hAnsi="Arial" w:cs="Arial"/>
        </w:rPr>
        <w:t>Jefas</w:t>
      </w:r>
      <w:proofErr w:type="gramEnd"/>
      <w:r w:rsidRPr="00071963">
        <w:rPr>
          <w:rFonts w:ascii="Arial" w:hAnsi="Arial" w:cs="Arial"/>
        </w:rPr>
        <w:t xml:space="preserve"> de Hogar (PMJH), Subsistema de Seguridades y Oportunidades (SSYO), Oficina de la Mujer, o Fotocopia Credencial de Discapacidad.</w:t>
      </w:r>
    </w:p>
    <w:tbl>
      <w:tblPr>
        <w:tblStyle w:val="Tablaconcuadrcula"/>
        <w:tblW w:w="0" w:type="auto"/>
        <w:jc w:val="center"/>
        <w:tblLook w:val="04A0" w:firstRow="1" w:lastRow="0" w:firstColumn="1" w:lastColumn="0" w:noHBand="0" w:noVBand="1"/>
      </w:tblPr>
      <w:tblGrid>
        <w:gridCol w:w="3257"/>
        <w:gridCol w:w="1133"/>
        <w:gridCol w:w="1134"/>
      </w:tblGrid>
      <w:tr w:rsidR="005043B1" w:rsidRPr="00071963" w14:paraId="40437935" w14:textId="77777777" w:rsidTr="0084710C">
        <w:trPr>
          <w:trHeight w:val="607"/>
          <w:jc w:val="center"/>
        </w:trPr>
        <w:tc>
          <w:tcPr>
            <w:tcW w:w="3257" w:type="dxa"/>
            <w:shd w:val="clear" w:color="auto" w:fill="F2F2F2" w:themeFill="background1" w:themeFillShade="F2"/>
            <w:vAlign w:val="center"/>
          </w:tcPr>
          <w:p w14:paraId="69ABE61E" w14:textId="77777777" w:rsidR="005043B1" w:rsidRPr="00071963" w:rsidRDefault="005043B1" w:rsidP="004F0837">
            <w:pPr>
              <w:jc w:val="center"/>
              <w:rPr>
                <w:rFonts w:ascii="Arial" w:eastAsia="Arial" w:hAnsi="Arial" w:cs="Arial"/>
                <w:b/>
                <w:bCs/>
              </w:rPr>
            </w:pPr>
            <w:r w:rsidRPr="00071963">
              <w:rPr>
                <w:rFonts w:ascii="Arial" w:eastAsia="Arial" w:hAnsi="Arial" w:cs="Arial"/>
                <w:b/>
                <w:bCs/>
              </w:rPr>
              <w:t>Adjunta documento</w:t>
            </w:r>
          </w:p>
        </w:tc>
        <w:tc>
          <w:tcPr>
            <w:tcW w:w="1133" w:type="dxa"/>
            <w:vAlign w:val="center"/>
          </w:tcPr>
          <w:p w14:paraId="02A80024" w14:textId="77777777" w:rsidR="005043B1" w:rsidRPr="00071963" w:rsidRDefault="005043B1" w:rsidP="004F0837">
            <w:pPr>
              <w:jc w:val="center"/>
              <w:rPr>
                <w:rFonts w:ascii="Arial" w:eastAsia="Arial" w:hAnsi="Arial" w:cs="Arial"/>
              </w:rPr>
            </w:pPr>
            <w:r w:rsidRPr="00071963">
              <w:rPr>
                <w:rFonts w:ascii="Arial" w:eastAsia="Arial" w:hAnsi="Arial" w:cs="Arial"/>
              </w:rPr>
              <w:t>Sí ____</w:t>
            </w:r>
          </w:p>
        </w:tc>
        <w:tc>
          <w:tcPr>
            <w:tcW w:w="1134" w:type="dxa"/>
            <w:vAlign w:val="center"/>
          </w:tcPr>
          <w:p w14:paraId="021A267F" w14:textId="77777777" w:rsidR="005043B1" w:rsidRPr="00071963" w:rsidRDefault="005043B1" w:rsidP="004F0837">
            <w:pPr>
              <w:jc w:val="center"/>
              <w:rPr>
                <w:rFonts w:ascii="Arial" w:eastAsia="Arial" w:hAnsi="Arial" w:cs="Arial"/>
              </w:rPr>
            </w:pPr>
            <w:r w:rsidRPr="00071963">
              <w:rPr>
                <w:rFonts w:ascii="Arial" w:eastAsia="Arial" w:hAnsi="Arial" w:cs="Arial"/>
              </w:rPr>
              <w:t>No ____</w:t>
            </w:r>
          </w:p>
        </w:tc>
      </w:tr>
    </w:tbl>
    <w:p w14:paraId="6A8EB59C" w14:textId="77777777" w:rsidR="00504302" w:rsidRDefault="00504302" w:rsidP="00504302">
      <w:pPr>
        <w:pStyle w:val="Prrafodelista"/>
        <w:rPr>
          <w:rFonts w:ascii="Arial" w:eastAsia="Arial" w:hAnsi="Arial" w:cs="Arial"/>
          <w:b/>
        </w:rPr>
      </w:pPr>
    </w:p>
    <w:p w14:paraId="4A02AA51" w14:textId="6A0E5154" w:rsidR="000B1757" w:rsidRPr="00504302" w:rsidRDefault="00172912" w:rsidP="00504302">
      <w:pPr>
        <w:pStyle w:val="Prrafodelista"/>
        <w:numPr>
          <w:ilvl w:val="0"/>
          <w:numId w:val="32"/>
        </w:numPr>
        <w:tabs>
          <w:tab w:val="left" w:pos="284"/>
        </w:tabs>
        <w:ind w:left="0" w:firstLine="0"/>
        <w:rPr>
          <w:rFonts w:ascii="Arial" w:eastAsia="Arial" w:hAnsi="Arial" w:cs="Arial"/>
          <w:b/>
        </w:rPr>
      </w:pPr>
      <w:r w:rsidRPr="00504302">
        <w:rPr>
          <w:rFonts w:ascii="Arial" w:eastAsia="Arial" w:hAnsi="Arial" w:cs="Arial"/>
          <w:b/>
        </w:rPr>
        <w:t>Equipamiento e Implementació</w:t>
      </w:r>
      <w:r w:rsidR="00B1110C" w:rsidRPr="00504302">
        <w:rPr>
          <w:rFonts w:ascii="Arial" w:eastAsia="Arial" w:hAnsi="Arial" w:cs="Arial"/>
          <w:b/>
        </w:rPr>
        <w:t>n</w:t>
      </w:r>
      <w:r w:rsidR="0084710C" w:rsidRPr="00504302">
        <w:rPr>
          <w:rFonts w:ascii="Arial" w:eastAsia="Arial" w:hAnsi="Arial" w:cs="Arial"/>
          <w:b/>
        </w:rPr>
        <w:t>:</w:t>
      </w:r>
    </w:p>
    <w:tbl>
      <w:tblPr>
        <w:tblStyle w:val="Tablaconcuadrcula1"/>
        <w:tblW w:w="10060" w:type="dxa"/>
        <w:jc w:val="center"/>
        <w:tblLook w:val="04A0" w:firstRow="1" w:lastRow="0" w:firstColumn="1" w:lastColumn="0" w:noHBand="0" w:noVBand="1"/>
      </w:tblPr>
      <w:tblGrid>
        <w:gridCol w:w="463"/>
        <w:gridCol w:w="5304"/>
        <w:gridCol w:w="4293"/>
      </w:tblGrid>
      <w:tr w:rsidR="00172912" w:rsidRPr="00071963" w14:paraId="702AF5E6" w14:textId="77777777" w:rsidTr="00D74C75">
        <w:trPr>
          <w:trHeight w:val="495"/>
          <w:jc w:val="center"/>
        </w:trPr>
        <w:tc>
          <w:tcPr>
            <w:tcW w:w="0" w:type="auto"/>
            <w:shd w:val="clear" w:color="auto" w:fill="F2F2F2" w:themeFill="background1" w:themeFillShade="F2"/>
            <w:vAlign w:val="center"/>
            <w:hideMark/>
          </w:tcPr>
          <w:p w14:paraId="634CBE84" w14:textId="77777777" w:rsidR="00172912" w:rsidRPr="00071963" w:rsidRDefault="00172912" w:rsidP="0069787C">
            <w:pPr>
              <w:spacing w:line="252" w:lineRule="auto"/>
              <w:jc w:val="center"/>
              <w:rPr>
                <w:rFonts w:ascii="Arial" w:eastAsia="Arial" w:hAnsi="Arial" w:cs="Arial"/>
                <w:b/>
                <w:bCs/>
              </w:rPr>
            </w:pPr>
            <w:r w:rsidRPr="00071963">
              <w:rPr>
                <w:rFonts w:ascii="Arial" w:eastAsia="Arial" w:hAnsi="Arial" w:cs="Arial"/>
                <w:b/>
                <w:bCs/>
              </w:rPr>
              <w:t>N°</w:t>
            </w:r>
          </w:p>
        </w:tc>
        <w:tc>
          <w:tcPr>
            <w:tcW w:w="0" w:type="auto"/>
            <w:shd w:val="clear" w:color="auto" w:fill="F2F2F2" w:themeFill="background1" w:themeFillShade="F2"/>
            <w:vAlign w:val="center"/>
            <w:hideMark/>
          </w:tcPr>
          <w:p w14:paraId="1235A6AC" w14:textId="77777777" w:rsidR="00172912" w:rsidRPr="00071963" w:rsidRDefault="00172912" w:rsidP="0069787C">
            <w:pPr>
              <w:spacing w:line="252" w:lineRule="auto"/>
              <w:jc w:val="center"/>
              <w:rPr>
                <w:rFonts w:ascii="Arial" w:eastAsia="Arial" w:hAnsi="Arial" w:cs="Arial"/>
                <w:b/>
                <w:bCs/>
              </w:rPr>
            </w:pPr>
            <w:r w:rsidRPr="00071963">
              <w:rPr>
                <w:rFonts w:ascii="Arial" w:eastAsia="Arial" w:hAnsi="Arial" w:cs="Arial"/>
                <w:b/>
                <w:bCs/>
              </w:rPr>
              <w:t>Pregunta</w:t>
            </w:r>
          </w:p>
        </w:tc>
        <w:tc>
          <w:tcPr>
            <w:tcW w:w="4293" w:type="dxa"/>
            <w:shd w:val="clear" w:color="auto" w:fill="F2F2F2" w:themeFill="background1" w:themeFillShade="F2"/>
            <w:vAlign w:val="center"/>
            <w:hideMark/>
          </w:tcPr>
          <w:p w14:paraId="2F47CA5C" w14:textId="77777777" w:rsidR="00172912" w:rsidRPr="00071963" w:rsidRDefault="00172912" w:rsidP="0069787C">
            <w:pPr>
              <w:spacing w:line="252" w:lineRule="auto"/>
              <w:jc w:val="center"/>
              <w:rPr>
                <w:rFonts w:ascii="Arial" w:eastAsia="Arial" w:hAnsi="Arial" w:cs="Arial"/>
                <w:b/>
                <w:bCs/>
              </w:rPr>
            </w:pPr>
            <w:r w:rsidRPr="00071963">
              <w:rPr>
                <w:rFonts w:ascii="Arial" w:eastAsia="Arial" w:hAnsi="Arial" w:cs="Arial"/>
                <w:b/>
                <w:bCs/>
              </w:rPr>
              <w:t>Respuesta</w:t>
            </w:r>
          </w:p>
        </w:tc>
      </w:tr>
      <w:tr w:rsidR="00172912" w:rsidRPr="00071963" w14:paraId="33EB82A5" w14:textId="77777777" w:rsidTr="00D74C75">
        <w:trPr>
          <w:jc w:val="center"/>
        </w:trPr>
        <w:tc>
          <w:tcPr>
            <w:tcW w:w="0" w:type="auto"/>
            <w:shd w:val="clear" w:color="auto" w:fill="F2F2F2" w:themeFill="background1" w:themeFillShade="F2"/>
            <w:vAlign w:val="center"/>
            <w:hideMark/>
          </w:tcPr>
          <w:p w14:paraId="3B286786" w14:textId="77777777" w:rsidR="00172912" w:rsidRPr="00504302" w:rsidRDefault="00172912" w:rsidP="00401946">
            <w:pPr>
              <w:spacing w:after="160" w:line="252" w:lineRule="auto"/>
              <w:rPr>
                <w:rFonts w:ascii="Arial" w:eastAsia="Arial" w:hAnsi="Arial" w:cs="Arial"/>
                <w:b/>
                <w:bCs/>
              </w:rPr>
            </w:pPr>
            <w:r w:rsidRPr="00504302">
              <w:rPr>
                <w:rFonts w:ascii="Arial" w:eastAsia="Arial" w:hAnsi="Arial" w:cs="Arial"/>
                <w:b/>
                <w:bCs/>
              </w:rPr>
              <w:t>0</w:t>
            </w:r>
            <w:r w:rsidR="009A4CDD" w:rsidRPr="00504302">
              <w:rPr>
                <w:rFonts w:ascii="Arial" w:eastAsia="Arial" w:hAnsi="Arial" w:cs="Arial"/>
                <w:b/>
                <w:bCs/>
              </w:rPr>
              <w:t>1</w:t>
            </w:r>
          </w:p>
        </w:tc>
        <w:tc>
          <w:tcPr>
            <w:tcW w:w="0" w:type="auto"/>
            <w:shd w:val="clear" w:color="auto" w:fill="F2F2F2" w:themeFill="background1" w:themeFillShade="F2"/>
            <w:vAlign w:val="center"/>
            <w:hideMark/>
          </w:tcPr>
          <w:p w14:paraId="181859F9" w14:textId="77777777" w:rsidR="00172912" w:rsidRPr="00071963" w:rsidRDefault="00172912" w:rsidP="00107AFD">
            <w:pPr>
              <w:spacing w:after="160" w:line="252" w:lineRule="auto"/>
              <w:jc w:val="both"/>
              <w:rPr>
                <w:rFonts w:ascii="Arial" w:eastAsia="Arial" w:hAnsi="Arial" w:cs="Arial"/>
              </w:rPr>
            </w:pPr>
            <w:r w:rsidRPr="00071963">
              <w:rPr>
                <w:rFonts w:ascii="Arial" w:eastAsia="Arial" w:hAnsi="Arial" w:cs="Arial"/>
              </w:rPr>
              <w:t>¿Instalará un lavaplatos propio?</w:t>
            </w:r>
          </w:p>
        </w:tc>
        <w:tc>
          <w:tcPr>
            <w:tcW w:w="4293" w:type="dxa"/>
            <w:hideMark/>
          </w:tcPr>
          <w:p w14:paraId="79405436" w14:textId="77777777" w:rsidR="00172912" w:rsidRPr="00071963" w:rsidRDefault="00172912" w:rsidP="00172912">
            <w:pPr>
              <w:spacing w:after="160" w:line="252" w:lineRule="auto"/>
              <w:jc w:val="both"/>
              <w:rPr>
                <w:rFonts w:ascii="Arial" w:eastAsia="Arial" w:hAnsi="Arial" w:cs="Arial"/>
              </w:rPr>
            </w:pPr>
            <w:r w:rsidRPr="00071963">
              <w:rPr>
                <w:rFonts w:ascii="Segoe UI Symbol" w:eastAsia="Arial" w:hAnsi="Segoe UI Symbol" w:cs="Segoe UI Symbol"/>
              </w:rPr>
              <w:t>☐</w:t>
            </w:r>
            <w:r w:rsidRPr="00071963">
              <w:rPr>
                <w:rFonts w:ascii="Arial" w:eastAsia="Arial" w:hAnsi="Arial" w:cs="Arial"/>
              </w:rPr>
              <w:t xml:space="preserve"> Sí</w:t>
            </w:r>
            <w:r w:rsidRPr="00071963">
              <w:rPr>
                <w:rFonts w:ascii="Arial" w:eastAsia="Arial" w:hAnsi="Arial" w:cs="Arial"/>
              </w:rPr>
              <w:t> </w:t>
            </w:r>
            <w:r w:rsidRPr="00071963">
              <w:rPr>
                <w:rFonts w:ascii="Arial" w:eastAsia="Arial" w:hAnsi="Arial" w:cs="Arial"/>
              </w:rPr>
              <w:t> </w:t>
            </w:r>
            <w:r w:rsidRPr="00071963">
              <w:rPr>
                <w:rFonts w:ascii="Arial" w:eastAsia="Arial" w:hAnsi="Arial" w:cs="Arial"/>
              </w:rPr>
              <w:t> </w:t>
            </w:r>
            <w:r w:rsidRPr="00071963">
              <w:rPr>
                <w:rFonts w:ascii="Segoe UI Symbol" w:eastAsia="Arial" w:hAnsi="Segoe UI Symbol" w:cs="Segoe UI Symbol"/>
              </w:rPr>
              <w:t>☐</w:t>
            </w:r>
            <w:r w:rsidRPr="00071963">
              <w:rPr>
                <w:rFonts w:ascii="Arial" w:eastAsia="Arial" w:hAnsi="Arial" w:cs="Arial"/>
              </w:rPr>
              <w:t xml:space="preserve"> No</w:t>
            </w:r>
          </w:p>
        </w:tc>
      </w:tr>
      <w:tr w:rsidR="00C2290A" w:rsidRPr="00071963" w14:paraId="29BB8F02" w14:textId="77777777" w:rsidTr="00D74C75">
        <w:trPr>
          <w:jc w:val="center"/>
        </w:trPr>
        <w:tc>
          <w:tcPr>
            <w:tcW w:w="0" w:type="auto"/>
            <w:shd w:val="clear" w:color="auto" w:fill="F2F2F2" w:themeFill="background1" w:themeFillShade="F2"/>
            <w:vAlign w:val="center"/>
          </w:tcPr>
          <w:p w14:paraId="355DC6A7" w14:textId="50AE5DFC" w:rsidR="00C2290A" w:rsidRPr="00504302" w:rsidRDefault="00C2290A" w:rsidP="00401946">
            <w:pPr>
              <w:rPr>
                <w:rFonts w:ascii="Arial" w:eastAsia="Arial" w:hAnsi="Arial" w:cs="Arial"/>
                <w:b/>
                <w:bCs/>
              </w:rPr>
            </w:pPr>
            <w:r w:rsidRPr="00504302">
              <w:rPr>
                <w:rFonts w:ascii="Arial" w:eastAsia="Arial" w:hAnsi="Arial" w:cs="Arial"/>
                <w:b/>
                <w:bCs/>
              </w:rPr>
              <w:t>02</w:t>
            </w:r>
          </w:p>
        </w:tc>
        <w:tc>
          <w:tcPr>
            <w:tcW w:w="0" w:type="auto"/>
            <w:shd w:val="clear" w:color="auto" w:fill="F2F2F2" w:themeFill="background1" w:themeFillShade="F2"/>
            <w:vAlign w:val="center"/>
          </w:tcPr>
          <w:p w14:paraId="699AD134" w14:textId="7CBC0FD3" w:rsidR="00C2290A" w:rsidRPr="00071963" w:rsidRDefault="00C2290A" w:rsidP="00107AFD">
            <w:pPr>
              <w:rPr>
                <w:rFonts w:ascii="Arial" w:eastAsia="Arial" w:hAnsi="Arial" w:cs="Arial"/>
              </w:rPr>
            </w:pPr>
            <w:r>
              <w:rPr>
                <w:rFonts w:ascii="Arial" w:eastAsia="Arial" w:hAnsi="Arial" w:cs="Arial"/>
              </w:rPr>
              <w:t>¿Espera contar con fogón o parrilla?</w:t>
            </w:r>
          </w:p>
        </w:tc>
        <w:tc>
          <w:tcPr>
            <w:tcW w:w="4293" w:type="dxa"/>
          </w:tcPr>
          <w:p w14:paraId="73589E3D" w14:textId="11D3ED69" w:rsidR="00C2290A" w:rsidRPr="00071963" w:rsidRDefault="00C2290A" w:rsidP="00172912">
            <w:pPr>
              <w:rPr>
                <w:rFonts w:ascii="Segoe UI Symbol" w:eastAsia="Arial" w:hAnsi="Segoe UI Symbol" w:cs="Segoe UI Symbol"/>
              </w:rPr>
            </w:pPr>
            <w:r w:rsidRPr="00071963">
              <w:rPr>
                <w:rFonts w:ascii="Segoe UI Symbol" w:eastAsia="Arial" w:hAnsi="Segoe UI Symbol" w:cs="Segoe UI Symbol"/>
              </w:rPr>
              <w:t>☐</w:t>
            </w:r>
            <w:r w:rsidRPr="00071963">
              <w:rPr>
                <w:rFonts w:ascii="Arial" w:eastAsia="Arial" w:hAnsi="Arial" w:cs="Arial"/>
              </w:rPr>
              <w:t xml:space="preserve"> Sí</w:t>
            </w:r>
            <w:r w:rsidRPr="00071963">
              <w:rPr>
                <w:rFonts w:ascii="Arial" w:eastAsia="Arial" w:hAnsi="Arial" w:cs="Arial"/>
              </w:rPr>
              <w:t> </w:t>
            </w:r>
            <w:r w:rsidRPr="00071963">
              <w:rPr>
                <w:rFonts w:ascii="Arial" w:eastAsia="Arial" w:hAnsi="Arial" w:cs="Arial"/>
              </w:rPr>
              <w:t> </w:t>
            </w:r>
            <w:r w:rsidRPr="00071963">
              <w:rPr>
                <w:rFonts w:ascii="Arial" w:eastAsia="Arial" w:hAnsi="Arial" w:cs="Arial"/>
              </w:rPr>
              <w:t> </w:t>
            </w:r>
            <w:r w:rsidRPr="00071963">
              <w:rPr>
                <w:rFonts w:ascii="Segoe UI Symbol" w:eastAsia="Arial" w:hAnsi="Segoe UI Symbol" w:cs="Segoe UI Symbol"/>
              </w:rPr>
              <w:t>☐</w:t>
            </w:r>
            <w:r w:rsidRPr="00071963">
              <w:rPr>
                <w:rFonts w:ascii="Arial" w:eastAsia="Arial" w:hAnsi="Arial" w:cs="Arial"/>
              </w:rPr>
              <w:t xml:space="preserve"> No</w:t>
            </w:r>
          </w:p>
        </w:tc>
      </w:tr>
      <w:tr w:rsidR="00172912" w:rsidRPr="00071963" w14:paraId="601D3C5C" w14:textId="77777777" w:rsidTr="00D74C75">
        <w:trPr>
          <w:trHeight w:val="1101"/>
          <w:jc w:val="center"/>
        </w:trPr>
        <w:tc>
          <w:tcPr>
            <w:tcW w:w="0" w:type="auto"/>
            <w:shd w:val="clear" w:color="auto" w:fill="F2F2F2" w:themeFill="background1" w:themeFillShade="F2"/>
            <w:vAlign w:val="center"/>
            <w:hideMark/>
          </w:tcPr>
          <w:p w14:paraId="6CFFC47D" w14:textId="777C28B3" w:rsidR="00172912" w:rsidRPr="00504302" w:rsidRDefault="008363D7" w:rsidP="00401946">
            <w:pPr>
              <w:spacing w:after="160" w:line="252" w:lineRule="auto"/>
              <w:rPr>
                <w:rFonts w:ascii="Arial" w:eastAsia="Arial" w:hAnsi="Arial" w:cs="Arial"/>
                <w:b/>
                <w:bCs/>
              </w:rPr>
            </w:pPr>
            <w:r w:rsidRPr="00504302">
              <w:rPr>
                <w:rFonts w:ascii="Arial" w:eastAsia="Arial" w:hAnsi="Arial" w:cs="Arial"/>
                <w:b/>
                <w:bCs/>
              </w:rPr>
              <w:t>0</w:t>
            </w:r>
            <w:r w:rsidR="00C2290A" w:rsidRPr="00504302">
              <w:rPr>
                <w:rFonts w:ascii="Arial" w:eastAsia="Arial" w:hAnsi="Arial" w:cs="Arial"/>
                <w:b/>
                <w:bCs/>
              </w:rPr>
              <w:t>3</w:t>
            </w:r>
          </w:p>
        </w:tc>
        <w:tc>
          <w:tcPr>
            <w:tcW w:w="0" w:type="auto"/>
            <w:shd w:val="clear" w:color="auto" w:fill="F2F2F2" w:themeFill="background1" w:themeFillShade="F2"/>
            <w:vAlign w:val="center"/>
            <w:hideMark/>
          </w:tcPr>
          <w:p w14:paraId="2B21D35E" w14:textId="77777777" w:rsidR="00172912" w:rsidRPr="00071963" w:rsidRDefault="00172912" w:rsidP="00107AFD">
            <w:pPr>
              <w:spacing w:after="160" w:line="252" w:lineRule="auto"/>
              <w:jc w:val="both"/>
              <w:rPr>
                <w:rFonts w:ascii="Arial" w:eastAsia="Arial" w:hAnsi="Arial" w:cs="Arial"/>
              </w:rPr>
            </w:pPr>
            <w:r w:rsidRPr="00071963">
              <w:rPr>
                <w:rFonts w:ascii="Arial" w:eastAsia="Arial" w:hAnsi="Arial" w:cs="Arial"/>
              </w:rPr>
              <w:t>¿Qué electrodomésticos utilizará? (Indíquelos todos)</w:t>
            </w:r>
          </w:p>
          <w:p w14:paraId="4BB67C9D" w14:textId="77777777" w:rsidR="00C20E8D" w:rsidRPr="00071963" w:rsidRDefault="00C20E8D" w:rsidP="00107AFD">
            <w:pPr>
              <w:spacing w:after="160" w:line="252" w:lineRule="auto"/>
              <w:jc w:val="both"/>
              <w:rPr>
                <w:rFonts w:ascii="Arial" w:eastAsia="Arial" w:hAnsi="Arial" w:cs="Arial"/>
                <w:b/>
                <w:bCs/>
              </w:rPr>
            </w:pPr>
            <w:r w:rsidRPr="00071963">
              <w:rPr>
                <w:rFonts w:ascii="Arial" w:eastAsia="Arial" w:hAnsi="Arial" w:cs="Arial"/>
                <w:b/>
                <w:bCs/>
              </w:rPr>
              <w:t xml:space="preserve">*Recuerde que la capacidad máxima de cada stand es de 20 amperes.  </w:t>
            </w:r>
          </w:p>
        </w:tc>
        <w:tc>
          <w:tcPr>
            <w:tcW w:w="4293" w:type="dxa"/>
            <w:hideMark/>
          </w:tcPr>
          <w:p w14:paraId="32D7671B" w14:textId="77777777" w:rsidR="00172912" w:rsidRPr="00071963" w:rsidRDefault="00172912" w:rsidP="00172912">
            <w:pPr>
              <w:spacing w:after="160" w:line="252" w:lineRule="auto"/>
              <w:jc w:val="both"/>
              <w:rPr>
                <w:rFonts w:ascii="Arial" w:eastAsia="Arial" w:hAnsi="Arial" w:cs="Arial"/>
              </w:rPr>
            </w:pPr>
            <w:r w:rsidRPr="00071963">
              <w:rPr>
                <w:rFonts w:ascii="Segoe UI Symbol" w:eastAsia="Arial" w:hAnsi="Segoe UI Symbol" w:cs="Segoe UI Symbol"/>
              </w:rPr>
              <w:t>☐</w:t>
            </w:r>
            <w:r w:rsidRPr="00071963">
              <w:rPr>
                <w:rFonts w:ascii="Arial" w:eastAsia="Arial" w:hAnsi="Arial" w:cs="Arial"/>
              </w:rPr>
              <w:t xml:space="preserve"> Hervidor</w:t>
            </w:r>
            <w:r w:rsidRPr="00071963">
              <w:rPr>
                <w:rFonts w:ascii="Arial" w:eastAsia="Arial" w:hAnsi="Arial" w:cs="Arial"/>
              </w:rPr>
              <w:t> </w:t>
            </w:r>
            <w:r w:rsidRPr="00071963">
              <w:rPr>
                <w:rFonts w:ascii="Segoe UI Symbol" w:eastAsia="Arial" w:hAnsi="Segoe UI Symbol" w:cs="Segoe UI Symbol"/>
              </w:rPr>
              <w:t>☐</w:t>
            </w:r>
            <w:r w:rsidRPr="00071963">
              <w:rPr>
                <w:rFonts w:ascii="Arial" w:eastAsia="Arial" w:hAnsi="Arial" w:cs="Arial"/>
              </w:rPr>
              <w:t xml:space="preserve"> Congeladora</w:t>
            </w:r>
            <w:r w:rsidRPr="00071963">
              <w:rPr>
                <w:rFonts w:ascii="Arial" w:eastAsia="Arial" w:hAnsi="Arial" w:cs="Arial"/>
              </w:rPr>
              <w:t> </w:t>
            </w:r>
          </w:p>
          <w:p w14:paraId="0C9B4902" w14:textId="77777777" w:rsidR="00172912" w:rsidRPr="00071963" w:rsidRDefault="00172912" w:rsidP="00172912">
            <w:pPr>
              <w:spacing w:after="160" w:line="252" w:lineRule="auto"/>
              <w:jc w:val="both"/>
              <w:rPr>
                <w:rFonts w:ascii="Arial" w:eastAsia="Arial" w:hAnsi="Arial" w:cs="Arial"/>
              </w:rPr>
            </w:pPr>
            <w:r w:rsidRPr="00071963">
              <w:rPr>
                <w:rFonts w:ascii="Segoe UI Symbol" w:eastAsia="Arial" w:hAnsi="Segoe UI Symbol" w:cs="Segoe UI Symbol"/>
              </w:rPr>
              <w:t>☐</w:t>
            </w:r>
            <w:r w:rsidRPr="00071963">
              <w:rPr>
                <w:rFonts w:ascii="Arial" w:eastAsia="Arial" w:hAnsi="Arial" w:cs="Arial"/>
              </w:rPr>
              <w:t xml:space="preserve"> Microondas</w:t>
            </w:r>
            <w:r w:rsidRPr="00071963">
              <w:rPr>
                <w:rFonts w:ascii="Arial" w:eastAsia="Arial" w:hAnsi="Arial" w:cs="Arial"/>
              </w:rPr>
              <w:t> </w:t>
            </w:r>
          </w:p>
          <w:p w14:paraId="3C4C8F2B" w14:textId="77777777" w:rsidR="00172912" w:rsidRPr="00071963" w:rsidRDefault="00172912" w:rsidP="00172912">
            <w:pPr>
              <w:spacing w:after="160" w:line="252" w:lineRule="auto"/>
              <w:jc w:val="both"/>
              <w:rPr>
                <w:rFonts w:ascii="Arial" w:eastAsia="Arial" w:hAnsi="Arial" w:cs="Arial"/>
              </w:rPr>
            </w:pPr>
            <w:r w:rsidRPr="00071963">
              <w:rPr>
                <w:rFonts w:ascii="Segoe UI Symbol" w:eastAsia="Arial" w:hAnsi="Segoe UI Symbol" w:cs="Segoe UI Symbol"/>
              </w:rPr>
              <w:t>☐</w:t>
            </w:r>
            <w:r w:rsidRPr="00071963">
              <w:rPr>
                <w:rFonts w:ascii="Arial" w:eastAsia="Arial" w:hAnsi="Arial" w:cs="Arial"/>
              </w:rPr>
              <w:t xml:space="preserve"> Horno</w:t>
            </w:r>
            <w:r w:rsidRPr="00071963">
              <w:rPr>
                <w:rFonts w:ascii="Arial" w:eastAsia="Arial" w:hAnsi="Arial" w:cs="Arial"/>
              </w:rPr>
              <w:t> </w:t>
            </w:r>
            <w:r w:rsidRPr="00071963">
              <w:rPr>
                <w:rFonts w:ascii="Segoe UI Symbol" w:eastAsia="Arial" w:hAnsi="Segoe UI Symbol" w:cs="Segoe UI Symbol"/>
              </w:rPr>
              <w:t>☐</w:t>
            </w:r>
            <w:r w:rsidRPr="00071963">
              <w:rPr>
                <w:rFonts w:ascii="Arial" w:eastAsia="Arial" w:hAnsi="Arial" w:cs="Arial"/>
              </w:rPr>
              <w:t xml:space="preserve"> Otro: ____</w:t>
            </w:r>
            <w:r w:rsidR="00401946" w:rsidRPr="00071963">
              <w:rPr>
                <w:rFonts w:ascii="Arial" w:eastAsia="Arial" w:hAnsi="Arial" w:cs="Arial"/>
              </w:rPr>
              <w:t>__________</w:t>
            </w:r>
            <w:r w:rsidRPr="00071963">
              <w:rPr>
                <w:rFonts w:ascii="Arial" w:eastAsia="Arial" w:hAnsi="Arial" w:cs="Arial"/>
              </w:rPr>
              <w:t>__</w:t>
            </w:r>
          </w:p>
        </w:tc>
      </w:tr>
    </w:tbl>
    <w:p w14:paraId="5CA18A29" w14:textId="77777777" w:rsidR="00172912" w:rsidRPr="00071963" w:rsidRDefault="00172912" w:rsidP="005043B1">
      <w:pPr>
        <w:rPr>
          <w:rFonts w:ascii="Arial" w:eastAsia="Arial" w:hAnsi="Arial" w:cs="Arial"/>
          <w:b/>
          <w:bCs/>
        </w:rPr>
      </w:pPr>
    </w:p>
    <w:p w14:paraId="3674DE3A" w14:textId="77777777" w:rsidR="00C722F6" w:rsidRPr="00071963" w:rsidRDefault="00C722F6" w:rsidP="005043B1">
      <w:pPr>
        <w:rPr>
          <w:rFonts w:ascii="Arial" w:eastAsia="Arial" w:hAnsi="Arial" w:cs="Arial"/>
          <w:b/>
          <w:bCs/>
        </w:rPr>
      </w:pPr>
    </w:p>
    <w:p w14:paraId="3C7E38B4" w14:textId="77777777" w:rsidR="00C722F6" w:rsidRPr="00071963" w:rsidRDefault="00C722F6" w:rsidP="005043B1">
      <w:pPr>
        <w:rPr>
          <w:rFonts w:ascii="Arial" w:eastAsia="Arial" w:hAnsi="Arial" w:cs="Arial"/>
          <w:b/>
          <w:bCs/>
        </w:rPr>
      </w:pPr>
    </w:p>
    <w:p w14:paraId="51521EDE" w14:textId="77777777" w:rsidR="00172912" w:rsidRPr="00071963" w:rsidRDefault="00172912" w:rsidP="005043B1">
      <w:pPr>
        <w:rPr>
          <w:rFonts w:ascii="Arial" w:eastAsia="Arial" w:hAnsi="Arial" w:cs="Arial"/>
        </w:rPr>
      </w:pPr>
    </w:p>
    <w:tbl>
      <w:tblPr>
        <w:tblW w:w="3119" w:type="dxa"/>
        <w:jc w:val="center"/>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3119"/>
      </w:tblGrid>
      <w:tr w:rsidR="005043B1" w:rsidRPr="00071963" w14:paraId="63FF7A4B" w14:textId="77777777" w:rsidTr="00D74C75">
        <w:trPr>
          <w:jc w:val="center"/>
        </w:trPr>
        <w:tc>
          <w:tcPr>
            <w:tcW w:w="3119" w:type="dxa"/>
          </w:tcPr>
          <w:p w14:paraId="5676FD71" w14:textId="77777777" w:rsidR="005043B1" w:rsidRPr="00071963" w:rsidRDefault="005043B1" w:rsidP="00107AFD">
            <w:pPr>
              <w:spacing w:after="0" w:line="240" w:lineRule="auto"/>
              <w:jc w:val="center"/>
              <w:rPr>
                <w:rFonts w:ascii="Arial" w:eastAsia="Arial" w:hAnsi="Arial" w:cs="Arial"/>
                <w:b/>
              </w:rPr>
            </w:pPr>
            <w:r w:rsidRPr="00071963">
              <w:rPr>
                <w:rFonts w:ascii="Arial" w:eastAsia="Arial" w:hAnsi="Arial" w:cs="Arial"/>
                <w:b/>
              </w:rPr>
              <w:t>FIRMA DEL POSTULANTE</w:t>
            </w:r>
          </w:p>
          <w:p w14:paraId="2DE5CD3D" w14:textId="77777777" w:rsidR="005043B1" w:rsidRPr="00071963" w:rsidRDefault="005043B1" w:rsidP="004F0837">
            <w:pPr>
              <w:spacing w:after="0" w:line="240" w:lineRule="auto"/>
              <w:jc w:val="center"/>
              <w:rPr>
                <w:rFonts w:ascii="Arial" w:eastAsia="Arial" w:hAnsi="Arial" w:cs="Arial"/>
              </w:rPr>
            </w:pPr>
          </w:p>
        </w:tc>
      </w:tr>
    </w:tbl>
    <w:p w14:paraId="5B0386FB" w14:textId="77777777" w:rsidR="008013B1" w:rsidRDefault="008013B1">
      <w:pPr>
        <w:rPr>
          <w:rFonts w:ascii="Arial" w:hAnsi="Arial" w:cs="Arial"/>
          <w:b/>
          <w:bCs/>
        </w:rPr>
      </w:pPr>
    </w:p>
    <w:p w14:paraId="74A1B552" w14:textId="77777777" w:rsidR="00C2290A" w:rsidRDefault="00C2290A">
      <w:pPr>
        <w:rPr>
          <w:rFonts w:ascii="Arial" w:hAnsi="Arial" w:cs="Arial"/>
          <w:b/>
          <w:bCs/>
        </w:rPr>
      </w:pPr>
    </w:p>
    <w:p w14:paraId="322D0257" w14:textId="77777777" w:rsidR="00C2290A" w:rsidRDefault="00C2290A">
      <w:pPr>
        <w:rPr>
          <w:rFonts w:ascii="Arial" w:hAnsi="Arial" w:cs="Arial"/>
          <w:b/>
          <w:bCs/>
        </w:rPr>
      </w:pPr>
    </w:p>
    <w:p w14:paraId="64A122C8" w14:textId="77777777" w:rsidR="00C2290A" w:rsidRDefault="00C2290A">
      <w:pPr>
        <w:rPr>
          <w:rFonts w:ascii="Arial" w:hAnsi="Arial" w:cs="Arial"/>
          <w:b/>
          <w:bCs/>
        </w:rPr>
      </w:pPr>
    </w:p>
    <w:p w14:paraId="2C078F58" w14:textId="77777777" w:rsidR="00C2290A" w:rsidRDefault="00C2290A">
      <w:pPr>
        <w:rPr>
          <w:rFonts w:ascii="Arial" w:hAnsi="Arial" w:cs="Arial"/>
          <w:b/>
          <w:bCs/>
        </w:rPr>
      </w:pPr>
    </w:p>
    <w:p w14:paraId="2645FC39" w14:textId="77777777" w:rsidR="00C2290A" w:rsidRDefault="00C2290A">
      <w:pPr>
        <w:rPr>
          <w:rFonts w:ascii="Arial" w:hAnsi="Arial" w:cs="Arial"/>
          <w:b/>
          <w:bCs/>
        </w:rPr>
      </w:pPr>
    </w:p>
    <w:p w14:paraId="553D7BE6" w14:textId="77777777" w:rsidR="00C2290A" w:rsidRDefault="00C2290A">
      <w:pPr>
        <w:rPr>
          <w:rFonts w:ascii="Arial" w:hAnsi="Arial" w:cs="Arial"/>
          <w:b/>
          <w:bCs/>
        </w:rPr>
      </w:pPr>
    </w:p>
    <w:p w14:paraId="1AFECAFB" w14:textId="77777777" w:rsidR="00C2290A" w:rsidRDefault="00C2290A">
      <w:pPr>
        <w:rPr>
          <w:rFonts w:ascii="Arial" w:hAnsi="Arial" w:cs="Arial"/>
          <w:b/>
          <w:bCs/>
        </w:rPr>
      </w:pPr>
    </w:p>
    <w:p w14:paraId="7B026674" w14:textId="77777777" w:rsidR="00C2290A" w:rsidRDefault="00C2290A">
      <w:pPr>
        <w:rPr>
          <w:rFonts w:ascii="Arial" w:hAnsi="Arial" w:cs="Arial"/>
          <w:b/>
          <w:bCs/>
        </w:rPr>
      </w:pPr>
    </w:p>
    <w:p w14:paraId="6D5B20A4" w14:textId="77777777" w:rsidR="00C2290A" w:rsidRDefault="00C2290A">
      <w:pPr>
        <w:rPr>
          <w:rFonts w:ascii="Arial" w:hAnsi="Arial" w:cs="Arial"/>
          <w:b/>
          <w:bCs/>
        </w:rPr>
      </w:pPr>
    </w:p>
    <w:p w14:paraId="0EC0F221" w14:textId="77777777" w:rsidR="00C2290A" w:rsidRDefault="00C2290A">
      <w:pPr>
        <w:rPr>
          <w:rFonts w:ascii="Arial" w:hAnsi="Arial" w:cs="Arial"/>
          <w:b/>
          <w:bCs/>
        </w:rPr>
      </w:pPr>
    </w:p>
    <w:p w14:paraId="7B4082AE" w14:textId="77777777" w:rsidR="00C2290A" w:rsidRPr="00071963" w:rsidRDefault="00C2290A">
      <w:pPr>
        <w:rPr>
          <w:rFonts w:ascii="Arial" w:hAnsi="Arial" w:cs="Arial"/>
          <w:b/>
          <w:bCs/>
        </w:rPr>
      </w:pPr>
    </w:p>
    <w:p w14:paraId="6D141A87" w14:textId="77777777" w:rsidR="0069787C" w:rsidRPr="00E71C44" w:rsidRDefault="0069787C" w:rsidP="009306C4">
      <w:pPr>
        <w:pBdr>
          <w:top w:val="nil"/>
          <w:left w:val="nil"/>
          <w:bottom w:val="nil"/>
          <w:right w:val="nil"/>
          <w:between w:val="nil"/>
        </w:pBdr>
        <w:spacing w:after="0" w:line="240" w:lineRule="auto"/>
        <w:jc w:val="center"/>
        <w:rPr>
          <w:rFonts w:ascii="Arial" w:hAnsi="Arial" w:cs="Arial"/>
          <w:b/>
          <w:bCs/>
        </w:rPr>
      </w:pPr>
      <w:r w:rsidRPr="00E71C44">
        <w:rPr>
          <w:rFonts w:ascii="Arial" w:hAnsi="Arial" w:cs="Arial"/>
          <w:b/>
          <w:bCs/>
        </w:rPr>
        <w:lastRenderedPageBreak/>
        <w:t>ANEXO 2</w:t>
      </w:r>
    </w:p>
    <w:p w14:paraId="374A9498" w14:textId="77777777" w:rsidR="0069787C" w:rsidRPr="00E71C44" w:rsidRDefault="0069787C" w:rsidP="009306C4">
      <w:pPr>
        <w:pBdr>
          <w:top w:val="nil"/>
          <w:left w:val="nil"/>
          <w:bottom w:val="nil"/>
          <w:right w:val="nil"/>
          <w:between w:val="nil"/>
        </w:pBdr>
        <w:spacing w:after="0" w:line="240" w:lineRule="auto"/>
        <w:jc w:val="center"/>
        <w:rPr>
          <w:rFonts w:ascii="Arial" w:hAnsi="Arial" w:cs="Arial"/>
          <w:b/>
          <w:bCs/>
        </w:rPr>
      </w:pPr>
      <w:r w:rsidRPr="00E71C44">
        <w:rPr>
          <w:rFonts w:ascii="Arial" w:hAnsi="Arial" w:cs="Arial"/>
          <w:b/>
          <w:bCs/>
        </w:rPr>
        <w:t>DECLARACIÓN JURADA DE CUMPLIMIENTO LEY 21.368 REGULA LA ENTREGA DE PLÁSTICOS DE UN SOLO USO STANDS DE COMIDAS INTERNACIONALES</w:t>
      </w:r>
    </w:p>
    <w:p w14:paraId="43336642" w14:textId="77777777" w:rsidR="0069787C" w:rsidRPr="00E71C44" w:rsidRDefault="0069787C" w:rsidP="009306C4">
      <w:pPr>
        <w:pBdr>
          <w:top w:val="nil"/>
          <w:left w:val="nil"/>
          <w:bottom w:val="nil"/>
          <w:right w:val="nil"/>
          <w:between w:val="nil"/>
        </w:pBdr>
        <w:spacing w:after="0" w:line="240" w:lineRule="auto"/>
        <w:jc w:val="center"/>
        <w:rPr>
          <w:rFonts w:ascii="Arial" w:eastAsia="Times New Roman" w:hAnsi="Arial" w:cs="Arial"/>
          <w:b/>
          <w:bCs/>
        </w:rPr>
      </w:pPr>
      <w:r w:rsidRPr="00E71C44">
        <w:rPr>
          <w:rFonts w:ascii="Arial" w:eastAsia="Times New Roman" w:hAnsi="Arial" w:cs="Arial"/>
          <w:b/>
          <w:bCs/>
        </w:rPr>
        <w:t>FIESTA DE LA PRIMAVERA 202</w:t>
      </w:r>
      <w:r w:rsidR="00EC4A4E" w:rsidRPr="00E71C44">
        <w:rPr>
          <w:rFonts w:ascii="Arial" w:eastAsia="Times New Roman" w:hAnsi="Arial" w:cs="Arial"/>
          <w:b/>
          <w:bCs/>
        </w:rPr>
        <w:t>6</w:t>
      </w:r>
    </w:p>
    <w:p w14:paraId="25E6C00E" w14:textId="77777777" w:rsidR="0069787C" w:rsidRPr="00E71C44" w:rsidRDefault="0069787C" w:rsidP="009306C4">
      <w:pPr>
        <w:pBdr>
          <w:top w:val="nil"/>
          <w:left w:val="nil"/>
          <w:bottom w:val="nil"/>
          <w:right w:val="nil"/>
          <w:between w:val="nil"/>
        </w:pBdr>
        <w:spacing w:after="0" w:line="240" w:lineRule="auto"/>
        <w:jc w:val="center"/>
        <w:rPr>
          <w:rFonts w:ascii="Arial" w:hAnsi="Arial" w:cs="Arial"/>
          <w:b/>
          <w:bCs/>
        </w:rPr>
      </w:pPr>
      <w:r w:rsidRPr="00E71C44">
        <w:rPr>
          <w:rFonts w:ascii="Arial" w:hAnsi="Arial" w:cs="Arial"/>
          <w:b/>
          <w:bCs/>
        </w:rPr>
        <w:t>MUNICIPALIDAD DE CHIGUAYANTE</w:t>
      </w:r>
    </w:p>
    <w:p w14:paraId="206296E7" w14:textId="77777777" w:rsidR="0069787C" w:rsidRPr="00071963" w:rsidRDefault="0069787C" w:rsidP="00B1110C">
      <w:pPr>
        <w:pBdr>
          <w:top w:val="nil"/>
          <w:left w:val="nil"/>
          <w:bottom w:val="nil"/>
          <w:right w:val="nil"/>
          <w:between w:val="nil"/>
        </w:pBdr>
        <w:spacing w:after="0" w:line="240" w:lineRule="auto"/>
        <w:rPr>
          <w:rFonts w:ascii="Arial" w:hAnsi="Arial" w:cs="Arial"/>
          <w:b/>
        </w:rPr>
      </w:pPr>
    </w:p>
    <w:p w14:paraId="0143F024" w14:textId="77777777" w:rsidR="0069787C" w:rsidRPr="00071963" w:rsidRDefault="0069787C" w:rsidP="009306C4">
      <w:pPr>
        <w:pBdr>
          <w:top w:val="nil"/>
          <w:left w:val="nil"/>
          <w:bottom w:val="nil"/>
          <w:right w:val="nil"/>
          <w:between w:val="nil"/>
        </w:pBdr>
        <w:spacing w:line="276" w:lineRule="auto"/>
        <w:rPr>
          <w:rFonts w:ascii="Arial" w:hAnsi="Arial" w:cs="Arial"/>
          <w:bCs/>
        </w:rPr>
      </w:pPr>
      <w:r w:rsidRPr="00071963">
        <w:rPr>
          <w:rFonts w:ascii="Arial" w:hAnsi="Arial" w:cs="Arial"/>
          <w:bCs/>
        </w:rPr>
        <w:t>Yo, ______________________________________________________, RUT N.º ____________________, en calidad de postulante y responsable del stan</w:t>
      </w:r>
      <w:r w:rsidR="008363D7" w:rsidRPr="00071963">
        <w:rPr>
          <w:rFonts w:ascii="Arial" w:hAnsi="Arial" w:cs="Arial"/>
          <w:bCs/>
        </w:rPr>
        <w:t>d</w:t>
      </w:r>
      <w:r w:rsidRPr="00071963">
        <w:rPr>
          <w:rFonts w:ascii="Arial" w:hAnsi="Arial" w:cs="Arial"/>
          <w:bCs/>
        </w:rPr>
        <w:t xml:space="preserve"> comida internacional que se presenta para participar en la Actividad Municipal Fiesta de la </w:t>
      </w:r>
      <w:proofErr w:type="gramStart"/>
      <w:r w:rsidRPr="00071963">
        <w:rPr>
          <w:rFonts w:ascii="Arial" w:hAnsi="Arial" w:cs="Arial"/>
          <w:bCs/>
        </w:rPr>
        <w:t>Primavera</w:t>
      </w:r>
      <w:proofErr w:type="gramEnd"/>
      <w:r w:rsidRPr="00071963">
        <w:rPr>
          <w:rFonts w:ascii="Arial" w:hAnsi="Arial" w:cs="Arial"/>
          <w:bCs/>
        </w:rPr>
        <w:t xml:space="preserve"> 202</w:t>
      </w:r>
      <w:r w:rsidR="00EC4A4E" w:rsidRPr="00071963">
        <w:rPr>
          <w:rFonts w:ascii="Arial" w:hAnsi="Arial" w:cs="Arial"/>
          <w:bCs/>
        </w:rPr>
        <w:t>6</w:t>
      </w:r>
      <w:r w:rsidRPr="00071963">
        <w:rPr>
          <w:rFonts w:ascii="Arial" w:hAnsi="Arial" w:cs="Arial"/>
          <w:bCs/>
        </w:rPr>
        <w:t>, declaro bajo juramento lo siguiente:</w:t>
      </w:r>
    </w:p>
    <w:p w14:paraId="57BDB665" w14:textId="20F58B9D" w:rsidR="009306C4" w:rsidRPr="00071963" w:rsidRDefault="0069787C" w:rsidP="009306C4">
      <w:pPr>
        <w:pBdr>
          <w:top w:val="nil"/>
          <w:left w:val="nil"/>
          <w:bottom w:val="nil"/>
          <w:right w:val="nil"/>
          <w:between w:val="nil"/>
        </w:pBdr>
        <w:spacing w:line="276" w:lineRule="auto"/>
        <w:rPr>
          <w:rFonts w:ascii="Arial" w:hAnsi="Arial" w:cs="Arial"/>
          <w:bCs/>
        </w:rPr>
      </w:pPr>
      <w:r w:rsidRPr="00071963">
        <w:rPr>
          <w:rFonts w:ascii="Arial" w:hAnsi="Arial" w:cs="Arial"/>
        </w:rPr>
        <w:t>Durante la Actividad Municipal “Fiesta de la Primavera 2026”, que se llevará a cabo los días viernes 20, sábado 21 y domingo 22 de noviembre de 2026, en el Parque Ribera de Chiguayante, bajo la coordinación del Departamento de Desarrollo Económico Local de la Ilustre Municipalidad de Chiguayante, NO REALIZARÉ USO DE ENVASES DE UN SOLO USO DE ORIGEN PLÁSTICO en los casos regulados por la Ley N° 21.368 y su normativa vigente.</w:t>
      </w:r>
    </w:p>
    <w:p w14:paraId="240B24AF" w14:textId="77777777" w:rsidR="0069787C" w:rsidRPr="00071963" w:rsidRDefault="0069787C" w:rsidP="009306C4">
      <w:pPr>
        <w:pBdr>
          <w:top w:val="nil"/>
          <w:left w:val="nil"/>
          <w:bottom w:val="nil"/>
          <w:right w:val="nil"/>
          <w:between w:val="nil"/>
        </w:pBdr>
        <w:spacing w:line="276" w:lineRule="auto"/>
        <w:rPr>
          <w:rFonts w:ascii="Arial" w:hAnsi="Arial" w:cs="Arial"/>
          <w:bCs/>
        </w:rPr>
      </w:pPr>
      <w:r w:rsidRPr="00071963">
        <w:rPr>
          <w:rFonts w:ascii="Arial" w:hAnsi="Arial" w:cs="Arial"/>
          <w:bCs/>
        </w:rPr>
        <w:t>Declaro que la presente información es fidedigna y acepto las condiciones establecidas en las bases de participación del evento.</w:t>
      </w:r>
    </w:p>
    <w:p w14:paraId="5A8B2397" w14:textId="77777777" w:rsidR="0069787C" w:rsidRPr="00071963" w:rsidRDefault="0069787C" w:rsidP="0069787C">
      <w:pPr>
        <w:pBdr>
          <w:top w:val="nil"/>
          <w:left w:val="nil"/>
          <w:bottom w:val="nil"/>
          <w:right w:val="nil"/>
          <w:between w:val="nil"/>
        </w:pBdr>
        <w:spacing w:line="240" w:lineRule="auto"/>
        <w:rPr>
          <w:rFonts w:ascii="Arial" w:hAnsi="Arial" w:cs="Arial"/>
          <w:bCs/>
        </w:rPr>
      </w:pPr>
    </w:p>
    <w:p w14:paraId="26E145C7" w14:textId="77777777" w:rsidR="0069787C" w:rsidRPr="00071963" w:rsidRDefault="0069787C" w:rsidP="0069787C">
      <w:pPr>
        <w:pBdr>
          <w:top w:val="nil"/>
          <w:left w:val="nil"/>
          <w:bottom w:val="nil"/>
          <w:right w:val="nil"/>
          <w:between w:val="nil"/>
        </w:pBdr>
        <w:spacing w:line="240" w:lineRule="auto"/>
        <w:rPr>
          <w:rFonts w:ascii="Arial" w:hAnsi="Arial" w:cs="Arial"/>
          <w:bCs/>
        </w:rPr>
      </w:pPr>
    </w:p>
    <w:p w14:paraId="2B3EA8AE" w14:textId="77777777" w:rsidR="0069787C" w:rsidRPr="00071963" w:rsidRDefault="0069787C" w:rsidP="0069787C">
      <w:pPr>
        <w:pBdr>
          <w:top w:val="nil"/>
          <w:left w:val="nil"/>
          <w:bottom w:val="nil"/>
          <w:right w:val="nil"/>
          <w:between w:val="nil"/>
        </w:pBdr>
        <w:spacing w:line="240" w:lineRule="auto"/>
        <w:rPr>
          <w:rFonts w:ascii="Arial" w:hAnsi="Arial" w:cs="Arial"/>
          <w:bCs/>
        </w:rPr>
      </w:pPr>
      <w:r w:rsidRPr="00071963">
        <w:rPr>
          <w:rFonts w:ascii="Arial" w:hAnsi="Arial" w:cs="Arial"/>
          <w:bCs/>
        </w:rPr>
        <w:t xml:space="preserve">Firmado en CHIGUAYANTE, a ____ </w:t>
      </w:r>
      <w:proofErr w:type="spellStart"/>
      <w:r w:rsidRPr="00071963">
        <w:rPr>
          <w:rFonts w:ascii="Arial" w:hAnsi="Arial" w:cs="Arial"/>
          <w:bCs/>
        </w:rPr>
        <w:t>de</w:t>
      </w:r>
      <w:proofErr w:type="spellEnd"/>
      <w:r w:rsidRPr="00071963">
        <w:rPr>
          <w:rFonts w:ascii="Arial" w:hAnsi="Arial" w:cs="Arial"/>
          <w:bCs/>
        </w:rPr>
        <w:t xml:space="preserve"> _______________ </w:t>
      </w:r>
      <w:proofErr w:type="spellStart"/>
      <w:r w:rsidRPr="00071963">
        <w:rPr>
          <w:rFonts w:ascii="Arial" w:hAnsi="Arial" w:cs="Arial"/>
          <w:bCs/>
        </w:rPr>
        <w:t>de</w:t>
      </w:r>
      <w:proofErr w:type="spellEnd"/>
      <w:r w:rsidRPr="00071963">
        <w:rPr>
          <w:rFonts w:ascii="Arial" w:hAnsi="Arial" w:cs="Arial"/>
          <w:bCs/>
        </w:rPr>
        <w:t xml:space="preserve"> 202</w:t>
      </w:r>
      <w:r w:rsidR="00EC4A4E" w:rsidRPr="00071963">
        <w:rPr>
          <w:rFonts w:ascii="Arial" w:hAnsi="Arial" w:cs="Arial"/>
          <w:bCs/>
        </w:rPr>
        <w:t>6</w:t>
      </w:r>
      <w:r w:rsidRPr="00071963">
        <w:rPr>
          <w:rFonts w:ascii="Arial" w:hAnsi="Arial" w:cs="Arial"/>
          <w:bCs/>
        </w:rPr>
        <w:t>.</w:t>
      </w:r>
    </w:p>
    <w:p w14:paraId="1DD9D655" w14:textId="77777777" w:rsidR="0069787C" w:rsidRPr="00071963" w:rsidRDefault="0069787C" w:rsidP="0069787C">
      <w:pPr>
        <w:pBdr>
          <w:top w:val="nil"/>
          <w:left w:val="nil"/>
          <w:bottom w:val="nil"/>
          <w:right w:val="nil"/>
          <w:between w:val="nil"/>
        </w:pBdr>
        <w:spacing w:line="240" w:lineRule="auto"/>
        <w:rPr>
          <w:rFonts w:ascii="Arial" w:hAnsi="Arial" w:cs="Arial"/>
          <w:bCs/>
        </w:rPr>
      </w:pPr>
    </w:p>
    <w:p w14:paraId="49003A6B" w14:textId="77777777" w:rsidR="0069787C" w:rsidRPr="00071963" w:rsidRDefault="0069787C" w:rsidP="0069787C">
      <w:pPr>
        <w:pBdr>
          <w:top w:val="nil"/>
          <w:left w:val="nil"/>
          <w:bottom w:val="nil"/>
          <w:right w:val="nil"/>
          <w:between w:val="nil"/>
        </w:pBdr>
        <w:spacing w:line="240" w:lineRule="auto"/>
        <w:rPr>
          <w:rFonts w:ascii="Arial" w:hAnsi="Arial" w:cs="Arial"/>
          <w:bCs/>
        </w:rPr>
      </w:pPr>
    </w:p>
    <w:p w14:paraId="28CDF5E9" w14:textId="77777777" w:rsidR="0069787C" w:rsidRPr="00071963" w:rsidRDefault="0069787C" w:rsidP="0069787C">
      <w:pPr>
        <w:pBdr>
          <w:top w:val="nil"/>
          <w:left w:val="nil"/>
          <w:bottom w:val="nil"/>
          <w:right w:val="nil"/>
          <w:between w:val="nil"/>
        </w:pBdr>
        <w:spacing w:line="240" w:lineRule="auto"/>
        <w:rPr>
          <w:rFonts w:ascii="Arial" w:hAnsi="Arial" w:cs="Arial"/>
          <w:bCs/>
        </w:rPr>
      </w:pPr>
    </w:p>
    <w:p w14:paraId="005FB9B9" w14:textId="77777777" w:rsidR="0069787C" w:rsidRPr="00071963" w:rsidRDefault="0069787C" w:rsidP="000B1757">
      <w:pPr>
        <w:pBdr>
          <w:top w:val="nil"/>
          <w:left w:val="nil"/>
          <w:bottom w:val="nil"/>
          <w:right w:val="nil"/>
          <w:between w:val="nil"/>
        </w:pBdr>
        <w:spacing w:line="240" w:lineRule="auto"/>
        <w:jc w:val="left"/>
        <w:rPr>
          <w:rFonts w:ascii="Arial" w:hAnsi="Arial" w:cs="Arial"/>
          <w:bCs/>
        </w:rPr>
      </w:pPr>
      <w:r w:rsidRPr="00071963">
        <w:rPr>
          <w:rFonts w:ascii="Arial" w:hAnsi="Arial" w:cs="Arial"/>
          <w:b/>
          <w:bCs/>
        </w:rPr>
        <w:t>Firma del/la postulante:</w:t>
      </w:r>
      <w:r w:rsidRPr="00071963">
        <w:rPr>
          <w:rFonts w:ascii="Arial" w:hAnsi="Arial" w:cs="Arial"/>
          <w:bCs/>
        </w:rPr>
        <w:t xml:space="preserve"> ___________________________________________</w:t>
      </w:r>
      <w:r w:rsidRPr="00071963">
        <w:rPr>
          <w:rFonts w:ascii="Arial" w:hAnsi="Arial" w:cs="Arial"/>
          <w:bCs/>
        </w:rPr>
        <w:br/>
      </w:r>
    </w:p>
    <w:p w14:paraId="7364AC05" w14:textId="77777777" w:rsidR="0069787C" w:rsidRPr="00071963" w:rsidRDefault="0069787C" w:rsidP="0069787C">
      <w:pPr>
        <w:rPr>
          <w:rFonts w:ascii="Arial" w:hAnsi="Arial" w:cs="Arial"/>
          <w:color w:val="000000"/>
        </w:rPr>
      </w:pPr>
    </w:p>
    <w:p w14:paraId="78283666" w14:textId="77777777" w:rsidR="0069787C" w:rsidRPr="00071963" w:rsidRDefault="0069787C" w:rsidP="0069787C">
      <w:pPr>
        <w:rPr>
          <w:rFonts w:ascii="Arial" w:hAnsi="Arial" w:cs="Arial"/>
        </w:rPr>
      </w:pPr>
    </w:p>
    <w:p w14:paraId="39BBD593" w14:textId="77777777" w:rsidR="0069787C" w:rsidRPr="00071963" w:rsidRDefault="0069787C" w:rsidP="0069787C">
      <w:pPr>
        <w:pBdr>
          <w:top w:val="nil"/>
          <w:left w:val="nil"/>
          <w:bottom w:val="nil"/>
          <w:right w:val="nil"/>
          <w:between w:val="nil"/>
        </w:pBdr>
        <w:spacing w:after="0" w:line="240" w:lineRule="auto"/>
        <w:jc w:val="center"/>
        <w:rPr>
          <w:rFonts w:ascii="Arial" w:hAnsi="Arial" w:cs="Arial"/>
          <w:b/>
          <w:bCs/>
        </w:rPr>
      </w:pPr>
    </w:p>
    <w:p w14:paraId="75FD3F3E" w14:textId="77777777" w:rsidR="0069787C" w:rsidRPr="00071963" w:rsidRDefault="008013B1" w:rsidP="0038370D">
      <w:pPr>
        <w:rPr>
          <w:rFonts w:ascii="Arial" w:hAnsi="Arial" w:cs="Arial"/>
          <w:b/>
          <w:bCs/>
        </w:rPr>
      </w:pPr>
      <w:r w:rsidRPr="00071963">
        <w:rPr>
          <w:rFonts w:ascii="Arial" w:hAnsi="Arial" w:cs="Arial"/>
          <w:b/>
          <w:bCs/>
        </w:rPr>
        <w:br w:type="page"/>
      </w:r>
    </w:p>
    <w:p w14:paraId="0F701B5F" w14:textId="77777777" w:rsidR="005043B1" w:rsidRPr="00071963" w:rsidRDefault="005043B1" w:rsidP="0084710C">
      <w:pPr>
        <w:pStyle w:val="Sinespaciado"/>
        <w:jc w:val="center"/>
        <w:rPr>
          <w:rFonts w:ascii="Arial" w:hAnsi="Arial" w:cs="Arial"/>
          <w:b/>
          <w:bCs/>
        </w:rPr>
      </w:pPr>
      <w:r w:rsidRPr="00071963">
        <w:rPr>
          <w:rFonts w:ascii="Arial" w:hAnsi="Arial" w:cs="Arial"/>
          <w:b/>
          <w:bCs/>
        </w:rPr>
        <w:lastRenderedPageBreak/>
        <w:t>ANEXO 3</w:t>
      </w:r>
    </w:p>
    <w:p w14:paraId="5AD6CA13" w14:textId="77777777" w:rsidR="005043B1" w:rsidRPr="00071963" w:rsidRDefault="005043B1" w:rsidP="0084710C">
      <w:pPr>
        <w:pStyle w:val="Sinespaciado"/>
        <w:jc w:val="center"/>
        <w:rPr>
          <w:rFonts w:ascii="Arial" w:hAnsi="Arial" w:cs="Arial"/>
          <w:b/>
          <w:bCs/>
        </w:rPr>
      </w:pPr>
      <w:r w:rsidRPr="00071963">
        <w:rPr>
          <w:rFonts w:ascii="Arial" w:hAnsi="Arial" w:cs="Arial"/>
          <w:b/>
          <w:bCs/>
        </w:rPr>
        <w:t>DECLARACIÓN JURADA DE RESPONSABILIDAD</w:t>
      </w:r>
    </w:p>
    <w:p w14:paraId="7D132E70" w14:textId="77777777" w:rsidR="005043B1" w:rsidRPr="00052578" w:rsidRDefault="005043B1" w:rsidP="0084710C">
      <w:pPr>
        <w:pStyle w:val="Sinespaciado"/>
        <w:jc w:val="center"/>
        <w:rPr>
          <w:rFonts w:ascii="Arial" w:eastAsia="Times New Roman" w:hAnsi="Arial" w:cs="Arial"/>
          <w:b/>
          <w:bCs/>
        </w:rPr>
      </w:pPr>
      <w:r w:rsidRPr="00052578">
        <w:rPr>
          <w:rFonts w:ascii="Arial" w:hAnsi="Arial" w:cs="Arial"/>
          <w:b/>
          <w:bCs/>
        </w:rPr>
        <w:t>STANDS DE COMIDAS INTERNACIONALES</w:t>
      </w:r>
    </w:p>
    <w:p w14:paraId="63E98256" w14:textId="77777777" w:rsidR="005043B1" w:rsidRPr="00071963" w:rsidRDefault="005043B1" w:rsidP="0084710C">
      <w:pPr>
        <w:pStyle w:val="Sinespaciado"/>
        <w:jc w:val="center"/>
        <w:rPr>
          <w:rFonts w:ascii="Arial" w:eastAsia="Times New Roman" w:hAnsi="Arial" w:cs="Arial"/>
          <w:b/>
          <w:bCs/>
        </w:rPr>
      </w:pPr>
      <w:r w:rsidRPr="00071963">
        <w:rPr>
          <w:rFonts w:ascii="Arial" w:eastAsia="Times New Roman" w:hAnsi="Arial" w:cs="Arial"/>
          <w:b/>
          <w:bCs/>
        </w:rPr>
        <w:t>FIESTA DE LA PRIMAVERA 202</w:t>
      </w:r>
      <w:r w:rsidR="00EC4A4E" w:rsidRPr="00071963">
        <w:rPr>
          <w:rFonts w:ascii="Arial" w:eastAsia="Times New Roman" w:hAnsi="Arial" w:cs="Arial"/>
          <w:b/>
          <w:bCs/>
        </w:rPr>
        <w:t>6</w:t>
      </w:r>
    </w:p>
    <w:p w14:paraId="1039FCA1" w14:textId="77777777" w:rsidR="005043B1" w:rsidRPr="00071963" w:rsidRDefault="005F1BF6" w:rsidP="0084710C">
      <w:pPr>
        <w:pStyle w:val="Sinespaciado"/>
        <w:jc w:val="center"/>
        <w:rPr>
          <w:rFonts w:ascii="Arial" w:hAnsi="Arial" w:cs="Arial"/>
          <w:b/>
          <w:bCs/>
        </w:rPr>
      </w:pPr>
      <w:r w:rsidRPr="00071963">
        <w:rPr>
          <w:rFonts w:ascii="Arial" w:hAnsi="Arial" w:cs="Arial"/>
          <w:b/>
          <w:bCs/>
        </w:rPr>
        <w:t>MUNICIPALIDAD DE CHIGUAYANTE</w:t>
      </w:r>
    </w:p>
    <w:p w14:paraId="1B9D68BC" w14:textId="77777777" w:rsidR="005043B1" w:rsidRPr="00071963" w:rsidRDefault="005043B1" w:rsidP="005043B1">
      <w:pPr>
        <w:pBdr>
          <w:top w:val="nil"/>
          <w:left w:val="nil"/>
          <w:bottom w:val="nil"/>
          <w:right w:val="nil"/>
          <w:between w:val="nil"/>
        </w:pBdr>
        <w:spacing w:after="0" w:line="240" w:lineRule="auto"/>
        <w:jc w:val="center"/>
        <w:rPr>
          <w:rFonts w:ascii="Arial" w:hAnsi="Arial" w:cs="Arial"/>
          <w:b/>
        </w:rPr>
      </w:pPr>
    </w:p>
    <w:p w14:paraId="00C7A946" w14:textId="77777777" w:rsidR="005043B1" w:rsidRPr="00071963" w:rsidRDefault="005043B1" w:rsidP="0038370D">
      <w:pPr>
        <w:pBdr>
          <w:top w:val="nil"/>
          <w:left w:val="nil"/>
          <w:bottom w:val="nil"/>
          <w:right w:val="nil"/>
          <w:between w:val="nil"/>
        </w:pBdr>
        <w:spacing w:line="276" w:lineRule="auto"/>
        <w:rPr>
          <w:rFonts w:ascii="Arial" w:hAnsi="Arial" w:cs="Arial"/>
          <w:bCs/>
        </w:rPr>
      </w:pPr>
      <w:r w:rsidRPr="00071963">
        <w:rPr>
          <w:rFonts w:ascii="Arial" w:hAnsi="Arial" w:cs="Arial"/>
          <w:bCs/>
        </w:rPr>
        <w:t xml:space="preserve">Yo, ______________________________________________________, RUT N.º ____________________, en calidad de postulante y responsable </w:t>
      </w:r>
      <w:r w:rsidR="0069787C" w:rsidRPr="00071963">
        <w:rPr>
          <w:rFonts w:ascii="Arial" w:hAnsi="Arial" w:cs="Arial"/>
          <w:bCs/>
        </w:rPr>
        <w:t>stand</w:t>
      </w:r>
      <w:r w:rsidRPr="00071963">
        <w:rPr>
          <w:rFonts w:ascii="Arial" w:hAnsi="Arial" w:cs="Arial"/>
          <w:bCs/>
        </w:rPr>
        <w:t xml:space="preserve"> </w:t>
      </w:r>
      <w:r w:rsidR="008013B1" w:rsidRPr="00071963">
        <w:rPr>
          <w:rFonts w:ascii="Arial" w:hAnsi="Arial" w:cs="Arial"/>
          <w:bCs/>
        </w:rPr>
        <w:t xml:space="preserve">comida internacional </w:t>
      </w:r>
      <w:r w:rsidRPr="00071963">
        <w:rPr>
          <w:rFonts w:ascii="Arial" w:hAnsi="Arial" w:cs="Arial"/>
          <w:bCs/>
        </w:rPr>
        <w:t xml:space="preserve">que se presenta para participar en la Actividad Municipal Fiesta de la </w:t>
      </w:r>
      <w:proofErr w:type="gramStart"/>
      <w:r w:rsidRPr="00071963">
        <w:rPr>
          <w:rFonts w:ascii="Arial" w:hAnsi="Arial" w:cs="Arial"/>
          <w:bCs/>
        </w:rPr>
        <w:t>Primavera</w:t>
      </w:r>
      <w:proofErr w:type="gramEnd"/>
      <w:r w:rsidRPr="00071963">
        <w:rPr>
          <w:rFonts w:ascii="Arial" w:hAnsi="Arial" w:cs="Arial"/>
          <w:bCs/>
        </w:rPr>
        <w:t xml:space="preserve"> 202</w:t>
      </w:r>
      <w:r w:rsidR="00EC4A4E" w:rsidRPr="00071963">
        <w:rPr>
          <w:rFonts w:ascii="Arial" w:hAnsi="Arial" w:cs="Arial"/>
          <w:bCs/>
        </w:rPr>
        <w:t>6</w:t>
      </w:r>
      <w:r w:rsidRPr="00071963">
        <w:rPr>
          <w:rFonts w:ascii="Arial" w:hAnsi="Arial" w:cs="Arial"/>
          <w:bCs/>
        </w:rPr>
        <w:t>, declaro bajo juramento lo siguiente:</w:t>
      </w:r>
    </w:p>
    <w:p w14:paraId="06B5A605" w14:textId="77777777" w:rsidR="005043B1" w:rsidRPr="00071963" w:rsidRDefault="005043B1" w:rsidP="0038370D">
      <w:pPr>
        <w:pBdr>
          <w:top w:val="nil"/>
          <w:left w:val="nil"/>
          <w:bottom w:val="nil"/>
          <w:right w:val="nil"/>
          <w:between w:val="nil"/>
        </w:pBdr>
        <w:spacing w:line="276" w:lineRule="auto"/>
        <w:rPr>
          <w:rFonts w:ascii="Arial" w:hAnsi="Arial" w:cs="Arial"/>
          <w:bCs/>
        </w:rPr>
      </w:pPr>
      <w:r w:rsidRPr="00071963">
        <w:rPr>
          <w:rFonts w:ascii="Arial" w:hAnsi="Arial" w:cs="Arial"/>
          <w:bCs/>
        </w:rPr>
        <w:t>Asumo total responsabilidad por cualquier accidente, incidente o inconveniente que pudiera ocasionar u ocurrir durante el desarrollo del evento Fiesta de la Primavera 202</w:t>
      </w:r>
      <w:r w:rsidR="00EC4A4E" w:rsidRPr="00071963">
        <w:rPr>
          <w:rFonts w:ascii="Arial" w:hAnsi="Arial" w:cs="Arial"/>
          <w:bCs/>
        </w:rPr>
        <w:t>6</w:t>
      </w:r>
      <w:r w:rsidRPr="00071963">
        <w:rPr>
          <w:rFonts w:ascii="Arial" w:hAnsi="Arial" w:cs="Arial"/>
          <w:bCs/>
        </w:rPr>
        <w:t>, tanto de mi parte como de las personas que trabajen a mi cargo. Esta declaración incluye cualquier situación que afecte a terceros, infraestructura u otros expositores, y se extiende a toda la duración del evento.</w:t>
      </w:r>
    </w:p>
    <w:p w14:paraId="01AEBB27" w14:textId="77777777" w:rsidR="005043B1" w:rsidRPr="00071963" w:rsidRDefault="005043B1" w:rsidP="0038370D">
      <w:pPr>
        <w:pBdr>
          <w:top w:val="nil"/>
          <w:left w:val="nil"/>
          <w:bottom w:val="nil"/>
          <w:right w:val="nil"/>
          <w:between w:val="nil"/>
        </w:pBdr>
        <w:spacing w:line="276" w:lineRule="auto"/>
        <w:rPr>
          <w:rFonts w:ascii="Arial" w:hAnsi="Arial" w:cs="Arial"/>
          <w:bCs/>
        </w:rPr>
      </w:pPr>
      <w:r w:rsidRPr="00071963">
        <w:rPr>
          <w:rFonts w:ascii="Arial" w:hAnsi="Arial" w:cs="Arial"/>
        </w:rPr>
        <w:t>La Actividad Municipal “Fiesta de la Primavera 2026” se llevará a cabo los días viernes 20, sábado 21 y domingo 22 de noviembre de 2026, en el Parque Ribera de Chiguayante, bajo la coordinación del Departamento de Desarrollo Económico Local de la Ilustre Municipalidad de Chiguayante.</w:t>
      </w:r>
    </w:p>
    <w:p w14:paraId="274E8207" w14:textId="77777777" w:rsidR="005043B1" w:rsidRPr="00071963" w:rsidRDefault="005043B1" w:rsidP="0038370D">
      <w:pPr>
        <w:pBdr>
          <w:top w:val="nil"/>
          <w:left w:val="nil"/>
          <w:bottom w:val="nil"/>
          <w:right w:val="nil"/>
          <w:between w:val="nil"/>
        </w:pBdr>
        <w:spacing w:line="276" w:lineRule="auto"/>
        <w:rPr>
          <w:rFonts w:ascii="Arial" w:hAnsi="Arial" w:cs="Arial"/>
          <w:bCs/>
        </w:rPr>
      </w:pPr>
      <w:r w:rsidRPr="00071963">
        <w:rPr>
          <w:rFonts w:ascii="Arial" w:hAnsi="Arial" w:cs="Arial"/>
          <w:bCs/>
        </w:rPr>
        <w:t>Declaro que la presente información es fidedigna y acepto las condiciones establecidas en las bases de participación del evento.</w:t>
      </w:r>
    </w:p>
    <w:p w14:paraId="09DF00E1" w14:textId="77777777" w:rsidR="005043B1" w:rsidRPr="00071963" w:rsidRDefault="005043B1" w:rsidP="005043B1">
      <w:pPr>
        <w:pBdr>
          <w:top w:val="nil"/>
          <w:left w:val="nil"/>
          <w:bottom w:val="nil"/>
          <w:right w:val="nil"/>
          <w:between w:val="nil"/>
        </w:pBdr>
        <w:spacing w:line="240" w:lineRule="auto"/>
        <w:rPr>
          <w:rFonts w:ascii="Arial" w:hAnsi="Arial" w:cs="Arial"/>
          <w:bCs/>
        </w:rPr>
      </w:pPr>
    </w:p>
    <w:p w14:paraId="4B317EA8" w14:textId="77777777" w:rsidR="005043B1" w:rsidRPr="00071963" w:rsidRDefault="005043B1" w:rsidP="005043B1">
      <w:pPr>
        <w:pBdr>
          <w:top w:val="nil"/>
          <w:left w:val="nil"/>
          <w:bottom w:val="nil"/>
          <w:right w:val="nil"/>
          <w:between w:val="nil"/>
        </w:pBdr>
        <w:spacing w:line="240" w:lineRule="auto"/>
        <w:rPr>
          <w:rFonts w:ascii="Arial" w:hAnsi="Arial" w:cs="Arial"/>
          <w:bCs/>
        </w:rPr>
      </w:pPr>
    </w:p>
    <w:p w14:paraId="44D4DD18" w14:textId="77777777" w:rsidR="005043B1" w:rsidRPr="00071963" w:rsidRDefault="005043B1" w:rsidP="005043B1">
      <w:pPr>
        <w:pBdr>
          <w:top w:val="nil"/>
          <w:left w:val="nil"/>
          <w:bottom w:val="nil"/>
          <w:right w:val="nil"/>
          <w:between w:val="nil"/>
        </w:pBdr>
        <w:spacing w:line="240" w:lineRule="auto"/>
        <w:rPr>
          <w:rFonts w:ascii="Arial" w:hAnsi="Arial" w:cs="Arial"/>
          <w:bCs/>
        </w:rPr>
      </w:pPr>
      <w:r w:rsidRPr="00071963">
        <w:rPr>
          <w:rFonts w:ascii="Arial" w:hAnsi="Arial" w:cs="Arial"/>
          <w:bCs/>
        </w:rPr>
        <w:t xml:space="preserve">Firmado en CHIGUAYANTE, a ____ </w:t>
      </w:r>
      <w:proofErr w:type="spellStart"/>
      <w:r w:rsidRPr="00071963">
        <w:rPr>
          <w:rFonts w:ascii="Arial" w:hAnsi="Arial" w:cs="Arial"/>
          <w:bCs/>
        </w:rPr>
        <w:t>de</w:t>
      </w:r>
      <w:proofErr w:type="spellEnd"/>
      <w:r w:rsidRPr="00071963">
        <w:rPr>
          <w:rFonts w:ascii="Arial" w:hAnsi="Arial" w:cs="Arial"/>
          <w:bCs/>
        </w:rPr>
        <w:t xml:space="preserve"> _______________ </w:t>
      </w:r>
      <w:proofErr w:type="spellStart"/>
      <w:r w:rsidRPr="00071963">
        <w:rPr>
          <w:rFonts w:ascii="Arial" w:hAnsi="Arial" w:cs="Arial"/>
          <w:bCs/>
        </w:rPr>
        <w:t>de</w:t>
      </w:r>
      <w:proofErr w:type="spellEnd"/>
      <w:r w:rsidRPr="00071963">
        <w:rPr>
          <w:rFonts w:ascii="Arial" w:hAnsi="Arial" w:cs="Arial"/>
          <w:bCs/>
        </w:rPr>
        <w:t xml:space="preserve"> 202</w:t>
      </w:r>
      <w:r w:rsidR="00EC4A4E" w:rsidRPr="00071963">
        <w:rPr>
          <w:rFonts w:ascii="Arial" w:hAnsi="Arial" w:cs="Arial"/>
          <w:bCs/>
        </w:rPr>
        <w:t>6</w:t>
      </w:r>
      <w:r w:rsidRPr="00071963">
        <w:rPr>
          <w:rFonts w:ascii="Arial" w:hAnsi="Arial" w:cs="Arial"/>
          <w:bCs/>
        </w:rPr>
        <w:t>.</w:t>
      </w:r>
    </w:p>
    <w:p w14:paraId="3532ACA6" w14:textId="77777777" w:rsidR="005043B1" w:rsidRPr="00071963" w:rsidRDefault="005043B1" w:rsidP="005043B1">
      <w:pPr>
        <w:pBdr>
          <w:top w:val="nil"/>
          <w:left w:val="nil"/>
          <w:bottom w:val="nil"/>
          <w:right w:val="nil"/>
          <w:between w:val="nil"/>
        </w:pBdr>
        <w:spacing w:line="240" w:lineRule="auto"/>
        <w:rPr>
          <w:rFonts w:ascii="Arial" w:hAnsi="Arial" w:cs="Arial"/>
          <w:bCs/>
        </w:rPr>
      </w:pPr>
    </w:p>
    <w:p w14:paraId="7416285B" w14:textId="77777777" w:rsidR="005043B1" w:rsidRPr="00071963" w:rsidRDefault="005043B1" w:rsidP="005043B1">
      <w:pPr>
        <w:pBdr>
          <w:top w:val="nil"/>
          <w:left w:val="nil"/>
          <w:bottom w:val="nil"/>
          <w:right w:val="nil"/>
          <w:between w:val="nil"/>
        </w:pBdr>
        <w:spacing w:line="240" w:lineRule="auto"/>
        <w:rPr>
          <w:rFonts w:ascii="Arial" w:hAnsi="Arial" w:cs="Arial"/>
          <w:bCs/>
        </w:rPr>
      </w:pPr>
    </w:p>
    <w:p w14:paraId="111712EA" w14:textId="77777777" w:rsidR="005043B1" w:rsidRPr="00071963" w:rsidRDefault="005043B1" w:rsidP="005043B1">
      <w:pPr>
        <w:pBdr>
          <w:top w:val="nil"/>
          <w:left w:val="nil"/>
          <w:bottom w:val="nil"/>
          <w:right w:val="nil"/>
          <w:between w:val="nil"/>
        </w:pBdr>
        <w:spacing w:line="240" w:lineRule="auto"/>
        <w:rPr>
          <w:rFonts w:ascii="Arial" w:hAnsi="Arial" w:cs="Arial"/>
          <w:bCs/>
        </w:rPr>
      </w:pPr>
    </w:p>
    <w:p w14:paraId="3D3D4531" w14:textId="77777777" w:rsidR="005043B1" w:rsidRPr="00071963" w:rsidRDefault="005043B1" w:rsidP="00826F53">
      <w:pPr>
        <w:pBdr>
          <w:top w:val="nil"/>
          <w:left w:val="nil"/>
          <w:bottom w:val="nil"/>
          <w:right w:val="nil"/>
          <w:between w:val="nil"/>
        </w:pBdr>
        <w:spacing w:line="240" w:lineRule="auto"/>
        <w:jc w:val="left"/>
        <w:rPr>
          <w:rFonts w:ascii="Arial" w:hAnsi="Arial" w:cs="Arial"/>
          <w:color w:val="000000"/>
        </w:rPr>
      </w:pPr>
      <w:r w:rsidRPr="00071963">
        <w:rPr>
          <w:rFonts w:ascii="Arial" w:hAnsi="Arial" w:cs="Arial"/>
          <w:b/>
          <w:bCs/>
        </w:rPr>
        <w:t>Firma del</w:t>
      </w:r>
      <w:r w:rsidR="0084710C" w:rsidRPr="00071963">
        <w:rPr>
          <w:rFonts w:ascii="Arial" w:hAnsi="Arial" w:cs="Arial"/>
          <w:b/>
          <w:bCs/>
        </w:rPr>
        <w:t xml:space="preserve"> o </w:t>
      </w:r>
      <w:r w:rsidRPr="00071963">
        <w:rPr>
          <w:rFonts w:ascii="Arial" w:hAnsi="Arial" w:cs="Arial"/>
          <w:b/>
          <w:bCs/>
        </w:rPr>
        <w:t>la postulante:</w:t>
      </w:r>
      <w:r w:rsidRPr="00071963">
        <w:rPr>
          <w:rFonts w:ascii="Arial" w:hAnsi="Arial" w:cs="Arial"/>
          <w:bCs/>
        </w:rPr>
        <w:t xml:space="preserve"> ___________________________________________</w:t>
      </w:r>
    </w:p>
    <w:p w14:paraId="72944CC1" w14:textId="77777777" w:rsidR="005043B1" w:rsidRPr="00071963" w:rsidRDefault="005043B1" w:rsidP="005043B1">
      <w:pPr>
        <w:rPr>
          <w:rFonts w:ascii="Arial" w:hAnsi="Arial" w:cs="Arial"/>
        </w:rPr>
      </w:pPr>
    </w:p>
    <w:p w14:paraId="3E516DCB" w14:textId="77777777" w:rsidR="005043B1" w:rsidRPr="00071963" w:rsidRDefault="005043B1" w:rsidP="005043B1">
      <w:pPr>
        <w:rPr>
          <w:rFonts w:ascii="Arial" w:hAnsi="Arial" w:cs="Arial"/>
        </w:rPr>
      </w:pPr>
    </w:p>
    <w:p w14:paraId="54EDCAF4" w14:textId="77777777" w:rsidR="005043B1" w:rsidRPr="00071963" w:rsidRDefault="005043B1" w:rsidP="005043B1">
      <w:pPr>
        <w:rPr>
          <w:rFonts w:ascii="Arial" w:hAnsi="Arial" w:cs="Arial"/>
        </w:rPr>
      </w:pPr>
    </w:p>
    <w:p w14:paraId="418FD40C" w14:textId="77777777" w:rsidR="005043B1" w:rsidRPr="00071963" w:rsidRDefault="005043B1" w:rsidP="005043B1">
      <w:pPr>
        <w:rPr>
          <w:rFonts w:ascii="Arial" w:hAnsi="Arial" w:cs="Arial"/>
        </w:rPr>
      </w:pPr>
    </w:p>
    <w:p w14:paraId="45C6AF4B" w14:textId="77777777" w:rsidR="007F61D5" w:rsidRPr="00071963" w:rsidRDefault="007F61D5" w:rsidP="005043B1">
      <w:pPr>
        <w:rPr>
          <w:rFonts w:ascii="Arial" w:hAnsi="Arial" w:cs="Arial"/>
        </w:rPr>
      </w:pPr>
    </w:p>
    <w:p w14:paraId="723FAF67" w14:textId="77777777" w:rsidR="007F61D5" w:rsidRPr="00071963" w:rsidRDefault="007F61D5" w:rsidP="005043B1">
      <w:pPr>
        <w:rPr>
          <w:rFonts w:ascii="Arial" w:hAnsi="Arial" w:cs="Arial"/>
        </w:rPr>
      </w:pPr>
    </w:p>
    <w:p w14:paraId="1038F67C" w14:textId="77777777" w:rsidR="00630957" w:rsidRPr="00071963" w:rsidRDefault="00630957" w:rsidP="005043B1">
      <w:pPr>
        <w:rPr>
          <w:rFonts w:ascii="Arial" w:hAnsi="Arial" w:cs="Arial"/>
        </w:rPr>
      </w:pPr>
    </w:p>
    <w:p w14:paraId="709BDC4B" w14:textId="77777777" w:rsidR="007F61D5" w:rsidRPr="00071963" w:rsidRDefault="007F61D5" w:rsidP="005043B1">
      <w:pPr>
        <w:rPr>
          <w:rFonts w:ascii="Arial" w:hAnsi="Arial" w:cs="Arial"/>
        </w:rPr>
      </w:pPr>
    </w:p>
    <w:p w14:paraId="265F29C0" w14:textId="77777777" w:rsidR="00265FB5" w:rsidRPr="00071963" w:rsidRDefault="00265FB5" w:rsidP="00630957">
      <w:pPr>
        <w:pStyle w:val="Sinespaciado"/>
        <w:jc w:val="center"/>
        <w:rPr>
          <w:rFonts w:ascii="Arial" w:hAnsi="Arial" w:cs="Arial"/>
          <w:b/>
          <w:bCs/>
        </w:rPr>
      </w:pPr>
    </w:p>
    <w:p w14:paraId="2BD17202" w14:textId="77777777" w:rsidR="007F61D5" w:rsidRPr="00071963" w:rsidRDefault="007F61D5" w:rsidP="00630957">
      <w:pPr>
        <w:pStyle w:val="Sinespaciado"/>
        <w:jc w:val="center"/>
        <w:rPr>
          <w:rFonts w:ascii="Arial" w:hAnsi="Arial" w:cs="Arial"/>
          <w:b/>
          <w:bCs/>
        </w:rPr>
      </w:pPr>
      <w:r w:rsidRPr="00071963">
        <w:rPr>
          <w:rFonts w:ascii="Arial" w:hAnsi="Arial" w:cs="Arial"/>
          <w:b/>
          <w:bCs/>
        </w:rPr>
        <w:t>ANEXO N°4</w:t>
      </w:r>
    </w:p>
    <w:p w14:paraId="1D0F869A" w14:textId="77777777" w:rsidR="007F61D5" w:rsidRPr="00071963" w:rsidRDefault="007F61D5" w:rsidP="00630957">
      <w:pPr>
        <w:pStyle w:val="Sinespaciado"/>
        <w:jc w:val="center"/>
        <w:rPr>
          <w:rFonts w:ascii="Arial" w:hAnsi="Arial" w:cs="Arial"/>
          <w:b/>
          <w:bCs/>
        </w:rPr>
      </w:pPr>
      <w:r w:rsidRPr="00071963">
        <w:rPr>
          <w:rFonts w:ascii="Arial" w:hAnsi="Arial" w:cs="Arial"/>
          <w:b/>
          <w:bCs/>
        </w:rPr>
        <w:t>DECLARACIÓN JURADA SIMPLE</w:t>
      </w:r>
    </w:p>
    <w:p w14:paraId="77AB8D8B" w14:textId="77777777" w:rsidR="007F61D5" w:rsidRPr="00071963" w:rsidRDefault="007F61D5" w:rsidP="00630957">
      <w:pPr>
        <w:pStyle w:val="Sinespaciado"/>
        <w:jc w:val="center"/>
        <w:rPr>
          <w:rFonts w:ascii="Arial" w:hAnsi="Arial" w:cs="Arial"/>
          <w:b/>
          <w:bCs/>
        </w:rPr>
      </w:pPr>
      <w:r w:rsidRPr="00071963">
        <w:rPr>
          <w:rFonts w:ascii="Arial" w:hAnsi="Arial" w:cs="Arial"/>
          <w:b/>
          <w:bCs/>
        </w:rPr>
        <w:t>ACTIVIDAD ESPORÁDICA</w:t>
      </w:r>
    </w:p>
    <w:p w14:paraId="0B621844" w14:textId="77777777" w:rsidR="00630957" w:rsidRPr="00071963" w:rsidRDefault="00630957" w:rsidP="00630957">
      <w:pPr>
        <w:pStyle w:val="Sinespaciado"/>
        <w:jc w:val="center"/>
        <w:rPr>
          <w:rFonts w:ascii="Arial" w:hAnsi="Arial" w:cs="Arial"/>
          <w:b/>
          <w:bCs/>
        </w:rPr>
      </w:pPr>
    </w:p>
    <w:p w14:paraId="4D49AB77" w14:textId="77777777" w:rsidR="009A4CDD" w:rsidRPr="00071963" w:rsidRDefault="009A4CDD" w:rsidP="00265FB5">
      <w:pPr>
        <w:spacing w:after="200" w:line="240" w:lineRule="auto"/>
        <w:rPr>
          <w:rFonts w:ascii="Arial" w:hAnsi="Arial" w:cs="Arial"/>
          <w:lang w:val="es-MX"/>
        </w:rPr>
      </w:pPr>
      <w:r w:rsidRPr="00071963">
        <w:rPr>
          <w:rFonts w:ascii="Arial" w:hAnsi="Arial" w:cs="Arial"/>
          <w:lang w:val="es-MX"/>
        </w:rPr>
        <w:t xml:space="preserve">Yo ______________________________, RUT: _________________, domiciliado en ______________________________, de la comuna de Chiguayante, por medio de la presente vengo a declarar bajo juramento que: </w:t>
      </w:r>
    </w:p>
    <w:p w14:paraId="1E43C801" w14:textId="77777777" w:rsidR="009A4CDD" w:rsidRPr="00071963" w:rsidRDefault="009A4CDD" w:rsidP="00630957">
      <w:pPr>
        <w:numPr>
          <w:ilvl w:val="0"/>
          <w:numId w:val="19"/>
        </w:numPr>
        <w:tabs>
          <w:tab w:val="clear" w:pos="720"/>
          <w:tab w:val="num" w:pos="0"/>
          <w:tab w:val="left" w:pos="284"/>
        </w:tabs>
        <w:spacing w:after="200" w:line="276" w:lineRule="auto"/>
        <w:ind w:left="0" w:firstLine="0"/>
        <w:rPr>
          <w:rFonts w:ascii="Arial" w:hAnsi="Arial" w:cs="Arial"/>
          <w:lang w:val="es-MX"/>
        </w:rPr>
      </w:pPr>
      <w:r w:rsidRPr="00071963">
        <w:rPr>
          <w:rFonts w:ascii="Arial" w:hAnsi="Arial" w:cs="Arial"/>
          <w:lang w:val="es-MX"/>
        </w:rPr>
        <w:t xml:space="preserve">Actualmente </w:t>
      </w:r>
      <w:r w:rsidRPr="00071963">
        <w:rPr>
          <w:rFonts w:ascii="Arial" w:hAnsi="Arial" w:cs="Arial"/>
          <w:b/>
          <w:bCs/>
          <w:lang w:val="es-MX"/>
        </w:rPr>
        <w:t>no poseo Inicio de Actividades vigente ante el Servicio de Impuestos Internos (SII).</w:t>
      </w:r>
    </w:p>
    <w:p w14:paraId="295C84B0" w14:textId="77777777" w:rsidR="009A4CDD" w:rsidRPr="00071963" w:rsidRDefault="009A4CDD" w:rsidP="00630957">
      <w:pPr>
        <w:numPr>
          <w:ilvl w:val="0"/>
          <w:numId w:val="19"/>
        </w:numPr>
        <w:tabs>
          <w:tab w:val="clear" w:pos="720"/>
          <w:tab w:val="num" w:pos="0"/>
          <w:tab w:val="left" w:pos="284"/>
        </w:tabs>
        <w:spacing w:after="200" w:line="276" w:lineRule="auto"/>
        <w:ind w:left="0" w:firstLine="0"/>
        <w:rPr>
          <w:rFonts w:ascii="Arial" w:hAnsi="Arial" w:cs="Arial"/>
          <w:lang w:val="es-MX"/>
        </w:rPr>
      </w:pPr>
      <w:r w:rsidRPr="00071963">
        <w:rPr>
          <w:rFonts w:ascii="Arial" w:hAnsi="Arial" w:cs="Arial"/>
          <w:b/>
          <w:bCs/>
          <w:lang w:val="es-MX"/>
        </w:rPr>
        <w:t>No me encuentro registrado en SII bajo la categoría de personas naturales que desarrollen actividades de subsistencia.</w:t>
      </w:r>
    </w:p>
    <w:p w14:paraId="5D5B21DD" w14:textId="77777777" w:rsidR="009A4CDD" w:rsidRPr="00071963" w:rsidRDefault="009A4CDD" w:rsidP="00630957">
      <w:pPr>
        <w:numPr>
          <w:ilvl w:val="0"/>
          <w:numId w:val="19"/>
        </w:numPr>
        <w:tabs>
          <w:tab w:val="clear" w:pos="720"/>
          <w:tab w:val="num" w:pos="0"/>
          <w:tab w:val="left" w:pos="284"/>
        </w:tabs>
        <w:spacing w:after="200" w:line="276" w:lineRule="auto"/>
        <w:ind w:left="0" w:firstLine="0"/>
        <w:rPr>
          <w:rFonts w:ascii="Arial" w:hAnsi="Arial" w:cs="Arial"/>
          <w:lang w:val="es-MX"/>
        </w:rPr>
      </w:pPr>
      <w:r w:rsidRPr="00071963">
        <w:rPr>
          <w:rFonts w:ascii="Arial" w:hAnsi="Arial" w:cs="Arial"/>
          <w:lang w:val="es-MX"/>
        </w:rPr>
        <w:t>Declaro que la información proporcionada en mi postulación es verídica y coincide con mi situación tributaria al momento de presentar esta declaración, no obstante, la Municipalidad podrá verificar la autenticidad de los antecedentes presentados y requerir información adicional cuando existan dudas fundadas respecto de la situación tributaria declarada por el postulante. La presentación de antecedentes falsos, incompletos o que induzcan a error constituirá causal suficiente para rechazar la postulación o dejar sin efecto la autorización otorgada, sin perjuicio de las responsabilidades administrativas, civiles o penales que correspondan.</w:t>
      </w:r>
    </w:p>
    <w:p w14:paraId="0C2EF188" w14:textId="77777777" w:rsidR="009A4CDD" w:rsidRPr="00071963" w:rsidRDefault="009A4CDD" w:rsidP="00630957">
      <w:pPr>
        <w:numPr>
          <w:ilvl w:val="0"/>
          <w:numId w:val="19"/>
        </w:numPr>
        <w:tabs>
          <w:tab w:val="clear" w:pos="720"/>
          <w:tab w:val="num" w:pos="0"/>
          <w:tab w:val="left" w:pos="284"/>
        </w:tabs>
        <w:spacing w:after="200" w:line="276" w:lineRule="auto"/>
        <w:ind w:left="0" w:firstLine="0"/>
        <w:rPr>
          <w:rFonts w:ascii="Arial" w:hAnsi="Arial" w:cs="Arial"/>
          <w:lang w:val="es-MX"/>
        </w:rPr>
      </w:pPr>
      <w:r w:rsidRPr="00071963">
        <w:rPr>
          <w:rFonts w:ascii="Arial" w:hAnsi="Arial" w:cs="Arial"/>
          <w:lang w:val="es-MX"/>
        </w:rPr>
        <w:t>Me comprometo a informar oportunamente a la Municipalidad de Chiguayante si mi situación tributaria cambia durante el proceso de postulación o antes del desarrollo de la actividad.</w:t>
      </w:r>
    </w:p>
    <w:p w14:paraId="6757C83F" w14:textId="5D5405C4" w:rsidR="007F61D5" w:rsidRPr="003007B9" w:rsidRDefault="009A4CDD" w:rsidP="003007B9">
      <w:pPr>
        <w:numPr>
          <w:ilvl w:val="0"/>
          <w:numId w:val="19"/>
        </w:numPr>
        <w:tabs>
          <w:tab w:val="clear" w:pos="720"/>
          <w:tab w:val="num" w:pos="0"/>
          <w:tab w:val="left" w:pos="284"/>
        </w:tabs>
        <w:spacing w:after="200" w:line="276" w:lineRule="auto"/>
        <w:ind w:left="0" w:firstLine="0"/>
        <w:rPr>
          <w:rFonts w:ascii="Arial" w:hAnsi="Arial" w:cs="Arial"/>
          <w:lang w:val="es-MX"/>
        </w:rPr>
      </w:pPr>
      <w:r w:rsidRPr="00071963">
        <w:rPr>
          <w:rFonts w:ascii="Arial" w:hAnsi="Arial" w:cs="Arial"/>
          <w:b/>
          <w:bCs/>
          <w:lang w:val="es-MX"/>
        </w:rPr>
        <w:t>Declaro bajo mi exclusiva responsabilidad, que la actividad económica para la cual solicito autorización tiene carácter estrictamente esporádico u ocasional</w:t>
      </w:r>
      <w:r w:rsidRPr="00071963">
        <w:rPr>
          <w:rFonts w:ascii="Arial" w:hAnsi="Arial" w:cs="Arial"/>
          <w:lang w:val="es-MX"/>
        </w:rPr>
        <w:t>, que será desarrollada únicamente con ocasión de la presente actividad, y que su realización cumple con la normativa tributaria vigente, especialmente con lo dispuesto en la Ley N° 21.713 y las instrucciones impartidas por el Servicio de Impuestos Internos.</w:t>
      </w:r>
    </w:p>
    <w:p w14:paraId="2DA9FB92" w14:textId="77777777" w:rsidR="007F61D5" w:rsidRPr="003007B9" w:rsidRDefault="007F61D5" w:rsidP="007F61D5">
      <w:pPr>
        <w:spacing w:after="200" w:line="240" w:lineRule="auto"/>
        <w:jc w:val="left"/>
        <w:rPr>
          <w:rFonts w:ascii="Arial" w:hAnsi="Arial" w:cs="Arial"/>
          <w:b/>
          <w:bCs/>
          <w:lang w:val="es-MX"/>
        </w:rPr>
      </w:pPr>
      <w:r w:rsidRPr="003007B9">
        <w:rPr>
          <w:rFonts w:ascii="Arial" w:hAnsi="Arial" w:cs="Arial"/>
          <w:b/>
          <w:bCs/>
          <w:lang w:val="es-MX"/>
        </w:rPr>
        <w:t>Para constancia, firmo la presente declaración.</w:t>
      </w:r>
    </w:p>
    <w:p w14:paraId="6D24CBFB" w14:textId="77777777" w:rsidR="007F61D5" w:rsidRPr="00071963" w:rsidRDefault="007F61D5" w:rsidP="007F61D5">
      <w:pPr>
        <w:spacing w:after="200" w:line="240" w:lineRule="auto"/>
        <w:jc w:val="left"/>
        <w:rPr>
          <w:rFonts w:ascii="Arial" w:hAnsi="Arial" w:cs="Arial"/>
          <w:lang w:val="es-MX"/>
        </w:rPr>
      </w:pPr>
      <w:r w:rsidRPr="00071963">
        <w:rPr>
          <w:rFonts w:ascii="Arial" w:hAnsi="Arial" w:cs="Arial"/>
          <w:b/>
          <w:bCs/>
          <w:lang w:val="es-MX"/>
        </w:rPr>
        <w:t>Nombre completo:</w:t>
      </w:r>
      <w:r w:rsidRPr="00071963">
        <w:rPr>
          <w:rFonts w:ascii="Arial" w:hAnsi="Arial" w:cs="Arial"/>
          <w:lang w:val="es-MX"/>
        </w:rPr>
        <w:t xml:space="preserve"> _______________________________________</w:t>
      </w:r>
    </w:p>
    <w:p w14:paraId="37B24203" w14:textId="77777777" w:rsidR="007F61D5" w:rsidRPr="00071963" w:rsidRDefault="007F61D5" w:rsidP="007F61D5">
      <w:pPr>
        <w:spacing w:after="200" w:line="240" w:lineRule="auto"/>
        <w:jc w:val="left"/>
        <w:rPr>
          <w:rFonts w:ascii="Arial" w:hAnsi="Arial" w:cs="Arial"/>
          <w:lang w:val="es-MX"/>
        </w:rPr>
      </w:pPr>
      <w:r w:rsidRPr="00071963">
        <w:rPr>
          <w:rFonts w:ascii="Arial" w:hAnsi="Arial" w:cs="Arial"/>
          <w:b/>
          <w:bCs/>
          <w:lang w:val="es-MX"/>
        </w:rPr>
        <w:t>Cédula de Identidad:</w:t>
      </w:r>
      <w:r w:rsidRPr="00071963">
        <w:rPr>
          <w:rFonts w:ascii="Arial" w:hAnsi="Arial" w:cs="Arial"/>
          <w:lang w:val="es-MX"/>
        </w:rPr>
        <w:t xml:space="preserve"> _____________________________________</w:t>
      </w:r>
    </w:p>
    <w:p w14:paraId="4C9B413C" w14:textId="77777777" w:rsidR="007F61D5" w:rsidRPr="00071963" w:rsidRDefault="007F61D5" w:rsidP="007F61D5">
      <w:pPr>
        <w:rPr>
          <w:rFonts w:ascii="Arial" w:hAnsi="Arial" w:cs="Arial"/>
        </w:rPr>
      </w:pPr>
      <w:r w:rsidRPr="00071963">
        <w:rPr>
          <w:rFonts w:ascii="Arial" w:hAnsi="Arial" w:cs="Arial"/>
          <w:b/>
          <w:bCs/>
          <w:lang w:val="es-MX"/>
        </w:rPr>
        <w:t>Firma:</w:t>
      </w:r>
      <w:r w:rsidRPr="00071963">
        <w:rPr>
          <w:rFonts w:ascii="Arial" w:hAnsi="Arial" w:cs="Arial"/>
          <w:lang w:val="es-MX"/>
        </w:rPr>
        <w:t xml:space="preserve"> _________________________________________________</w:t>
      </w:r>
    </w:p>
    <w:p w14:paraId="7B2273F5" w14:textId="77777777" w:rsidR="007F61D5" w:rsidRPr="00071963" w:rsidRDefault="007F61D5" w:rsidP="005043B1">
      <w:pPr>
        <w:rPr>
          <w:rFonts w:ascii="Arial" w:hAnsi="Arial" w:cs="Arial"/>
        </w:rPr>
      </w:pPr>
    </w:p>
    <w:p w14:paraId="73C7840C" w14:textId="77777777" w:rsidR="009A4CDD" w:rsidRPr="00071963" w:rsidRDefault="009A4CDD" w:rsidP="009A4CDD">
      <w:pPr>
        <w:spacing w:after="200" w:line="240" w:lineRule="auto"/>
        <w:jc w:val="left"/>
        <w:rPr>
          <w:rFonts w:ascii="Arial" w:hAnsi="Arial" w:cs="Arial"/>
          <w:lang w:val="es-MX"/>
        </w:rPr>
      </w:pPr>
      <w:r w:rsidRPr="00071963">
        <w:rPr>
          <w:rFonts w:ascii="Arial" w:hAnsi="Arial" w:cs="Arial"/>
          <w:b/>
          <w:bCs/>
          <w:lang w:val="es-MX"/>
        </w:rPr>
        <w:t xml:space="preserve">Chiguayante, </w:t>
      </w:r>
      <w:r w:rsidRPr="00071963">
        <w:rPr>
          <w:rFonts w:ascii="Arial" w:hAnsi="Arial" w:cs="Arial"/>
          <w:lang w:val="es-MX"/>
        </w:rPr>
        <w:t>____</w:t>
      </w:r>
      <w:r w:rsidRPr="00071963">
        <w:rPr>
          <w:rFonts w:ascii="Arial" w:hAnsi="Arial" w:cs="Arial"/>
          <w:b/>
          <w:bCs/>
          <w:lang w:val="es-MX"/>
        </w:rPr>
        <w:t xml:space="preserve"> de</w:t>
      </w:r>
      <w:r w:rsidRPr="00071963">
        <w:rPr>
          <w:rFonts w:ascii="Arial" w:hAnsi="Arial" w:cs="Arial"/>
          <w:lang w:val="es-MX"/>
        </w:rPr>
        <w:t xml:space="preserve"> __________________</w:t>
      </w:r>
      <w:r w:rsidRPr="00071963">
        <w:rPr>
          <w:rFonts w:ascii="Arial" w:hAnsi="Arial" w:cs="Arial"/>
          <w:b/>
          <w:bCs/>
          <w:lang w:val="es-MX"/>
        </w:rPr>
        <w:t xml:space="preserve"> </w:t>
      </w:r>
      <w:proofErr w:type="spellStart"/>
      <w:r w:rsidRPr="00071963">
        <w:rPr>
          <w:rFonts w:ascii="Arial" w:hAnsi="Arial" w:cs="Arial"/>
          <w:b/>
          <w:bCs/>
          <w:lang w:val="es-MX"/>
        </w:rPr>
        <w:t>de</w:t>
      </w:r>
      <w:proofErr w:type="spellEnd"/>
      <w:r w:rsidRPr="00071963">
        <w:rPr>
          <w:rFonts w:ascii="Arial" w:hAnsi="Arial" w:cs="Arial"/>
          <w:b/>
          <w:bCs/>
          <w:lang w:val="es-MX"/>
        </w:rPr>
        <w:t xml:space="preserve"> 2026.</w:t>
      </w:r>
    </w:p>
    <w:p w14:paraId="4821BEEA" w14:textId="77777777" w:rsidR="005043B1" w:rsidRDefault="005043B1" w:rsidP="005043B1">
      <w:pPr>
        <w:spacing w:after="0"/>
        <w:rPr>
          <w:rFonts w:ascii="Arial" w:hAnsi="Arial" w:cs="Arial"/>
        </w:rPr>
      </w:pPr>
    </w:p>
    <w:p w14:paraId="68B1872C" w14:textId="77777777" w:rsidR="00E9366E" w:rsidRDefault="00E9366E" w:rsidP="005043B1">
      <w:pPr>
        <w:spacing w:after="0"/>
        <w:rPr>
          <w:rFonts w:ascii="Arial" w:hAnsi="Arial" w:cs="Arial"/>
        </w:rPr>
      </w:pPr>
    </w:p>
    <w:p w14:paraId="51F0B23C" w14:textId="77777777" w:rsidR="00E9366E" w:rsidRDefault="00E9366E" w:rsidP="005043B1">
      <w:pPr>
        <w:spacing w:after="0"/>
        <w:rPr>
          <w:rFonts w:ascii="Arial" w:hAnsi="Arial" w:cs="Arial"/>
        </w:rPr>
      </w:pPr>
    </w:p>
    <w:p w14:paraId="0AE4F38A" w14:textId="77777777" w:rsidR="00E9366E" w:rsidRDefault="00E9366E" w:rsidP="005043B1">
      <w:pPr>
        <w:spacing w:after="0"/>
        <w:rPr>
          <w:rFonts w:ascii="Arial" w:hAnsi="Arial" w:cs="Arial"/>
        </w:rPr>
      </w:pPr>
    </w:p>
    <w:p w14:paraId="3870DCC9" w14:textId="77777777" w:rsidR="00E9366E" w:rsidRDefault="00E9366E" w:rsidP="005043B1">
      <w:pPr>
        <w:spacing w:after="0"/>
        <w:rPr>
          <w:rFonts w:ascii="Arial" w:hAnsi="Arial" w:cs="Arial"/>
        </w:rPr>
      </w:pPr>
    </w:p>
    <w:p w14:paraId="21A29D99" w14:textId="65FAFD26" w:rsidR="00E9366E" w:rsidRPr="00C2290A" w:rsidRDefault="00E9366E" w:rsidP="00C2290A">
      <w:pPr>
        <w:pStyle w:val="Sinespaciado"/>
        <w:jc w:val="center"/>
        <w:rPr>
          <w:rFonts w:ascii="Arial" w:hAnsi="Arial" w:cs="Arial"/>
          <w:b/>
          <w:bCs/>
        </w:rPr>
      </w:pPr>
      <w:r w:rsidRPr="00C2290A">
        <w:rPr>
          <w:rFonts w:ascii="Arial" w:hAnsi="Arial" w:cs="Arial"/>
          <w:b/>
          <w:bCs/>
        </w:rPr>
        <w:t>ANEXO N°5</w:t>
      </w:r>
    </w:p>
    <w:p w14:paraId="6DA342E0" w14:textId="77777777" w:rsidR="007F419C" w:rsidRPr="00C2290A" w:rsidRDefault="007F419C" w:rsidP="00C2290A">
      <w:pPr>
        <w:pStyle w:val="Sinespaciado"/>
        <w:jc w:val="center"/>
        <w:rPr>
          <w:rFonts w:ascii="Arial" w:hAnsi="Arial" w:cs="Arial"/>
          <w:b/>
          <w:bCs/>
        </w:rPr>
      </w:pPr>
    </w:p>
    <w:p w14:paraId="7A8C2AE3" w14:textId="61FAD20D" w:rsidR="00E9366E" w:rsidRPr="00C2290A" w:rsidRDefault="00E9366E" w:rsidP="00C2290A">
      <w:pPr>
        <w:pStyle w:val="Sinespaciado"/>
        <w:jc w:val="center"/>
        <w:rPr>
          <w:rFonts w:ascii="Arial" w:hAnsi="Arial" w:cs="Arial"/>
          <w:b/>
          <w:bCs/>
        </w:rPr>
      </w:pPr>
      <w:r w:rsidRPr="00C2290A">
        <w:rPr>
          <w:rFonts w:ascii="Arial" w:hAnsi="Arial" w:cs="Arial"/>
          <w:b/>
          <w:bCs/>
        </w:rPr>
        <w:t>DECLARACIÓN JURADA</w:t>
      </w:r>
      <w:r w:rsidR="007F419C" w:rsidRPr="00C2290A">
        <w:rPr>
          <w:rFonts w:ascii="Arial" w:hAnsi="Arial" w:cs="Arial"/>
          <w:b/>
          <w:bCs/>
        </w:rPr>
        <w:t xml:space="preserve"> NOTARIAL</w:t>
      </w:r>
    </w:p>
    <w:p w14:paraId="6E5648EA" w14:textId="77777777" w:rsidR="00E9366E" w:rsidRPr="00C2290A" w:rsidRDefault="00E9366E" w:rsidP="00C2290A">
      <w:pPr>
        <w:pStyle w:val="Sinespaciado"/>
        <w:jc w:val="center"/>
        <w:rPr>
          <w:rFonts w:ascii="Arial" w:hAnsi="Arial" w:cs="Arial"/>
          <w:b/>
          <w:bCs/>
        </w:rPr>
      </w:pPr>
      <w:r w:rsidRPr="00C2290A">
        <w:rPr>
          <w:rFonts w:ascii="Arial" w:hAnsi="Arial" w:cs="Arial"/>
          <w:b/>
          <w:bCs/>
        </w:rPr>
        <w:t>FIESTA DE LA PRIMAVERA, CHIGUAYANTE 2026</w:t>
      </w:r>
    </w:p>
    <w:p w14:paraId="269690CE" w14:textId="77777777" w:rsidR="00E9366E" w:rsidRPr="00C2290A" w:rsidRDefault="00E9366E" w:rsidP="004B20E6">
      <w:pPr>
        <w:rPr>
          <w:rFonts w:ascii="Arial" w:hAnsi="Arial" w:cs="Arial"/>
        </w:rPr>
      </w:pPr>
    </w:p>
    <w:p w14:paraId="793DE4DB" w14:textId="77777777" w:rsidR="00E9366E" w:rsidRPr="00C2290A" w:rsidRDefault="00E9366E" w:rsidP="00E9366E">
      <w:pPr>
        <w:rPr>
          <w:rFonts w:ascii="Arial" w:hAnsi="Arial" w:cs="Arial"/>
        </w:rPr>
      </w:pPr>
      <w:r w:rsidRPr="00C2290A">
        <w:rPr>
          <w:rFonts w:ascii="Arial" w:hAnsi="Arial" w:cs="Arial"/>
        </w:rPr>
        <w:t xml:space="preserve">Yo, </w:t>
      </w:r>
      <w:r w:rsidRPr="00C2290A">
        <w:rPr>
          <w:rFonts w:ascii="Arial" w:hAnsi="Arial" w:cs="Arial"/>
          <w:b/>
          <w:bCs/>
        </w:rPr>
        <w:t>____________________________________________</w:t>
      </w:r>
      <w:r w:rsidRPr="00C2290A">
        <w:rPr>
          <w:rFonts w:ascii="Arial" w:hAnsi="Arial" w:cs="Arial"/>
        </w:rPr>
        <w:t xml:space="preserve">, cédula de identidad N° </w:t>
      </w:r>
      <w:r w:rsidRPr="00C2290A">
        <w:rPr>
          <w:rFonts w:ascii="Arial" w:hAnsi="Arial" w:cs="Arial"/>
          <w:b/>
          <w:bCs/>
        </w:rPr>
        <w:t>____________________________</w:t>
      </w:r>
      <w:r w:rsidRPr="00C2290A">
        <w:rPr>
          <w:rFonts w:ascii="Arial" w:hAnsi="Arial" w:cs="Arial"/>
        </w:rPr>
        <w:t xml:space="preserve">, domiciliado(a) en </w:t>
      </w:r>
      <w:r w:rsidRPr="00C2290A">
        <w:rPr>
          <w:rFonts w:ascii="Arial" w:hAnsi="Arial" w:cs="Arial"/>
          <w:b/>
          <w:bCs/>
        </w:rPr>
        <w:t>____________________________________________________________</w:t>
      </w:r>
      <w:r w:rsidRPr="00C2290A">
        <w:rPr>
          <w:rFonts w:ascii="Arial" w:hAnsi="Arial" w:cs="Arial"/>
        </w:rPr>
        <w:t>, declaro bajo juramento que:</w:t>
      </w:r>
    </w:p>
    <w:p w14:paraId="5681A456" w14:textId="77777777" w:rsidR="00E9366E" w:rsidRPr="00C2290A" w:rsidRDefault="00E9366E" w:rsidP="00E9366E">
      <w:pPr>
        <w:rPr>
          <w:rFonts w:ascii="Arial" w:hAnsi="Arial" w:cs="Arial"/>
        </w:rPr>
      </w:pPr>
      <w:r w:rsidRPr="00C2290A">
        <w:rPr>
          <w:rFonts w:ascii="Arial" w:hAnsi="Arial" w:cs="Arial"/>
          <w:b/>
          <w:bCs/>
        </w:rPr>
        <w:t>No me encuentro afecto(a) a ninguna de las prohibiciones o inhabilidades establecidas en el artículo 4° de la Ley N° 19.925, sobre Expendio y Consumo de Bebidas Alcohólicas, que me impidan ejercer actividades relacionadas con la venta o expendio de bebidas alcohólicas.</w:t>
      </w:r>
    </w:p>
    <w:p w14:paraId="468A5DF8" w14:textId="77777777" w:rsidR="00E9366E" w:rsidRPr="00C2290A" w:rsidRDefault="00E9366E" w:rsidP="00E9366E">
      <w:pPr>
        <w:rPr>
          <w:rFonts w:ascii="Arial" w:hAnsi="Arial" w:cs="Arial"/>
        </w:rPr>
      </w:pPr>
      <w:r w:rsidRPr="00C2290A">
        <w:rPr>
          <w:rFonts w:ascii="Arial" w:hAnsi="Arial" w:cs="Arial"/>
        </w:rPr>
        <w:t xml:space="preserve">La presente declaración se efectúa para ser presentada ante la </w:t>
      </w:r>
      <w:r w:rsidRPr="00C2290A">
        <w:rPr>
          <w:rFonts w:ascii="Arial" w:hAnsi="Arial" w:cs="Arial"/>
          <w:b/>
          <w:bCs/>
        </w:rPr>
        <w:t>Municipalidad de Chiguayante</w:t>
      </w:r>
      <w:r w:rsidRPr="00C2290A">
        <w:rPr>
          <w:rFonts w:ascii="Arial" w:hAnsi="Arial" w:cs="Arial"/>
        </w:rPr>
        <w:t xml:space="preserve">, en el marco de mi participación en las </w:t>
      </w:r>
      <w:r w:rsidRPr="00C2290A">
        <w:rPr>
          <w:rFonts w:ascii="Arial" w:hAnsi="Arial" w:cs="Arial"/>
          <w:b/>
          <w:bCs/>
        </w:rPr>
        <w:t>Fiesta de la Primavera, Chiguayante 2026</w:t>
      </w:r>
      <w:r w:rsidRPr="00C2290A">
        <w:rPr>
          <w:rFonts w:ascii="Arial" w:hAnsi="Arial" w:cs="Arial"/>
        </w:rPr>
        <w:t xml:space="preserve">, a desarrollarse entre los días </w:t>
      </w:r>
      <w:r w:rsidRPr="00C2290A">
        <w:rPr>
          <w:rFonts w:ascii="Arial" w:hAnsi="Arial" w:cs="Arial"/>
          <w:b/>
          <w:bCs/>
        </w:rPr>
        <w:t>20 y 22 de noviembre de 2026</w:t>
      </w:r>
      <w:r w:rsidRPr="00C2290A">
        <w:rPr>
          <w:rFonts w:ascii="Arial" w:hAnsi="Arial" w:cs="Arial"/>
        </w:rPr>
        <w:t>, para los fines administrativos y legales que correspondan.</w:t>
      </w:r>
    </w:p>
    <w:p w14:paraId="4543CE0F" w14:textId="77777777" w:rsidR="00E9366E" w:rsidRPr="00C2290A" w:rsidRDefault="00E9366E" w:rsidP="00E9366E">
      <w:pPr>
        <w:rPr>
          <w:rFonts w:ascii="Arial" w:hAnsi="Arial" w:cs="Arial"/>
        </w:rPr>
      </w:pPr>
      <w:r w:rsidRPr="00C2290A">
        <w:rPr>
          <w:rFonts w:ascii="Arial" w:hAnsi="Arial" w:cs="Arial"/>
        </w:rPr>
        <w:t>Declaro, asimismo, que la información proporcionada es veraz y que conozco las responsabilidades derivadas de proporcionar antecedentes falsos o inexactos.</w:t>
      </w:r>
    </w:p>
    <w:p w14:paraId="5544DC8E" w14:textId="77777777" w:rsidR="00E9366E" w:rsidRPr="00C2290A" w:rsidRDefault="00E9366E" w:rsidP="00E9366E">
      <w:pPr>
        <w:rPr>
          <w:rFonts w:ascii="Arial" w:hAnsi="Arial" w:cs="Arial"/>
        </w:rPr>
      </w:pPr>
      <w:r w:rsidRPr="00C2290A">
        <w:rPr>
          <w:rFonts w:ascii="Arial" w:hAnsi="Arial" w:cs="Arial"/>
          <w:b/>
          <w:bCs/>
        </w:rPr>
        <w:t>Chiguayante, ______ de octubre de 2026.</w:t>
      </w:r>
    </w:p>
    <w:p w14:paraId="4DCE1BE3" w14:textId="77777777" w:rsidR="00E9366E" w:rsidRPr="00C2290A" w:rsidRDefault="00E9366E" w:rsidP="00E9366E">
      <w:pPr>
        <w:rPr>
          <w:rFonts w:ascii="Arial" w:hAnsi="Arial" w:cs="Arial"/>
        </w:rPr>
      </w:pPr>
    </w:p>
    <w:p w14:paraId="7710A74E" w14:textId="77777777" w:rsidR="00E9366E" w:rsidRPr="00C2290A" w:rsidRDefault="00E9366E" w:rsidP="00E9366E">
      <w:pPr>
        <w:rPr>
          <w:rFonts w:ascii="Arial" w:hAnsi="Arial" w:cs="Arial"/>
        </w:rPr>
      </w:pPr>
    </w:p>
    <w:p w14:paraId="54EF655A" w14:textId="77777777" w:rsidR="00E9366E" w:rsidRPr="00C2290A" w:rsidRDefault="00E9366E" w:rsidP="00E9366E">
      <w:pPr>
        <w:rPr>
          <w:rFonts w:ascii="Arial" w:hAnsi="Arial" w:cs="Arial"/>
        </w:rPr>
      </w:pPr>
    </w:p>
    <w:p w14:paraId="7F101E02" w14:textId="081C4393" w:rsidR="00E9366E" w:rsidRPr="00C2290A" w:rsidRDefault="00E9366E" w:rsidP="00E9366E">
      <w:pPr>
        <w:rPr>
          <w:rFonts w:ascii="Arial" w:hAnsi="Arial" w:cs="Arial"/>
        </w:rPr>
      </w:pPr>
      <w:r w:rsidRPr="00C2290A">
        <w:rPr>
          <w:rFonts w:ascii="Arial" w:hAnsi="Arial" w:cs="Arial"/>
          <w:b/>
          <w:bCs/>
        </w:rPr>
        <w:t>Firma del declarante: __________________________</w:t>
      </w:r>
      <w:r w:rsidR="00C2290A">
        <w:rPr>
          <w:rFonts w:ascii="Arial" w:hAnsi="Arial" w:cs="Arial"/>
          <w:b/>
          <w:bCs/>
        </w:rPr>
        <w:t>_</w:t>
      </w:r>
      <w:r w:rsidR="00096AFE">
        <w:rPr>
          <w:rFonts w:ascii="Arial" w:hAnsi="Arial" w:cs="Arial"/>
          <w:b/>
          <w:bCs/>
        </w:rPr>
        <w:t>___</w:t>
      </w:r>
    </w:p>
    <w:p w14:paraId="285C3DA5" w14:textId="77777777" w:rsidR="00E9366E" w:rsidRPr="00C2290A" w:rsidRDefault="00E9366E" w:rsidP="00E9366E">
      <w:pPr>
        <w:rPr>
          <w:rFonts w:ascii="Arial" w:hAnsi="Arial" w:cs="Arial"/>
        </w:rPr>
      </w:pPr>
      <w:r w:rsidRPr="00C2290A">
        <w:rPr>
          <w:rFonts w:ascii="Arial" w:hAnsi="Arial" w:cs="Arial"/>
          <w:b/>
          <w:bCs/>
        </w:rPr>
        <w:t>Nombr</w:t>
      </w:r>
      <w:r w:rsidRPr="00096AFE">
        <w:rPr>
          <w:rFonts w:ascii="Arial" w:hAnsi="Arial" w:cs="Arial"/>
          <w:b/>
          <w:bCs/>
        </w:rPr>
        <w:t>e: ______________________________________</w:t>
      </w:r>
    </w:p>
    <w:p w14:paraId="75B5B3C9" w14:textId="3196BD31" w:rsidR="00E9366E" w:rsidRPr="00C2290A" w:rsidRDefault="00E9366E" w:rsidP="00E9366E">
      <w:pPr>
        <w:rPr>
          <w:rFonts w:ascii="Arial" w:hAnsi="Arial" w:cs="Arial"/>
        </w:rPr>
      </w:pPr>
      <w:r w:rsidRPr="00C2290A">
        <w:rPr>
          <w:rFonts w:ascii="Arial" w:hAnsi="Arial" w:cs="Arial"/>
          <w:b/>
          <w:bCs/>
        </w:rPr>
        <w:t>Cédula de ide</w:t>
      </w:r>
      <w:r w:rsidRPr="00096AFE">
        <w:rPr>
          <w:rFonts w:ascii="Arial" w:hAnsi="Arial" w:cs="Arial"/>
          <w:b/>
          <w:bCs/>
        </w:rPr>
        <w:t>ntidad: ___________________________</w:t>
      </w:r>
      <w:r w:rsidR="00C2290A" w:rsidRPr="00096AFE">
        <w:rPr>
          <w:rFonts w:ascii="Arial" w:hAnsi="Arial" w:cs="Arial"/>
          <w:b/>
          <w:bCs/>
        </w:rPr>
        <w:t>_</w:t>
      </w:r>
    </w:p>
    <w:p w14:paraId="59039C33" w14:textId="77777777" w:rsidR="00E9366E" w:rsidRPr="00071963" w:rsidRDefault="00E9366E" w:rsidP="005043B1">
      <w:pPr>
        <w:spacing w:after="0"/>
        <w:rPr>
          <w:rFonts w:ascii="Arial" w:hAnsi="Arial" w:cs="Arial"/>
        </w:rPr>
      </w:pPr>
    </w:p>
    <w:p w14:paraId="51A5E8E7" w14:textId="77777777" w:rsidR="009A4CDD" w:rsidRPr="00071963" w:rsidRDefault="009A4CDD" w:rsidP="005043B1">
      <w:pPr>
        <w:spacing w:line="259" w:lineRule="auto"/>
        <w:jc w:val="center"/>
        <w:rPr>
          <w:rFonts w:ascii="Arial" w:hAnsi="Arial" w:cs="Arial"/>
          <w:b/>
          <w:bCs/>
        </w:rPr>
      </w:pPr>
    </w:p>
    <w:p w14:paraId="64E4D436" w14:textId="77777777" w:rsidR="009A4CDD" w:rsidRPr="00071963" w:rsidRDefault="009A4CDD" w:rsidP="005043B1">
      <w:pPr>
        <w:spacing w:line="259" w:lineRule="auto"/>
        <w:jc w:val="center"/>
        <w:rPr>
          <w:rFonts w:ascii="Arial" w:hAnsi="Arial" w:cs="Arial"/>
          <w:b/>
          <w:bCs/>
        </w:rPr>
      </w:pPr>
    </w:p>
    <w:p w14:paraId="39AE03D8" w14:textId="77777777" w:rsidR="00E44457" w:rsidRPr="00071963" w:rsidRDefault="00E44457" w:rsidP="00E44457">
      <w:pPr>
        <w:pBdr>
          <w:top w:val="nil"/>
          <w:left w:val="nil"/>
          <w:bottom w:val="nil"/>
          <w:right w:val="nil"/>
          <w:between w:val="nil"/>
        </w:pBdr>
        <w:spacing w:after="0" w:line="240" w:lineRule="auto"/>
        <w:jc w:val="center"/>
        <w:rPr>
          <w:rFonts w:ascii="Arial" w:hAnsi="Arial" w:cs="Arial"/>
          <w:b/>
          <w:bCs/>
        </w:rPr>
      </w:pPr>
    </w:p>
    <w:p w14:paraId="63D64258" w14:textId="77777777" w:rsidR="009A4CDD" w:rsidRPr="00071963" w:rsidRDefault="00E44457" w:rsidP="00A93D2B">
      <w:pPr>
        <w:rPr>
          <w:rFonts w:ascii="Arial" w:hAnsi="Arial" w:cs="Arial"/>
          <w:b/>
          <w:bCs/>
        </w:rPr>
      </w:pPr>
      <w:r w:rsidRPr="00071963">
        <w:rPr>
          <w:rFonts w:ascii="Arial" w:hAnsi="Arial" w:cs="Arial"/>
          <w:b/>
          <w:bCs/>
        </w:rPr>
        <w:br w:type="page"/>
      </w:r>
    </w:p>
    <w:p w14:paraId="2DBC11BF" w14:textId="77777777" w:rsidR="005043B1" w:rsidRPr="00071963" w:rsidRDefault="005043B1" w:rsidP="00E9152E">
      <w:pPr>
        <w:spacing w:line="259" w:lineRule="auto"/>
        <w:jc w:val="center"/>
        <w:rPr>
          <w:rFonts w:ascii="Arial" w:hAnsi="Arial" w:cs="Arial"/>
          <w:b/>
          <w:bCs/>
        </w:rPr>
      </w:pPr>
      <w:r w:rsidRPr="00071963">
        <w:rPr>
          <w:rFonts w:ascii="Arial" w:hAnsi="Arial" w:cs="Arial"/>
          <w:b/>
          <w:bCs/>
        </w:rPr>
        <w:lastRenderedPageBreak/>
        <w:t>CHECK LIST ENTREGA DOCUMENTACI</w:t>
      </w:r>
      <w:r w:rsidR="00A93D2B" w:rsidRPr="00071963">
        <w:rPr>
          <w:rFonts w:ascii="Arial" w:hAnsi="Arial" w:cs="Arial"/>
          <w:b/>
          <w:bCs/>
        </w:rPr>
        <w:t>Ó</w:t>
      </w:r>
      <w:r w:rsidRPr="00071963">
        <w:rPr>
          <w:rFonts w:ascii="Arial" w:hAnsi="Arial" w:cs="Arial"/>
          <w:b/>
          <w:bCs/>
        </w:rPr>
        <w:t>N</w:t>
      </w:r>
    </w:p>
    <w:p w14:paraId="230195D2" w14:textId="77777777" w:rsidR="005043B1" w:rsidRPr="00071963" w:rsidRDefault="005043B1" w:rsidP="005043B1">
      <w:pPr>
        <w:spacing w:line="259" w:lineRule="auto"/>
        <w:rPr>
          <w:rFonts w:ascii="Arial" w:hAnsi="Arial" w:cs="Arial"/>
          <w:b/>
          <w:bCs/>
        </w:rPr>
      </w:pPr>
      <w:r w:rsidRPr="00071963">
        <w:rPr>
          <w:rFonts w:ascii="Arial" w:hAnsi="Arial" w:cs="Arial"/>
          <w:b/>
          <w:bCs/>
        </w:rPr>
        <w:t xml:space="preserve">Categoría: </w:t>
      </w:r>
      <w:r w:rsidRPr="00071963">
        <w:rPr>
          <w:rFonts w:ascii="Arial" w:hAnsi="Arial" w:cs="Arial"/>
          <w:b/>
          <w:bCs/>
          <w:u w:val="single"/>
        </w:rPr>
        <w:t xml:space="preserve">STANDS </w:t>
      </w:r>
      <w:r w:rsidR="00172912" w:rsidRPr="00071963">
        <w:rPr>
          <w:rFonts w:ascii="Arial" w:hAnsi="Arial" w:cs="Arial"/>
          <w:b/>
          <w:bCs/>
          <w:u w:val="single"/>
        </w:rPr>
        <w:t>COMIDAS INTERNACIONALES</w:t>
      </w:r>
    </w:p>
    <w:p w14:paraId="0EDD4D11" w14:textId="2E770B3C" w:rsidR="005043B1" w:rsidRPr="00071963" w:rsidRDefault="005043B1" w:rsidP="005043B1">
      <w:pPr>
        <w:spacing w:line="259" w:lineRule="auto"/>
        <w:rPr>
          <w:rFonts w:ascii="Arial" w:hAnsi="Arial" w:cs="Arial"/>
        </w:rPr>
      </w:pPr>
      <w:r w:rsidRPr="00071963">
        <w:rPr>
          <w:rFonts w:ascii="Arial" w:hAnsi="Arial" w:cs="Arial"/>
          <w:b/>
          <w:bCs/>
        </w:rPr>
        <w:t xml:space="preserve">Nombre completo del/a postulante: </w:t>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006F7394">
        <w:rPr>
          <w:rFonts w:ascii="Arial" w:hAnsi="Arial" w:cs="Arial"/>
          <w:u w:val="single"/>
        </w:rPr>
        <w:t>_____________</w:t>
      </w:r>
    </w:p>
    <w:p w14:paraId="5AE24C5B" w14:textId="77777777" w:rsidR="005043B1" w:rsidRPr="00071963" w:rsidRDefault="005043B1" w:rsidP="005043B1">
      <w:pPr>
        <w:spacing w:line="259" w:lineRule="auto"/>
        <w:rPr>
          <w:rFonts w:ascii="Arial" w:hAnsi="Arial" w:cs="Arial"/>
        </w:rPr>
      </w:pPr>
      <w:r w:rsidRPr="00071963">
        <w:rPr>
          <w:rFonts w:ascii="Arial" w:hAnsi="Arial" w:cs="Arial"/>
          <w:b/>
          <w:bCs/>
        </w:rPr>
        <w:t>Teléfono de contacto del/a postulante:</w:t>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p>
    <w:p w14:paraId="36982E54" w14:textId="77777777" w:rsidR="005043B1" w:rsidRPr="00071963" w:rsidRDefault="005043B1" w:rsidP="00E9152E">
      <w:pPr>
        <w:spacing w:line="259" w:lineRule="auto"/>
        <w:rPr>
          <w:rFonts w:ascii="Arial" w:hAnsi="Arial" w:cs="Arial"/>
          <w:b/>
          <w:bCs/>
          <w:u w:val="single"/>
        </w:rPr>
      </w:pPr>
      <w:r w:rsidRPr="00071963">
        <w:rPr>
          <w:rFonts w:ascii="Arial" w:hAnsi="Arial" w:cs="Arial"/>
          <w:b/>
          <w:bCs/>
        </w:rPr>
        <w:t>Correo electrónico del/a postulante:</w:t>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r w:rsidRPr="00071963">
        <w:rPr>
          <w:rFonts w:ascii="Arial" w:hAnsi="Arial" w:cs="Arial"/>
          <w:u w:val="single"/>
        </w:rPr>
        <w:tab/>
      </w:r>
    </w:p>
    <w:tbl>
      <w:tblPr>
        <w:tblStyle w:val="Tablaconcuadrcula3"/>
        <w:tblW w:w="0" w:type="auto"/>
        <w:jc w:val="center"/>
        <w:tblLook w:val="04A0" w:firstRow="1" w:lastRow="0" w:firstColumn="1" w:lastColumn="0" w:noHBand="0" w:noVBand="1"/>
      </w:tblPr>
      <w:tblGrid>
        <w:gridCol w:w="6608"/>
        <w:gridCol w:w="2220"/>
      </w:tblGrid>
      <w:tr w:rsidR="009A4CDD" w:rsidRPr="00071963" w14:paraId="376D0216" w14:textId="77777777" w:rsidTr="00A93D2B">
        <w:trPr>
          <w:trHeight w:val="485"/>
          <w:jc w:val="center"/>
        </w:trPr>
        <w:tc>
          <w:tcPr>
            <w:tcW w:w="6608" w:type="dxa"/>
            <w:shd w:val="clear" w:color="auto" w:fill="F2F2F2" w:themeFill="background1" w:themeFillShade="F2"/>
            <w:vAlign w:val="center"/>
          </w:tcPr>
          <w:p w14:paraId="07361C3E" w14:textId="77777777" w:rsidR="009A4CDD" w:rsidRPr="00071963" w:rsidRDefault="009A4CDD" w:rsidP="009A4CDD">
            <w:pPr>
              <w:spacing w:line="259" w:lineRule="auto"/>
              <w:jc w:val="center"/>
              <w:rPr>
                <w:rFonts w:ascii="Arial" w:hAnsi="Arial" w:cs="Arial"/>
                <w:b/>
                <w:bCs/>
              </w:rPr>
            </w:pPr>
            <w:r w:rsidRPr="00071963">
              <w:rPr>
                <w:rFonts w:ascii="Arial" w:hAnsi="Arial" w:cs="Arial"/>
                <w:b/>
                <w:bCs/>
              </w:rPr>
              <w:t>Documento</w:t>
            </w:r>
          </w:p>
        </w:tc>
        <w:tc>
          <w:tcPr>
            <w:tcW w:w="2220" w:type="dxa"/>
            <w:shd w:val="clear" w:color="auto" w:fill="F2F2F2" w:themeFill="background1" w:themeFillShade="F2"/>
            <w:vAlign w:val="center"/>
          </w:tcPr>
          <w:p w14:paraId="41E63431" w14:textId="77777777" w:rsidR="009A4CDD" w:rsidRPr="00071963" w:rsidRDefault="009A4CDD" w:rsidP="009A4CDD">
            <w:pPr>
              <w:spacing w:line="259" w:lineRule="auto"/>
              <w:jc w:val="center"/>
              <w:rPr>
                <w:rFonts w:ascii="Arial" w:hAnsi="Arial" w:cs="Arial"/>
                <w:b/>
                <w:bCs/>
              </w:rPr>
            </w:pPr>
            <w:r w:rsidRPr="00071963">
              <w:rPr>
                <w:rFonts w:ascii="Arial" w:hAnsi="Arial" w:cs="Arial"/>
                <w:b/>
                <w:bCs/>
              </w:rPr>
              <w:t>Indicar si adjunta o no adjunta (Sí/No)</w:t>
            </w:r>
          </w:p>
        </w:tc>
      </w:tr>
      <w:tr w:rsidR="009A4CDD" w:rsidRPr="00071963" w14:paraId="4D9502E1" w14:textId="77777777" w:rsidTr="00A93D2B">
        <w:trPr>
          <w:trHeight w:val="438"/>
          <w:jc w:val="center"/>
        </w:trPr>
        <w:tc>
          <w:tcPr>
            <w:tcW w:w="6608" w:type="dxa"/>
            <w:vAlign w:val="center"/>
          </w:tcPr>
          <w:p w14:paraId="6BF5C800" w14:textId="77777777" w:rsidR="009A4CDD" w:rsidRPr="00071963" w:rsidRDefault="009A4CDD" w:rsidP="00A93D2B">
            <w:pPr>
              <w:contextualSpacing/>
              <w:jc w:val="both"/>
              <w:rPr>
                <w:rFonts w:ascii="Arial" w:hAnsi="Arial" w:cs="Arial"/>
                <w:highlight w:val="yellow"/>
              </w:rPr>
            </w:pPr>
            <w:r w:rsidRPr="00071963">
              <w:rPr>
                <w:rFonts w:ascii="Arial" w:eastAsia="Times New Roman" w:hAnsi="Arial" w:cs="Arial"/>
              </w:rPr>
              <w:t>Formulario de postulación completo y firmado (Anexo N°1)</w:t>
            </w:r>
            <w:r w:rsidR="00A93D2B" w:rsidRPr="00071963">
              <w:rPr>
                <w:rFonts w:ascii="Arial" w:eastAsia="Times New Roman" w:hAnsi="Arial" w:cs="Arial"/>
              </w:rPr>
              <w:t>.</w:t>
            </w:r>
          </w:p>
        </w:tc>
        <w:tc>
          <w:tcPr>
            <w:tcW w:w="2220" w:type="dxa"/>
          </w:tcPr>
          <w:p w14:paraId="4F06A92D" w14:textId="77777777" w:rsidR="009A4CDD" w:rsidRPr="00071963" w:rsidRDefault="009A4CDD" w:rsidP="009A4CDD">
            <w:pPr>
              <w:spacing w:line="259" w:lineRule="auto"/>
              <w:rPr>
                <w:rFonts w:ascii="Arial" w:hAnsi="Arial" w:cs="Arial"/>
              </w:rPr>
            </w:pPr>
          </w:p>
        </w:tc>
      </w:tr>
      <w:tr w:rsidR="009A4CDD" w:rsidRPr="00071963" w14:paraId="291B7CF3" w14:textId="77777777" w:rsidTr="00A93D2B">
        <w:trPr>
          <w:trHeight w:val="417"/>
          <w:jc w:val="center"/>
        </w:trPr>
        <w:tc>
          <w:tcPr>
            <w:tcW w:w="6608" w:type="dxa"/>
            <w:vAlign w:val="center"/>
          </w:tcPr>
          <w:p w14:paraId="689C6247" w14:textId="77777777" w:rsidR="009A4CDD" w:rsidRPr="00071963" w:rsidRDefault="009A4CDD" w:rsidP="00A93D2B">
            <w:pPr>
              <w:contextualSpacing/>
              <w:jc w:val="both"/>
              <w:rPr>
                <w:rFonts w:ascii="Arial" w:hAnsi="Arial" w:cs="Arial"/>
              </w:rPr>
            </w:pPr>
            <w:r w:rsidRPr="00071963">
              <w:rPr>
                <w:rFonts w:ascii="Arial" w:eastAsia="Times New Roman" w:hAnsi="Arial" w:cs="Arial"/>
              </w:rPr>
              <w:t>Fotocopia de cédula de identidad (ambos lados</w:t>
            </w:r>
            <w:r w:rsidR="00A93D2B" w:rsidRPr="00071963">
              <w:rPr>
                <w:rFonts w:ascii="Arial" w:eastAsia="Times New Roman" w:hAnsi="Arial" w:cs="Arial"/>
              </w:rPr>
              <w:t>).</w:t>
            </w:r>
          </w:p>
        </w:tc>
        <w:tc>
          <w:tcPr>
            <w:tcW w:w="2220" w:type="dxa"/>
          </w:tcPr>
          <w:p w14:paraId="52733740" w14:textId="77777777" w:rsidR="009A4CDD" w:rsidRPr="00071963" w:rsidRDefault="009A4CDD" w:rsidP="009A4CDD">
            <w:pPr>
              <w:spacing w:line="259" w:lineRule="auto"/>
              <w:rPr>
                <w:rFonts w:ascii="Arial" w:hAnsi="Arial" w:cs="Arial"/>
              </w:rPr>
            </w:pPr>
          </w:p>
        </w:tc>
      </w:tr>
      <w:tr w:rsidR="009A4CDD" w:rsidRPr="00071963" w14:paraId="212FCDAD" w14:textId="77777777" w:rsidTr="00A93D2B">
        <w:trPr>
          <w:trHeight w:val="550"/>
          <w:jc w:val="center"/>
        </w:trPr>
        <w:tc>
          <w:tcPr>
            <w:tcW w:w="6608" w:type="dxa"/>
            <w:vAlign w:val="center"/>
          </w:tcPr>
          <w:p w14:paraId="1E9542EE" w14:textId="77777777" w:rsidR="009A4CDD" w:rsidRPr="00071963" w:rsidRDefault="009A4CDD" w:rsidP="00A93D2B">
            <w:pPr>
              <w:spacing w:line="259" w:lineRule="auto"/>
              <w:jc w:val="both"/>
              <w:rPr>
                <w:rFonts w:ascii="Arial" w:hAnsi="Arial" w:cs="Arial"/>
              </w:rPr>
            </w:pPr>
            <w:r w:rsidRPr="00071963">
              <w:rPr>
                <w:rFonts w:ascii="Arial" w:eastAsia="Times New Roman" w:hAnsi="Arial" w:cs="Arial"/>
              </w:rPr>
              <w:t xml:space="preserve">Cartola Hogar (Registro Social de Hogares), certificado de residencia emitido por la JJVV de su sector, o Boleta de servicios básicos. </w:t>
            </w:r>
          </w:p>
        </w:tc>
        <w:tc>
          <w:tcPr>
            <w:tcW w:w="2220" w:type="dxa"/>
          </w:tcPr>
          <w:p w14:paraId="5F357754" w14:textId="77777777" w:rsidR="009A4CDD" w:rsidRPr="00071963" w:rsidRDefault="009A4CDD" w:rsidP="009A4CDD">
            <w:pPr>
              <w:spacing w:line="259" w:lineRule="auto"/>
              <w:rPr>
                <w:rFonts w:ascii="Arial" w:hAnsi="Arial" w:cs="Arial"/>
              </w:rPr>
            </w:pPr>
          </w:p>
        </w:tc>
      </w:tr>
      <w:tr w:rsidR="009A4CDD" w:rsidRPr="00071963" w14:paraId="2083293F" w14:textId="77777777" w:rsidTr="00A93D2B">
        <w:trPr>
          <w:trHeight w:val="616"/>
          <w:jc w:val="center"/>
        </w:trPr>
        <w:tc>
          <w:tcPr>
            <w:tcW w:w="6608" w:type="dxa"/>
            <w:vAlign w:val="center"/>
          </w:tcPr>
          <w:p w14:paraId="41F21880" w14:textId="77777777" w:rsidR="009A4CDD" w:rsidRPr="00071963" w:rsidRDefault="009A4CDD" w:rsidP="00A93D2B">
            <w:pPr>
              <w:spacing w:line="259" w:lineRule="auto"/>
              <w:jc w:val="both"/>
              <w:rPr>
                <w:rFonts w:ascii="Arial" w:hAnsi="Arial" w:cs="Arial"/>
              </w:rPr>
            </w:pPr>
            <w:r w:rsidRPr="00071963">
              <w:rPr>
                <w:rFonts w:ascii="Arial" w:eastAsia="Times New Roman" w:hAnsi="Arial" w:cs="Arial"/>
              </w:rPr>
              <w:t>Certificado emitido por el Departamento de Rentas y Patentes que acredite no mantener deudas morosas con la Municipalidad.</w:t>
            </w:r>
          </w:p>
        </w:tc>
        <w:tc>
          <w:tcPr>
            <w:tcW w:w="2220" w:type="dxa"/>
          </w:tcPr>
          <w:p w14:paraId="7FA2B83E" w14:textId="77777777" w:rsidR="009A4CDD" w:rsidRPr="00071963" w:rsidRDefault="009A4CDD" w:rsidP="009A4CDD">
            <w:pPr>
              <w:spacing w:line="259" w:lineRule="auto"/>
              <w:rPr>
                <w:rFonts w:ascii="Arial" w:hAnsi="Arial" w:cs="Arial"/>
              </w:rPr>
            </w:pPr>
          </w:p>
        </w:tc>
      </w:tr>
      <w:tr w:rsidR="009A4CDD" w:rsidRPr="00071963" w14:paraId="3EA84EA8" w14:textId="77777777" w:rsidTr="00A93D2B">
        <w:trPr>
          <w:jc w:val="center"/>
        </w:trPr>
        <w:tc>
          <w:tcPr>
            <w:tcW w:w="6608" w:type="dxa"/>
            <w:vAlign w:val="center"/>
          </w:tcPr>
          <w:p w14:paraId="62D22024" w14:textId="77777777" w:rsidR="009A4CDD" w:rsidRPr="00071963" w:rsidRDefault="009A4CDD" w:rsidP="00A93D2B">
            <w:pPr>
              <w:spacing w:line="259" w:lineRule="auto"/>
              <w:jc w:val="both"/>
              <w:rPr>
                <w:rFonts w:ascii="Arial" w:hAnsi="Arial" w:cs="Arial"/>
              </w:rPr>
            </w:pPr>
            <w:r w:rsidRPr="00071963">
              <w:rPr>
                <w:rFonts w:ascii="Arial" w:eastAsia="Times New Roman" w:hAnsi="Arial" w:cs="Arial"/>
              </w:rPr>
              <w:t>Compromiso de no utilización de plásticos de un solo uso, conforme a la Ley N° 21.368 (Anexo N°2)</w:t>
            </w:r>
            <w:r w:rsidR="00A93D2B" w:rsidRPr="00071963">
              <w:rPr>
                <w:rFonts w:ascii="Arial" w:eastAsia="Times New Roman" w:hAnsi="Arial" w:cs="Arial"/>
              </w:rPr>
              <w:t>.</w:t>
            </w:r>
          </w:p>
        </w:tc>
        <w:tc>
          <w:tcPr>
            <w:tcW w:w="2220" w:type="dxa"/>
          </w:tcPr>
          <w:p w14:paraId="3227DF25" w14:textId="77777777" w:rsidR="009A4CDD" w:rsidRPr="00071963" w:rsidRDefault="009A4CDD" w:rsidP="009A4CDD">
            <w:pPr>
              <w:spacing w:line="259" w:lineRule="auto"/>
              <w:rPr>
                <w:rFonts w:ascii="Arial" w:hAnsi="Arial" w:cs="Arial"/>
              </w:rPr>
            </w:pPr>
          </w:p>
        </w:tc>
      </w:tr>
      <w:tr w:rsidR="007F419C" w:rsidRPr="00071963" w14:paraId="72F962C9" w14:textId="77777777" w:rsidTr="00A93D2B">
        <w:trPr>
          <w:jc w:val="center"/>
        </w:trPr>
        <w:tc>
          <w:tcPr>
            <w:tcW w:w="6608" w:type="dxa"/>
            <w:vAlign w:val="center"/>
          </w:tcPr>
          <w:p w14:paraId="268ABC61" w14:textId="69F74687" w:rsidR="007F419C" w:rsidRPr="00071963" w:rsidRDefault="007F419C" w:rsidP="00A93D2B">
            <w:pPr>
              <w:spacing w:line="259" w:lineRule="auto"/>
              <w:rPr>
                <w:rFonts w:ascii="Arial" w:eastAsia="Times New Roman" w:hAnsi="Arial" w:cs="Arial"/>
              </w:rPr>
            </w:pPr>
            <w:r>
              <w:rPr>
                <w:rFonts w:ascii="Arial" w:eastAsia="Times New Roman" w:hAnsi="Arial" w:cs="Arial"/>
              </w:rPr>
              <w:t>Declaración jurada notarial para venta de alcohol. (Anexo N°5 si corresponde)</w:t>
            </w:r>
          </w:p>
        </w:tc>
        <w:tc>
          <w:tcPr>
            <w:tcW w:w="2220" w:type="dxa"/>
          </w:tcPr>
          <w:p w14:paraId="33698AAA" w14:textId="77777777" w:rsidR="007F419C" w:rsidRPr="00071963" w:rsidRDefault="007F419C" w:rsidP="009A4CDD">
            <w:pPr>
              <w:spacing w:line="259" w:lineRule="auto"/>
              <w:rPr>
                <w:rFonts w:ascii="Arial" w:hAnsi="Arial" w:cs="Arial"/>
              </w:rPr>
            </w:pPr>
          </w:p>
        </w:tc>
      </w:tr>
      <w:tr w:rsidR="009A4CDD" w:rsidRPr="00071963" w14:paraId="0C545FAA" w14:textId="77777777" w:rsidTr="00A93D2B">
        <w:trPr>
          <w:trHeight w:val="632"/>
          <w:jc w:val="center"/>
        </w:trPr>
        <w:tc>
          <w:tcPr>
            <w:tcW w:w="6608" w:type="dxa"/>
            <w:vAlign w:val="center"/>
          </w:tcPr>
          <w:p w14:paraId="59DE500E" w14:textId="77777777" w:rsidR="009A4CDD" w:rsidRPr="00071963" w:rsidRDefault="009A4CDD" w:rsidP="00A93D2B">
            <w:pPr>
              <w:ind w:left="22"/>
              <w:contextualSpacing/>
              <w:jc w:val="both"/>
              <w:rPr>
                <w:rFonts w:ascii="Arial" w:eastAsia="Times New Roman" w:hAnsi="Arial" w:cs="Arial"/>
              </w:rPr>
            </w:pPr>
            <w:r w:rsidRPr="00071963">
              <w:rPr>
                <w:rFonts w:ascii="Arial" w:eastAsia="Times New Roman" w:hAnsi="Arial" w:cs="Arial"/>
              </w:rPr>
              <w:t>Declaración jurada simple de responsabilidad por cualquier inconveniente o accidente que ocurra durante el evento (Anexo N°3)</w:t>
            </w:r>
            <w:r w:rsidR="00A93D2B" w:rsidRPr="00071963">
              <w:rPr>
                <w:rFonts w:ascii="Arial" w:eastAsia="Times New Roman" w:hAnsi="Arial" w:cs="Arial"/>
              </w:rPr>
              <w:t>.</w:t>
            </w:r>
          </w:p>
        </w:tc>
        <w:tc>
          <w:tcPr>
            <w:tcW w:w="2220" w:type="dxa"/>
          </w:tcPr>
          <w:p w14:paraId="40B21ECC" w14:textId="77777777" w:rsidR="009A4CDD" w:rsidRPr="00071963" w:rsidRDefault="009A4CDD" w:rsidP="009A4CDD">
            <w:pPr>
              <w:spacing w:line="259" w:lineRule="auto"/>
              <w:rPr>
                <w:rFonts w:ascii="Arial" w:hAnsi="Arial" w:cs="Arial"/>
              </w:rPr>
            </w:pPr>
          </w:p>
        </w:tc>
      </w:tr>
      <w:tr w:rsidR="009A4CDD" w:rsidRPr="00071963" w14:paraId="3EAF0274" w14:textId="77777777" w:rsidTr="00A93D2B">
        <w:trPr>
          <w:trHeight w:val="642"/>
          <w:jc w:val="center"/>
        </w:trPr>
        <w:tc>
          <w:tcPr>
            <w:tcW w:w="6608" w:type="dxa"/>
            <w:vAlign w:val="center"/>
          </w:tcPr>
          <w:p w14:paraId="1BE6B149" w14:textId="77777777" w:rsidR="009A4CDD" w:rsidRPr="00071963" w:rsidRDefault="009A4CDD" w:rsidP="00A93D2B">
            <w:pPr>
              <w:ind w:left="22"/>
              <w:contextualSpacing/>
              <w:jc w:val="both"/>
              <w:rPr>
                <w:rFonts w:ascii="Arial" w:hAnsi="Arial" w:cs="Arial"/>
              </w:rPr>
            </w:pPr>
            <w:r w:rsidRPr="00071963">
              <w:rPr>
                <w:rFonts w:ascii="Arial" w:eastAsia="Times New Roman" w:hAnsi="Arial" w:cs="Arial"/>
              </w:rPr>
              <w:t>Certificado emitido por Oficina PMJH,</w:t>
            </w:r>
            <w:r w:rsidR="00E44457" w:rsidRPr="00071963">
              <w:rPr>
                <w:rFonts w:ascii="Arial" w:eastAsia="Times New Roman" w:hAnsi="Arial" w:cs="Arial"/>
              </w:rPr>
              <w:t xml:space="preserve"> SSYO,</w:t>
            </w:r>
            <w:r w:rsidRPr="00071963">
              <w:rPr>
                <w:rFonts w:ascii="Arial" w:eastAsia="Times New Roman" w:hAnsi="Arial" w:cs="Arial"/>
              </w:rPr>
              <w:t xml:space="preserve"> Oficina de la Mujer o Credencial de Discapacidad (sólo si corresponde)</w:t>
            </w:r>
            <w:r w:rsidR="00A93D2B" w:rsidRPr="00071963">
              <w:rPr>
                <w:rFonts w:ascii="Arial" w:eastAsia="Times New Roman" w:hAnsi="Arial" w:cs="Arial"/>
              </w:rPr>
              <w:t>.</w:t>
            </w:r>
            <w:r w:rsidRPr="00071963">
              <w:rPr>
                <w:rFonts w:ascii="Arial" w:eastAsia="Times New Roman" w:hAnsi="Arial" w:cs="Arial"/>
              </w:rPr>
              <w:t xml:space="preserve"> </w:t>
            </w:r>
          </w:p>
        </w:tc>
        <w:tc>
          <w:tcPr>
            <w:tcW w:w="2220" w:type="dxa"/>
          </w:tcPr>
          <w:p w14:paraId="7C2BFDA8" w14:textId="77777777" w:rsidR="009A4CDD" w:rsidRPr="00071963" w:rsidRDefault="009A4CDD" w:rsidP="009A4CDD">
            <w:pPr>
              <w:spacing w:line="259" w:lineRule="auto"/>
              <w:rPr>
                <w:rFonts w:ascii="Arial" w:hAnsi="Arial" w:cs="Arial"/>
              </w:rPr>
            </w:pPr>
          </w:p>
        </w:tc>
      </w:tr>
      <w:tr w:rsidR="009A4CDD" w:rsidRPr="00071963" w14:paraId="03FF3F23" w14:textId="77777777" w:rsidTr="00A93D2B">
        <w:trPr>
          <w:trHeight w:val="642"/>
          <w:jc w:val="center"/>
        </w:trPr>
        <w:tc>
          <w:tcPr>
            <w:tcW w:w="6608" w:type="dxa"/>
            <w:vAlign w:val="center"/>
          </w:tcPr>
          <w:p w14:paraId="5AFDEFAF" w14:textId="77777777" w:rsidR="009A4CDD" w:rsidRPr="00071963" w:rsidRDefault="009A4CDD" w:rsidP="00A93D2B">
            <w:pPr>
              <w:ind w:left="22"/>
              <w:contextualSpacing/>
              <w:jc w:val="both"/>
              <w:rPr>
                <w:rFonts w:ascii="Arial" w:eastAsia="Times New Roman" w:hAnsi="Arial" w:cs="Arial"/>
              </w:rPr>
            </w:pPr>
            <w:r w:rsidRPr="00071963">
              <w:rPr>
                <w:rFonts w:ascii="Arial" w:eastAsia="Times New Roman" w:hAnsi="Arial" w:cs="Arial"/>
              </w:rPr>
              <w:t>Certificado de Iniciación de Actividades en 1° Categoría. Si corresponde.</w:t>
            </w:r>
          </w:p>
        </w:tc>
        <w:tc>
          <w:tcPr>
            <w:tcW w:w="2220" w:type="dxa"/>
          </w:tcPr>
          <w:p w14:paraId="5AE0FAB8" w14:textId="77777777" w:rsidR="009A4CDD" w:rsidRPr="00071963" w:rsidRDefault="009A4CDD" w:rsidP="009A4CDD">
            <w:pPr>
              <w:spacing w:line="259" w:lineRule="auto"/>
              <w:rPr>
                <w:rFonts w:ascii="Arial" w:hAnsi="Arial" w:cs="Arial"/>
              </w:rPr>
            </w:pPr>
          </w:p>
        </w:tc>
      </w:tr>
      <w:tr w:rsidR="009A4CDD" w:rsidRPr="00071963" w14:paraId="45290E4F" w14:textId="77777777" w:rsidTr="00A93D2B">
        <w:trPr>
          <w:trHeight w:val="642"/>
          <w:jc w:val="center"/>
        </w:trPr>
        <w:tc>
          <w:tcPr>
            <w:tcW w:w="6608" w:type="dxa"/>
            <w:vAlign w:val="center"/>
          </w:tcPr>
          <w:p w14:paraId="7225D078" w14:textId="77777777" w:rsidR="009A4CDD" w:rsidRPr="00071963" w:rsidRDefault="009A4CDD" w:rsidP="00A93D2B">
            <w:pPr>
              <w:ind w:left="22"/>
              <w:contextualSpacing/>
              <w:jc w:val="both"/>
              <w:rPr>
                <w:rFonts w:ascii="Arial" w:eastAsia="Times New Roman" w:hAnsi="Arial" w:cs="Arial"/>
              </w:rPr>
            </w:pPr>
            <w:r w:rsidRPr="00071963">
              <w:rPr>
                <w:rFonts w:ascii="Arial" w:eastAsia="Times New Roman" w:hAnsi="Arial" w:cs="Arial"/>
              </w:rPr>
              <w:t>Certificado de Actividad de Subsistencia Si corresponde.</w:t>
            </w:r>
          </w:p>
        </w:tc>
        <w:tc>
          <w:tcPr>
            <w:tcW w:w="2220" w:type="dxa"/>
          </w:tcPr>
          <w:p w14:paraId="2FBB729F" w14:textId="77777777" w:rsidR="009A4CDD" w:rsidRPr="00071963" w:rsidRDefault="009A4CDD" w:rsidP="009A4CDD">
            <w:pPr>
              <w:spacing w:line="259" w:lineRule="auto"/>
              <w:rPr>
                <w:rFonts w:ascii="Arial" w:hAnsi="Arial" w:cs="Arial"/>
              </w:rPr>
            </w:pPr>
          </w:p>
        </w:tc>
      </w:tr>
      <w:tr w:rsidR="009A4CDD" w:rsidRPr="00071963" w14:paraId="5D622877" w14:textId="77777777" w:rsidTr="00A93D2B">
        <w:trPr>
          <w:trHeight w:val="642"/>
          <w:jc w:val="center"/>
        </w:trPr>
        <w:tc>
          <w:tcPr>
            <w:tcW w:w="6608" w:type="dxa"/>
            <w:vAlign w:val="center"/>
          </w:tcPr>
          <w:p w14:paraId="5316D0A7" w14:textId="77777777" w:rsidR="009A4CDD" w:rsidRPr="00071963" w:rsidRDefault="009A4CDD" w:rsidP="00A93D2B">
            <w:pPr>
              <w:ind w:left="22"/>
              <w:contextualSpacing/>
              <w:jc w:val="both"/>
              <w:rPr>
                <w:rFonts w:ascii="Arial" w:eastAsia="Times New Roman" w:hAnsi="Arial" w:cs="Arial"/>
              </w:rPr>
            </w:pPr>
            <w:r w:rsidRPr="00071963">
              <w:rPr>
                <w:rFonts w:ascii="Arial" w:eastAsia="Times New Roman" w:hAnsi="Arial" w:cs="Arial"/>
              </w:rPr>
              <w:t>Anexo N°4 Declaración Jurada Simple de Actividad Esporádica. Si corresponde.</w:t>
            </w:r>
          </w:p>
        </w:tc>
        <w:tc>
          <w:tcPr>
            <w:tcW w:w="2220" w:type="dxa"/>
          </w:tcPr>
          <w:p w14:paraId="2D4F7C59" w14:textId="77777777" w:rsidR="009A4CDD" w:rsidRPr="00071963" w:rsidRDefault="009A4CDD" w:rsidP="009A4CDD">
            <w:pPr>
              <w:spacing w:line="259" w:lineRule="auto"/>
              <w:rPr>
                <w:rFonts w:ascii="Arial" w:hAnsi="Arial" w:cs="Arial"/>
              </w:rPr>
            </w:pPr>
          </w:p>
        </w:tc>
      </w:tr>
      <w:tr w:rsidR="009A4CDD" w:rsidRPr="00071963" w14:paraId="2CF86322" w14:textId="77777777" w:rsidTr="00A93D2B">
        <w:trPr>
          <w:trHeight w:val="552"/>
          <w:jc w:val="center"/>
        </w:trPr>
        <w:tc>
          <w:tcPr>
            <w:tcW w:w="6608" w:type="dxa"/>
            <w:vAlign w:val="center"/>
          </w:tcPr>
          <w:p w14:paraId="19B737AC" w14:textId="77777777" w:rsidR="009A4CDD" w:rsidRPr="00071963" w:rsidRDefault="009A4CDD" w:rsidP="00A93D2B">
            <w:pPr>
              <w:ind w:left="22"/>
              <w:contextualSpacing/>
              <w:jc w:val="both"/>
              <w:rPr>
                <w:rFonts w:ascii="Arial" w:eastAsia="Times New Roman" w:hAnsi="Arial" w:cs="Arial"/>
              </w:rPr>
            </w:pPr>
            <w:r w:rsidRPr="00071963">
              <w:rPr>
                <w:rFonts w:ascii="Arial" w:eastAsia="Times New Roman" w:hAnsi="Arial" w:cs="Arial"/>
              </w:rPr>
              <w:t xml:space="preserve">Fotografías o Pago Permisos Municipales de eventos similares </w:t>
            </w:r>
          </w:p>
        </w:tc>
        <w:tc>
          <w:tcPr>
            <w:tcW w:w="2220" w:type="dxa"/>
          </w:tcPr>
          <w:p w14:paraId="24DF7E2E" w14:textId="77777777" w:rsidR="009A4CDD" w:rsidRPr="00071963" w:rsidRDefault="009A4CDD" w:rsidP="009A4CDD">
            <w:pPr>
              <w:spacing w:line="259" w:lineRule="auto"/>
              <w:rPr>
                <w:rFonts w:ascii="Arial" w:hAnsi="Arial" w:cs="Arial"/>
              </w:rPr>
            </w:pPr>
          </w:p>
        </w:tc>
      </w:tr>
    </w:tbl>
    <w:p w14:paraId="4FFFE093" w14:textId="77777777" w:rsidR="005043B1" w:rsidRPr="00071963" w:rsidRDefault="005043B1" w:rsidP="005043B1">
      <w:pPr>
        <w:spacing w:line="259" w:lineRule="auto"/>
        <w:rPr>
          <w:rFonts w:ascii="Arial" w:hAnsi="Arial" w:cs="Arial"/>
        </w:rPr>
      </w:pPr>
    </w:p>
    <w:p w14:paraId="26573D59" w14:textId="77777777" w:rsidR="00826F53" w:rsidRPr="00071963" w:rsidRDefault="00826F53" w:rsidP="005043B1">
      <w:pPr>
        <w:spacing w:line="259" w:lineRule="auto"/>
        <w:rPr>
          <w:rFonts w:ascii="Arial" w:hAnsi="Arial" w:cs="Arial"/>
          <w:b/>
          <w:bCs/>
        </w:rPr>
      </w:pPr>
    </w:p>
    <w:p w14:paraId="7BD93FEB" w14:textId="77777777" w:rsidR="00FD5099" w:rsidRPr="00337339" w:rsidRDefault="00FD5099" w:rsidP="001C4577">
      <w:pPr>
        <w:spacing w:line="259" w:lineRule="auto"/>
        <w:rPr>
          <w:rFonts w:ascii="Times New Roman" w:hAnsi="Times New Roman" w:cs="Times New Roman"/>
          <w:b/>
          <w:bCs/>
        </w:rPr>
      </w:pPr>
    </w:p>
    <w:sectPr w:rsidR="00FD5099" w:rsidRPr="00337339" w:rsidSect="005F4BBA">
      <w:headerReference w:type="default" r:id="rId8"/>
      <w:footerReference w:type="default" r:id="rId9"/>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BE3B5" w14:textId="77777777" w:rsidR="001C0BCF" w:rsidRDefault="001C0BCF" w:rsidP="004B1F60">
      <w:pPr>
        <w:spacing w:after="0" w:line="240" w:lineRule="auto"/>
      </w:pPr>
      <w:r>
        <w:separator/>
      </w:r>
    </w:p>
  </w:endnote>
  <w:endnote w:type="continuationSeparator" w:id="0">
    <w:p w14:paraId="723F2BEB" w14:textId="77777777" w:rsidR="001C0BCF" w:rsidRDefault="001C0BCF" w:rsidP="004B1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059291"/>
      <w:docPartObj>
        <w:docPartGallery w:val="Page Numbers (Bottom of Page)"/>
        <w:docPartUnique/>
      </w:docPartObj>
    </w:sdtPr>
    <w:sdtContent>
      <w:p w14:paraId="6D7B34D9" w14:textId="77777777" w:rsidR="000A5F97" w:rsidRDefault="000A5F97">
        <w:pPr>
          <w:pStyle w:val="Piedepgina"/>
          <w:jc w:val="center"/>
        </w:pPr>
        <w:r>
          <w:fldChar w:fldCharType="begin"/>
        </w:r>
        <w:r>
          <w:instrText>PAGE   \* MERGEFORMAT</w:instrText>
        </w:r>
        <w:r>
          <w:fldChar w:fldCharType="separate"/>
        </w:r>
        <w:r>
          <w:rPr>
            <w:lang w:val="es-ES"/>
          </w:rPr>
          <w:t>2</w:t>
        </w:r>
        <w:r>
          <w:fldChar w:fldCharType="end"/>
        </w:r>
      </w:p>
    </w:sdtContent>
  </w:sdt>
  <w:p w14:paraId="2AA74B11" w14:textId="77777777" w:rsidR="000A5F97" w:rsidRDefault="000A5F9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AC047" w14:textId="77777777" w:rsidR="001C0BCF" w:rsidRDefault="001C0BCF" w:rsidP="004B1F60">
      <w:pPr>
        <w:spacing w:after="0" w:line="240" w:lineRule="auto"/>
      </w:pPr>
      <w:r>
        <w:separator/>
      </w:r>
    </w:p>
  </w:footnote>
  <w:footnote w:type="continuationSeparator" w:id="0">
    <w:p w14:paraId="1C68D4B9" w14:textId="77777777" w:rsidR="001C0BCF" w:rsidRDefault="001C0BCF" w:rsidP="004B1F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25CC3" w14:textId="77777777" w:rsidR="004B1F60" w:rsidRDefault="0038370D">
    <w:pPr>
      <w:pStyle w:val="Encabezado"/>
    </w:pPr>
    <w:r>
      <w:rPr>
        <w:noProof/>
      </w:rPr>
      <w:drawing>
        <wp:anchor distT="0" distB="0" distL="114300" distR="114300" simplePos="0" relativeHeight="251660288" behindDoc="1" locked="0" layoutInCell="1" allowOverlap="1" wp14:anchorId="31CED6D3" wp14:editId="279E8A72">
          <wp:simplePos x="0" y="0"/>
          <wp:positionH relativeFrom="margin">
            <wp:posOffset>5489863</wp:posOffset>
          </wp:positionH>
          <wp:positionV relativeFrom="paragraph">
            <wp:posOffset>-148416</wp:posOffset>
          </wp:positionV>
          <wp:extent cx="495300" cy="495300"/>
          <wp:effectExtent l="0" t="0" r="0" b="0"/>
          <wp:wrapTight wrapText="bothSides">
            <wp:wrapPolygon edited="0">
              <wp:start x="4985" y="0"/>
              <wp:lineTo x="0" y="3323"/>
              <wp:lineTo x="0" y="16615"/>
              <wp:lineTo x="4154" y="20769"/>
              <wp:lineTo x="15785" y="20769"/>
              <wp:lineTo x="20769" y="19108"/>
              <wp:lineTo x="20769" y="4154"/>
              <wp:lineTo x="16615" y="0"/>
              <wp:lineTo x="4985" y="0"/>
            </wp:wrapPolygon>
          </wp:wrapTight>
          <wp:docPr id="13922042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BC2145">
      <w:rPr>
        <w:noProof/>
      </w:rPr>
      <w:drawing>
        <wp:anchor distT="0" distB="0" distL="114300" distR="114300" simplePos="0" relativeHeight="251661312" behindDoc="1" locked="0" layoutInCell="1" allowOverlap="1" wp14:anchorId="348CFFE8" wp14:editId="3FAC59A5">
          <wp:simplePos x="0" y="0"/>
          <wp:positionH relativeFrom="margin">
            <wp:align>center</wp:align>
          </wp:positionH>
          <wp:positionV relativeFrom="paragraph">
            <wp:posOffset>-49149</wp:posOffset>
          </wp:positionV>
          <wp:extent cx="1048385" cy="395605"/>
          <wp:effectExtent l="0" t="0" r="0" b="4445"/>
          <wp:wrapTight wrapText="bothSides">
            <wp:wrapPolygon edited="0">
              <wp:start x="392" y="0"/>
              <wp:lineTo x="0" y="10401"/>
              <wp:lineTo x="392" y="17682"/>
              <wp:lineTo x="1177" y="18722"/>
              <wp:lineTo x="10990" y="20803"/>
              <wp:lineTo x="16485" y="20803"/>
              <wp:lineTo x="21194" y="18722"/>
              <wp:lineTo x="21194" y="9361"/>
              <wp:lineTo x="20409" y="7281"/>
              <wp:lineTo x="10205" y="0"/>
              <wp:lineTo x="392" y="0"/>
            </wp:wrapPolygon>
          </wp:wrapTight>
          <wp:docPr id="8100045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8385" cy="395605"/>
                  </a:xfrm>
                  <a:prstGeom prst="rect">
                    <a:avLst/>
                  </a:prstGeom>
                  <a:noFill/>
                </pic:spPr>
              </pic:pic>
            </a:graphicData>
          </a:graphic>
          <wp14:sizeRelH relativeFrom="margin">
            <wp14:pctWidth>0</wp14:pctWidth>
          </wp14:sizeRelH>
          <wp14:sizeRelV relativeFrom="margin">
            <wp14:pctHeight>0</wp14:pctHeight>
          </wp14:sizeRelV>
        </wp:anchor>
      </w:drawing>
    </w:r>
    <w:r w:rsidR="00BC2145">
      <w:rPr>
        <w:noProof/>
      </w:rPr>
      <w:drawing>
        <wp:anchor distT="0" distB="0" distL="0" distR="0" simplePos="0" relativeHeight="251659264" behindDoc="1" locked="0" layoutInCell="1" allowOverlap="1" wp14:anchorId="23DF9F58" wp14:editId="132F0A81">
          <wp:simplePos x="0" y="0"/>
          <wp:positionH relativeFrom="page">
            <wp:posOffset>688848</wp:posOffset>
          </wp:positionH>
          <wp:positionV relativeFrom="topMargin">
            <wp:posOffset>280416</wp:posOffset>
          </wp:positionV>
          <wp:extent cx="1767840" cy="542544"/>
          <wp:effectExtent l="0" t="0" r="3810" b="0"/>
          <wp:wrapTight wrapText="bothSides">
            <wp:wrapPolygon edited="0">
              <wp:start x="698" y="0"/>
              <wp:lineTo x="0" y="2276"/>
              <wp:lineTo x="0" y="20487"/>
              <wp:lineTo x="20250" y="20487"/>
              <wp:lineTo x="21414" y="12899"/>
              <wp:lineTo x="21414" y="3794"/>
              <wp:lineTo x="20483" y="0"/>
              <wp:lineTo x="698" y="0"/>
            </wp:wrapPolygon>
          </wp:wrapTight>
          <wp:docPr id="67655610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67840" cy="5425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BD7B01" w14:textId="77777777" w:rsidR="004B1F60" w:rsidRDefault="004B1F6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9A88C83E"/>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10634A09"/>
    <w:multiLevelType w:val="hybridMultilevel"/>
    <w:tmpl w:val="FBEAF5E8"/>
    <w:lvl w:ilvl="0" w:tplc="636CB742">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74E2F37"/>
    <w:multiLevelType w:val="hybridMultilevel"/>
    <w:tmpl w:val="20A4BE8A"/>
    <w:lvl w:ilvl="0" w:tplc="464653E0">
      <w:start w:val="1"/>
      <w:numFmt w:val="upperLetter"/>
      <w:lvlText w:val="%1."/>
      <w:lvlJc w:val="left"/>
      <w:pPr>
        <w:ind w:left="644" w:hanging="360"/>
      </w:pPr>
      <w:rPr>
        <w:rFonts w:hint="default"/>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17802E0A"/>
    <w:multiLevelType w:val="hybridMultilevel"/>
    <w:tmpl w:val="C9D69A4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187907CF"/>
    <w:multiLevelType w:val="hybridMultilevel"/>
    <w:tmpl w:val="D270C38C"/>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7149F1"/>
    <w:multiLevelType w:val="hybridMultilevel"/>
    <w:tmpl w:val="0D026B02"/>
    <w:lvl w:ilvl="0" w:tplc="DEE6A62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B443CB6"/>
    <w:multiLevelType w:val="hybridMultilevel"/>
    <w:tmpl w:val="8DD6BE10"/>
    <w:lvl w:ilvl="0" w:tplc="36DE313E">
      <w:start w:val="40"/>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1F1D593E"/>
    <w:multiLevelType w:val="hybridMultilevel"/>
    <w:tmpl w:val="65E2EC28"/>
    <w:lvl w:ilvl="0" w:tplc="843A2A48">
      <w:start w:val="5"/>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1CF2C25"/>
    <w:multiLevelType w:val="hybridMultilevel"/>
    <w:tmpl w:val="6DC0CC84"/>
    <w:lvl w:ilvl="0" w:tplc="636CB742">
      <w:numFmt w:val="bullet"/>
      <w:lvlText w:val="-"/>
      <w:lvlJc w:val="left"/>
      <w:pPr>
        <w:ind w:left="1440" w:hanging="360"/>
      </w:pPr>
      <w:rPr>
        <w:rFonts w:ascii="Times New Roman" w:eastAsia="Times New Roman" w:hAnsi="Times New Roman" w:cs="Times New Roman"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4" w15:restartNumberingAfterBreak="0">
    <w:nsid w:val="25A0288B"/>
    <w:multiLevelType w:val="hybridMultilevel"/>
    <w:tmpl w:val="C666D95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73436EA"/>
    <w:multiLevelType w:val="hybridMultilevel"/>
    <w:tmpl w:val="D2A48B08"/>
    <w:lvl w:ilvl="0" w:tplc="340A0017">
      <w:start w:val="1"/>
      <w:numFmt w:val="lowerLetter"/>
      <w:lvlText w:val="%1)"/>
      <w:lvlJc w:val="left"/>
      <w:pPr>
        <w:ind w:left="1364" w:hanging="360"/>
      </w:pPr>
    </w:lvl>
    <w:lvl w:ilvl="1" w:tplc="340A0019" w:tentative="1">
      <w:start w:val="1"/>
      <w:numFmt w:val="lowerLetter"/>
      <w:lvlText w:val="%2."/>
      <w:lvlJc w:val="left"/>
      <w:pPr>
        <w:ind w:left="2084" w:hanging="360"/>
      </w:pPr>
    </w:lvl>
    <w:lvl w:ilvl="2" w:tplc="340A001B" w:tentative="1">
      <w:start w:val="1"/>
      <w:numFmt w:val="lowerRoman"/>
      <w:lvlText w:val="%3."/>
      <w:lvlJc w:val="right"/>
      <w:pPr>
        <w:ind w:left="2804" w:hanging="180"/>
      </w:pPr>
    </w:lvl>
    <w:lvl w:ilvl="3" w:tplc="340A000F" w:tentative="1">
      <w:start w:val="1"/>
      <w:numFmt w:val="decimal"/>
      <w:lvlText w:val="%4."/>
      <w:lvlJc w:val="left"/>
      <w:pPr>
        <w:ind w:left="3524" w:hanging="360"/>
      </w:pPr>
    </w:lvl>
    <w:lvl w:ilvl="4" w:tplc="340A0019" w:tentative="1">
      <w:start w:val="1"/>
      <w:numFmt w:val="lowerLetter"/>
      <w:lvlText w:val="%5."/>
      <w:lvlJc w:val="left"/>
      <w:pPr>
        <w:ind w:left="4244" w:hanging="360"/>
      </w:pPr>
    </w:lvl>
    <w:lvl w:ilvl="5" w:tplc="340A001B" w:tentative="1">
      <w:start w:val="1"/>
      <w:numFmt w:val="lowerRoman"/>
      <w:lvlText w:val="%6."/>
      <w:lvlJc w:val="right"/>
      <w:pPr>
        <w:ind w:left="4964" w:hanging="180"/>
      </w:pPr>
    </w:lvl>
    <w:lvl w:ilvl="6" w:tplc="340A000F" w:tentative="1">
      <w:start w:val="1"/>
      <w:numFmt w:val="decimal"/>
      <w:lvlText w:val="%7."/>
      <w:lvlJc w:val="left"/>
      <w:pPr>
        <w:ind w:left="5684" w:hanging="360"/>
      </w:pPr>
    </w:lvl>
    <w:lvl w:ilvl="7" w:tplc="340A0019" w:tentative="1">
      <w:start w:val="1"/>
      <w:numFmt w:val="lowerLetter"/>
      <w:lvlText w:val="%8."/>
      <w:lvlJc w:val="left"/>
      <w:pPr>
        <w:ind w:left="6404" w:hanging="360"/>
      </w:pPr>
    </w:lvl>
    <w:lvl w:ilvl="8" w:tplc="340A001B" w:tentative="1">
      <w:start w:val="1"/>
      <w:numFmt w:val="lowerRoman"/>
      <w:lvlText w:val="%9."/>
      <w:lvlJc w:val="right"/>
      <w:pPr>
        <w:ind w:left="7124" w:hanging="180"/>
      </w:pPr>
    </w:lvl>
  </w:abstractNum>
  <w:abstractNum w:abstractNumId="16" w15:restartNumberingAfterBreak="0">
    <w:nsid w:val="285C13C5"/>
    <w:multiLevelType w:val="hybridMultilevel"/>
    <w:tmpl w:val="A0241C08"/>
    <w:lvl w:ilvl="0" w:tplc="08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28BC78C6"/>
    <w:multiLevelType w:val="hybridMultilevel"/>
    <w:tmpl w:val="108E669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34491F2A"/>
    <w:multiLevelType w:val="hybridMultilevel"/>
    <w:tmpl w:val="6EBA54D2"/>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345310BF"/>
    <w:multiLevelType w:val="hybridMultilevel"/>
    <w:tmpl w:val="4C98E514"/>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36260C38"/>
    <w:multiLevelType w:val="hybridMultilevel"/>
    <w:tmpl w:val="EE84FAEE"/>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15:restartNumberingAfterBreak="0">
    <w:nsid w:val="3BB95D67"/>
    <w:multiLevelType w:val="multilevel"/>
    <w:tmpl w:val="E8AC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166661"/>
    <w:multiLevelType w:val="hybridMultilevel"/>
    <w:tmpl w:val="DE6EC11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5DF2E63"/>
    <w:multiLevelType w:val="multilevel"/>
    <w:tmpl w:val="15281B5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3030F4"/>
    <w:multiLevelType w:val="multilevel"/>
    <w:tmpl w:val="8A88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F77B0B"/>
    <w:multiLevelType w:val="hybridMultilevel"/>
    <w:tmpl w:val="5148A79C"/>
    <w:lvl w:ilvl="0" w:tplc="3EC6AF52">
      <w:start w:val="1"/>
      <w:numFmt w:val="bullet"/>
      <w:lvlText w:val=""/>
      <w:lvlJc w:val="left"/>
      <w:pPr>
        <w:ind w:left="720" w:hanging="360"/>
      </w:pPr>
      <w:rPr>
        <w:rFonts w:ascii="Symbol" w:hAnsi="Symbol"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4E2B7EE9"/>
    <w:multiLevelType w:val="hybridMultilevel"/>
    <w:tmpl w:val="6518AE3C"/>
    <w:lvl w:ilvl="0" w:tplc="080A000D">
      <w:start w:val="1"/>
      <w:numFmt w:val="bullet"/>
      <w:lvlText w:val=""/>
      <w:lvlJc w:val="left"/>
      <w:pPr>
        <w:ind w:left="1713" w:hanging="360"/>
      </w:pPr>
      <w:rPr>
        <w:rFonts w:ascii="Wingdings" w:hAnsi="Wingdings"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27" w15:restartNumberingAfterBreak="0">
    <w:nsid w:val="58711CD9"/>
    <w:multiLevelType w:val="hybridMultilevel"/>
    <w:tmpl w:val="DDBC038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5BFA5253"/>
    <w:multiLevelType w:val="hybridMultilevel"/>
    <w:tmpl w:val="EBFA6EA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9" w15:restartNumberingAfterBreak="0">
    <w:nsid w:val="5C0335C7"/>
    <w:multiLevelType w:val="hybridMultilevel"/>
    <w:tmpl w:val="0066845A"/>
    <w:lvl w:ilvl="0" w:tplc="5D5ACFDA">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786B033B"/>
    <w:multiLevelType w:val="hybridMultilevel"/>
    <w:tmpl w:val="229AC4C4"/>
    <w:lvl w:ilvl="0" w:tplc="2BE07DA6">
      <w:start w:val="1"/>
      <w:numFmt w:val="upperLetter"/>
      <w:lvlText w:val="%1."/>
      <w:lvlJc w:val="left"/>
      <w:pPr>
        <w:ind w:left="720" w:hanging="360"/>
      </w:pPr>
      <w:rPr>
        <w:b/>
        <w:bCs/>
        <w:color w:val="auto"/>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1" w15:restartNumberingAfterBreak="0">
    <w:nsid w:val="7AB53F5A"/>
    <w:multiLevelType w:val="hybridMultilevel"/>
    <w:tmpl w:val="05A4D8DC"/>
    <w:lvl w:ilvl="0" w:tplc="2324638E">
      <w:start w:val="1"/>
      <w:numFmt w:val="decimal"/>
      <w:lvlText w:val="%1."/>
      <w:lvlJc w:val="left"/>
      <w:pPr>
        <w:ind w:left="720" w:hanging="360"/>
      </w:pPr>
      <w:rPr>
        <w:b/>
        <w:bCs/>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158692554">
    <w:abstractNumId w:val="5"/>
  </w:num>
  <w:num w:numId="2" w16cid:durableId="1932935543">
    <w:abstractNumId w:val="3"/>
  </w:num>
  <w:num w:numId="3" w16cid:durableId="356127793">
    <w:abstractNumId w:val="2"/>
  </w:num>
  <w:num w:numId="4" w16cid:durableId="685714414">
    <w:abstractNumId w:val="4"/>
  </w:num>
  <w:num w:numId="5" w16cid:durableId="941766469">
    <w:abstractNumId w:val="1"/>
  </w:num>
  <w:num w:numId="6" w16cid:durableId="1107047559">
    <w:abstractNumId w:val="0"/>
  </w:num>
  <w:num w:numId="7" w16cid:durableId="1450465155">
    <w:abstractNumId w:val="7"/>
  </w:num>
  <w:num w:numId="8" w16cid:durableId="1097680481">
    <w:abstractNumId w:val="25"/>
  </w:num>
  <w:num w:numId="9" w16cid:durableId="417286375">
    <w:abstractNumId w:val="31"/>
  </w:num>
  <w:num w:numId="10" w16cid:durableId="89470660">
    <w:abstractNumId w:val="19"/>
  </w:num>
  <w:num w:numId="11" w16cid:durableId="410927656">
    <w:abstractNumId w:val="6"/>
  </w:num>
  <w:num w:numId="12" w16cid:durableId="1361666704">
    <w:abstractNumId w:val="30"/>
  </w:num>
  <w:num w:numId="13" w16cid:durableId="1325428917">
    <w:abstractNumId w:val="15"/>
  </w:num>
  <w:num w:numId="14" w16cid:durableId="1502963811">
    <w:abstractNumId w:val="28"/>
  </w:num>
  <w:num w:numId="15" w16cid:durableId="520827600">
    <w:abstractNumId w:val="8"/>
  </w:num>
  <w:num w:numId="16" w16cid:durableId="800266630">
    <w:abstractNumId w:val="27"/>
  </w:num>
  <w:num w:numId="17" w16cid:durableId="1689989533">
    <w:abstractNumId w:val="11"/>
  </w:num>
  <w:num w:numId="18" w16cid:durableId="1521624588">
    <w:abstractNumId w:val="22"/>
  </w:num>
  <w:num w:numId="19" w16cid:durableId="1886024232">
    <w:abstractNumId w:val="23"/>
  </w:num>
  <w:num w:numId="20" w16cid:durableId="1346975961">
    <w:abstractNumId w:val="17"/>
  </w:num>
  <w:num w:numId="21" w16cid:durableId="50008866">
    <w:abstractNumId w:val="18"/>
  </w:num>
  <w:num w:numId="22" w16cid:durableId="181747180">
    <w:abstractNumId w:val="21"/>
  </w:num>
  <w:num w:numId="23" w16cid:durableId="421148577">
    <w:abstractNumId w:val="29"/>
  </w:num>
  <w:num w:numId="24" w16cid:durableId="1383558435">
    <w:abstractNumId w:val="13"/>
  </w:num>
  <w:num w:numId="25" w16cid:durableId="348485922">
    <w:abstractNumId w:val="26"/>
  </w:num>
  <w:num w:numId="26" w16cid:durableId="2110154566">
    <w:abstractNumId w:val="20"/>
  </w:num>
  <w:num w:numId="27" w16cid:durableId="1903828327">
    <w:abstractNumId w:val="16"/>
  </w:num>
  <w:num w:numId="28" w16cid:durableId="2075465261">
    <w:abstractNumId w:val="10"/>
  </w:num>
  <w:num w:numId="29" w16cid:durableId="1541045084">
    <w:abstractNumId w:val="24"/>
  </w:num>
  <w:num w:numId="30" w16cid:durableId="1142380424">
    <w:abstractNumId w:val="12"/>
  </w:num>
  <w:num w:numId="31" w16cid:durableId="1232277627">
    <w:abstractNumId w:val="9"/>
  </w:num>
  <w:num w:numId="32" w16cid:durableId="5173121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4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61C"/>
    <w:rsid w:val="000053DC"/>
    <w:rsid w:val="00010A6E"/>
    <w:rsid w:val="000245D3"/>
    <w:rsid w:val="00027A0B"/>
    <w:rsid w:val="00030B1C"/>
    <w:rsid w:val="0003227D"/>
    <w:rsid w:val="00033F73"/>
    <w:rsid w:val="00034616"/>
    <w:rsid w:val="00051C56"/>
    <w:rsid w:val="00052578"/>
    <w:rsid w:val="00055A10"/>
    <w:rsid w:val="0006063C"/>
    <w:rsid w:val="000677B5"/>
    <w:rsid w:val="00071963"/>
    <w:rsid w:val="00074218"/>
    <w:rsid w:val="00080919"/>
    <w:rsid w:val="00092293"/>
    <w:rsid w:val="00096AFE"/>
    <w:rsid w:val="0009740C"/>
    <w:rsid w:val="000A5F97"/>
    <w:rsid w:val="000A7E34"/>
    <w:rsid w:val="000B1757"/>
    <w:rsid w:val="000C060A"/>
    <w:rsid w:val="000C3430"/>
    <w:rsid w:val="000C4EC1"/>
    <w:rsid w:val="000D0DC8"/>
    <w:rsid w:val="000D0F6F"/>
    <w:rsid w:val="000D7116"/>
    <w:rsid w:val="001021ED"/>
    <w:rsid w:val="00107AFD"/>
    <w:rsid w:val="001143B7"/>
    <w:rsid w:val="00115ED0"/>
    <w:rsid w:val="001200D3"/>
    <w:rsid w:val="00120E38"/>
    <w:rsid w:val="00127D07"/>
    <w:rsid w:val="001500A7"/>
    <w:rsid w:val="0015074B"/>
    <w:rsid w:val="00163A5E"/>
    <w:rsid w:val="00167134"/>
    <w:rsid w:val="00172912"/>
    <w:rsid w:val="00174A68"/>
    <w:rsid w:val="001900C7"/>
    <w:rsid w:val="00194521"/>
    <w:rsid w:val="001946F9"/>
    <w:rsid w:val="00196EDD"/>
    <w:rsid w:val="001C0BCF"/>
    <w:rsid w:val="001C22D2"/>
    <w:rsid w:val="001C3C5B"/>
    <w:rsid w:val="001C4577"/>
    <w:rsid w:val="001C4808"/>
    <w:rsid w:val="001E06F1"/>
    <w:rsid w:val="001F1567"/>
    <w:rsid w:val="001F4C04"/>
    <w:rsid w:val="00201E38"/>
    <w:rsid w:val="00201FEA"/>
    <w:rsid w:val="0022255E"/>
    <w:rsid w:val="002271CC"/>
    <w:rsid w:val="002505A3"/>
    <w:rsid w:val="00250C90"/>
    <w:rsid w:val="00254BB1"/>
    <w:rsid w:val="002608A4"/>
    <w:rsid w:val="00265FB5"/>
    <w:rsid w:val="00274676"/>
    <w:rsid w:val="00275323"/>
    <w:rsid w:val="002935E2"/>
    <w:rsid w:val="0029639D"/>
    <w:rsid w:val="002B7B93"/>
    <w:rsid w:val="002C3633"/>
    <w:rsid w:val="002C7061"/>
    <w:rsid w:val="002D1498"/>
    <w:rsid w:val="002D4537"/>
    <w:rsid w:val="002E252D"/>
    <w:rsid w:val="002F6B18"/>
    <w:rsid w:val="003007B9"/>
    <w:rsid w:val="003131A3"/>
    <w:rsid w:val="0032193E"/>
    <w:rsid w:val="00326F90"/>
    <w:rsid w:val="00327B75"/>
    <w:rsid w:val="00337339"/>
    <w:rsid w:val="0033761A"/>
    <w:rsid w:val="00344157"/>
    <w:rsid w:val="00352287"/>
    <w:rsid w:val="0036604A"/>
    <w:rsid w:val="00367BE2"/>
    <w:rsid w:val="00370AEB"/>
    <w:rsid w:val="003723B6"/>
    <w:rsid w:val="0038370D"/>
    <w:rsid w:val="00384FA0"/>
    <w:rsid w:val="003A1291"/>
    <w:rsid w:val="003B1BBA"/>
    <w:rsid w:val="003F03BC"/>
    <w:rsid w:val="00401946"/>
    <w:rsid w:val="004132DD"/>
    <w:rsid w:val="0042459E"/>
    <w:rsid w:val="0043126A"/>
    <w:rsid w:val="00437DBA"/>
    <w:rsid w:val="00446FDD"/>
    <w:rsid w:val="00466AE5"/>
    <w:rsid w:val="00473447"/>
    <w:rsid w:val="004810F0"/>
    <w:rsid w:val="00494690"/>
    <w:rsid w:val="004A417B"/>
    <w:rsid w:val="004B1F60"/>
    <w:rsid w:val="004B20E6"/>
    <w:rsid w:val="004B60F0"/>
    <w:rsid w:val="004C2000"/>
    <w:rsid w:val="004C3A9F"/>
    <w:rsid w:val="004D6C39"/>
    <w:rsid w:val="004E06C7"/>
    <w:rsid w:val="004E2803"/>
    <w:rsid w:val="004E324E"/>
    <w:rsid w:val="00501136"/>
    <w:rsid w:val="00504302"/>
    <w:rsid w:val="005043B1"/>
    <w:rsid w:val="00512AC8"/>
    <w:rsid w:val="005217DC"/>
    <w:rsid w:val="005223C3"/>
    <w:rsid w:val="0053248B"/>
    <w:rsid w:val="005449E4"/>
    <w:rsid w:val="005468BE"/>
    <w:rsid w:val="0054752F"/>
    <w:rsid w:val="00584804"/>
    <w:rsid w:val="00584A20"/>
    <w:rsid w:val="005869B1"/>
    <w:rsid w:val="005A32A3"/>
    <w:rsid w:val="005B2DF8"/>
    <w:rsid w:val="005B38D7"/>
    <w:rsid w:val="005E40BA"/>
    <w:rsid w:val="005E696A"/>
    <w:rsid w:val="005F002D"/>
    <w:rsid w:val="005F1803"/>
    <w:rsid w:val="005F1BF6"/>
    <w:rsid w:val="005F1E42"/>
    <w:rsid w:val="005F4542"/>
    <w:rsid w:val="005F4BBA"/>
    <w:rsid w:val="006061C8"/>
    <w:rsid w:val="006068E1"/>
    <w:rsid w:val="00614941"/>
    <w:rsid w:val="0061509D"/>
    <w:rsid w:val="006218B3"/>
    <w:rsid w:val="00623284"/>
    <w:rsid w:val="006243DB"/>
    <w:rsid w:val="00630957"/>
    <w:rsid w:val="00636147"/>
    <w:rsid w:val="0064018F"/>
    <w:rsid w:val="006421ED"/>
    <w:rsid w:val="00654A22"/>
    <w:rsid w:val="00655D08"/>
    <w:rsid w:val="00665F29"/>
    <w:rsid w:val="00674F38"/>
    <w:rsid w:val="00675C6D"/>
    <w:rsid w:val="006764AF"/>
    <w:rsid w:val="00682B23"/>
    <w:rsid w:val="00691FFF"/>
    <w:rsid w:val="0069787C"/>
    <w:rsid w:val="006A0768"/>
    <w:rsid w:val="006B3BB0"/>
    <w:rsid w:val="006C3C54"/>
    <w:rsid w:val="006E7D7B"/>
    <w:rsid w:val="006F0EB8"/>
    <w:rsid w:val="006F4D76"/>
    <w:rsid w:val="006F60D9"/>
    <w:rsid w:val="006F7394"/>
    <w:rsid w:val="006F7F03"/>
    <w:rsid w:val="00726510"/>
    <w:rsid w:val="00727706"/>
    <w:rsid w:val="00731D20"/>
    <w:rsid w:val="0073655E"/>
    <w:rsid w:val="00736F73"/>
    <w:rsid w:val="00754666"/>
    <w:rsid w:val="007555A6"/>
    <w:rsid w:val="00767959"/>
    <w:rsid w:val="00774624"/>
    <w:rsid w:val="007776E3"/>
    <w:rsid w:val="00777CC3"/>
    <w:rsid w:val="00782CCA"/>
    <w:rsid w:val="007857C0"/>
    <w:rsid w:val="007B350A"/>
    <w:rsid w:val="007D1CA9"/>
    <w:rsid w:val="007E02C2"/>
    <w:rsid w:val="007E6406"/>
    <w:rsid w:val="007F09EB"/>
    <w:rsid w:val="007F1CF9"/>
    <w:rsid w:val="007F225C"/>
    <w:rsid w:val="007F26C9"/>
    <w:rsid w:val="007F419C"/>
    <w:rsid w:val="007F61D5"/>
    <w:rsid w:val="00800D42"/>
    <w:rsid w:val="008013B1"/>
    <w:rsid w:val="00816B6C"/>
    <w:rsid w:val="00826F53"/>
    <w:rsid w:val="008363D7"/>
    <w:rsid w:val="0084710C"/>
    <w:rsid w:val="008506DA"/>
    <w:rsid w:val="008519C0"/>
    <w:rsid w:val="00853866"/>
    <w:rsid w:val="00866C2A"/>
    <w:rsid w:val="00874722"/>
    <w:rsid w:val="00884E78"/>
    <w:rsid w:val="00892905"/>
    <w:rsid w:val="008B45D9"/>
    <w:rsid w:val="008D55B6"/>
    <w:rsid w:val="008E4CAE"/>
    <w:rsid w:val="0090449F"/>
    <w:rsid w:val="0091430D"/>
    <w:rsid w:val="00921690"/>
    <w:rsid w:val="00924011"/>
    <w:rsid w:val="0092430B"/>
    <w:rsid w:val="009255CB"/>
    <w:rsid w:val="00926872"/>
    <w:rsid w:val="00927DE8"/>
    <w:rsid w:val="009306C4"/>
    <w:rsid w:val="00934702"/>
    <w:rsid w:val="00936D51"/>
    <w:rsid w:val="00950298"/>
    <w:rsid w:val="00953526"/>
    <w:rsid w:val="00957521"/>
    <w:rsid w:val="009646D6"/>
    <w:rsid w:val="00980EF2"/>
    <w:rsid w:val="00981FCC"/>
    <w:rsid w:val="009A24BC"/>
    <w:rsid w:val="009A4749"/>
    <w:rsid w:val="009A4CDD"/>
    <w:rsid w:val="009B1431"/>
    <w:rsid w:val="009B31CF"/>
    <w:rsid w:val="009B73FF"/>
    <w:rsid w:val="009B79E5"/>
    <w:rsid w:val="009F2D78"/>
    <w:rsid w:val="009F3CAB"/>
    <w:rsid w:val="00A002A7"/>
    <w:rsid w:val="00A04400"/>
    <w:rsid w:val="00A14E01"/>
    <w:rsid w:val="00A2185E"/>
    <w:rsid w:val="00A426A4"/>
    <w:rsid w:val="00A60963"/>
    <w:rsid w:val="00A7047D"/>
    <w:rsid w:val="00A838CE"/>
    <w:rsid w:val="00A926D3"/>
    <w:rsid w:val="00A935C1"/>
    <w:rsid w:val="00A93D2B"/>
    <w:rsid w:val="00A9736C"/>
    <w:rsid w:val="00A9792F"/>
    <w:rsid w:val="00AA1D8D"/>
    <w:rsid w:val="00AA6ABA"/>
    <w:rsid w:val="00AE29AD"/>
    <w:rsid w:val="00AE6A68"/>
    <w:rsid w:val="00AF4DED"/>
    <w:rsid w:val="00B007E9"/>
    <w:rsid w:val="00B021B5"/>
    <w:rsid w:val="00B1110C"/>
    <w:rsid w:val="00B13835"/>
    <w:rsid w:val="00B20D9A"/>
    <w:rsid w:val="00B230CA"/>
    <w:rsid w:val="00B45862"/>
    <w:rsid w:val="00B47730"/>
    <w:rsid w:val="00B81DC5"/>
    <w:rsid w:val="00B831C0"/>
    <w:rsid w:val="00B857F2"/>
    <w:rsid w:val="00B95C56"/>
    <w:rsid w:val="00B97320"/>
    <w:rsid w:val="00BA3EF8"/>
    <w:rsid w:val="00BA459F"/>
    <w:rsid w:val="00BC2145"/>
    <w:rsid w:val="00BD0D36"/>
    <w:rsid w:val="00BD717D"/>
    <w:rsid w:val="00BE0172"/>
    <w:rsid w:val="00BF2103"/>
    <w:rsid w:val="00BF2298"/>
    <w:rsid w:val="00C01A76"/>
    <w:rsid w:val="00C0280A"/>
    <w:rsid w:val="00C20E8D"/>
    <w:rsid w:val="00C2290A"/>
    <w:rsid w:val="00C2512A"/>
    <w:rsid w:val="00C361B2"/>
    <w:rsid w:val="00C62822"/>
    <w:rsid w:val="00C722F6"/>
    <w:rsid w:val="00C8097A"/>
    <w:rsid w:val="00C83167"/>
    <w:rsid w:val="00C83B76"/>
    <w:rsid w:val="00CA02F5"/>
    <w:rsid w:val="00CB0664"/>
    <w:rsid w:val="00CC2334"/>
    <w:rsid w:val="00CE0865"/>
    <w:rsid w:val="00CE12BA"/>
    <w:rsid w:val="00CF3A9B"/>
    <w:rsid w:val="00D04048"/>
    <w:rsid w:val="00D06969"/>
    <w:rsid w:val="00D102F8"/>
    <w:rsid w:val="00D14CD7"/>
    <w:rsid w:val="00D213FB"/>
    <w:rsid w:val="00D21BB3"/>
    <w:rsid w:val="00D2247A"/>
    <w:rsid w:val="00D24E2E"/>
    <w:rsid w:val="00D3519B"/>
    <w:rsid w:val="00D40B47"/>
    <w:rsid w:val="00D4714F"/>
    <w:rsid w:val="00D56EA4"/>
    <w:rsid w:val="00D57DCB"/>
    <w:rsid w:val="00D605A3"/>
    <w:rsid w:val="00D74C75"/>
    <w:rsid w:val="00D7798F"/>
    <w:rsid w:val="00D8151D"/>
    <w:rsid w:val="00D86966"/>
    <w:rsid w:val="00DC512D"/>
    <w:rsid w:val="00DC57A6"/>
    <w:rsid w:val="00DE560B"/>
    <w:rsid w:val="00DF0A1B"/>
    <w:rsid w:val="00DF101E"/>
    <w:rsid w:val="00E05C90"/>
    <w:rsid w:val="00E068AE"/>
    <w:rsid w:val="00E1361D"/>
    <w:rsid w:val="00E13F73"/>
    <w:rsid w:val="00E21833"/>
    <w:rsid w:val="00E338AA"/>
    <w:rsid w:val="00E34A75"/>
    <w:rsid w:val="00E35C12"/>
    <w:rsid w:val="00E44457"/>
    <w:rsid w:val="00E52A6F"/>
    <w:rsid w:val="00E566A3"/>
    <w:rsid w:val="00E71C44"/>
    <w:rsid w:val="00E7237F"/>
    <w:rsid w:val="00E82723"/>
    <w:rsid w:val="00E9152E"/>
    <w:rsid w:val="00E9366E"/>
    <w:rsid w:val="00E94D78"/>
    <w:rsid w:val="00E96862"/>
    <w:rsid w:val="00EA078D"/>
    <w:rsid w:val="00EA0CAB"/>
    <w:rsid w:val="00EC310C"/>
    <w:rsid w:val="00EC4A4E"/>
    <w:rsid w:val="00ED78FA"/>
    <w:rsid w:val="00EF56B5"/>
    <w:rsid w:val="00F00078"/>
    <w:rsid w:val="00F021C6"/>
    <w:rsid w:val="00F033CA"/>
    <w:rsid w:val="00F14042"/>
    <w:rsid w:val="00F148AB"/>
    <w:rsid w:val="00F16840"/>
    <w:rsid w:val="00F40B97"/>
    <w:rsid w:val="00F55215"/>
    <w:rsid w:val="00F66A15"/>
    <w:rsid w:val="00F82FE0"/>
    <w:rsid w:val="00F93547"/>
    <w:rsid w:val="00F948DC"/>
    <w:rsid w:val="00FA0794"/>
    <w:rsid w:val="00FA7714"/>
    <w:rsid w:val="00FC3B9F"/>
    <w:rsid w:val="00FC693F"/>
    <w:rsid w:val="00FD0C77"/>
    <w:rsid w:val="00FD5099"/>
    <w:rsid w:val="00FE06EC"/>
    <w:rsid w:val="00FE2FFE"/>
    <w:rsid w:val="00FF4F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C33FBB"/>
  <w14:defaultImageDpi w14:val="300"/>
  <w15:docId w15:val="{23942A71-3575-49AE-8BE5-D85A3DC6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3B1"/>
    <w:rPr>
      <w:lang w:val="es-CL"/>
    </w:rPr>
  </w:style>
  <w:style w:type="paragraph" w:styleId="Ttulo1">
    <w:name w:val="heading 1"/>
    <w:basedOn w:val="Normal"/>
    <w:next w:val="Normal"/>
    <w:link w:val="Ttulo1Car"/>
    <w:uiPriority w:val="9"/>
    <w:qFormat/>
    <w:rsid w:val="003F03BC"/>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unhideWhenUsed/>
    <w:qFormat/>
    <w:rsid w:val="003F03BC"/>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unhideWhenUsed/>
    <w:qFormat/>
    <w:rsid w:val="003F03BC"/>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3F03BC"/>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3F03BC"/>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3F03BC"/>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3F03BC"/>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3F03BC"/>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3F03BC"/>
    <w:pPr>
      <w:keepNext/>
      <w:keepLines/>
      <w:spacing w:before="120" w:after="0"/>
      <w:outlineLvl w:val="8"/>
    </w:pPr>
    <w:rPr>
      <w:i/>
      <w:i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3F03BC"/>
    <w:pPr>
      <w:spacing w:after="0" w:line="240" w:lineRule="auto"/>
    </w:pPr>
  </w:style>
  <w:style w:type="character" w:customStyle="1" w:styleId="Ttulo1Car">
    <w:name w:val="Título 1 Car"/>
    <w:basedOn w:val="Fuentedeprrafopredeter"/>
    <w:link w:val="Ttulo1"/>
    <w:uiPriority w:val="9"/>
    <w:rsid w:val="003F03BC"/>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rsid w:val="003F03BC"/>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rsid w:val="003F03BC"/>
    <w:rPr>
      <w:rFonts w:asciiTheme="majorHAnsi" w:eastAsiaTheme="majorEastAsia" w:hAnsiTheme="majorHAnsi" w:cstheme="majorBidi"/>
      <w:spacing w:val="4"/>
      <w:sz w:val="24"/>
      <w:szCs w:val="24"/>
    </w:rPr>
  </w:style>
  <w:style w:type="paragraph" w:styleId="Ttulo">
    <w:name w:val="Title"/>
    <w:basedOn w:val="Normal"/>
    <w:next w:val="Normal"/>
    <w:link w:val="TtuloCar"/>
    <w:uiPriority w:val="10"/>
    <w:qFormat/>
    <w:rsid w:val="003F03B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3F03BC"/>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3F03BC"/>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3F03BC"/>
    <w:rPr>
      <w:rFonts w:asciiTheme="majorHAnsi" w:eastAsiaTheme="majorEastAsia" w:hAnsiTheme="majorHAnsi" w:cstheme="majorBidi"/>
      <w:sz w:val="24"/>
      <w:szCs w:val="24"/>
    </w:rPr>
  </w:style>
  <w:style w:type="paragraph" w:styleId="Prrafodelista">
    <w:name w:val="List Paragraph"/>
    <w:basedOn w:val="Normal"/>
    <w:uiPriority w:val="1"/>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4"/>
      </w:numPr>
      <w:contextualSpacing/>
    </w:pPr>
  </w:style>
  <w:style w:type="paragraph" w:styleId="Listaconnmeros2">
    <w:name w:val="List Number 2"/>
    <w:basedOn w:val="Normal"/>
    <w:uiPriority w:val="99"/>
    <w:unhideWhenUsed/>
    <w:rsid w:val="0029639D"/>
    <w:pPr>
      <w:numPr>
        <w:numId w:val="5"/>
      </w:numPr>
      <w:contextualSpacing/>
    </w:pPr>
  </w:style>
  <w:style w:type="paragraph" w:styleId="Listaconnmeros3">
    <w:name w:val="List Number 3"/>
    <w:basedOn w:val="Normal"/>
    <w:uiPriority w:val="99"/>
    <w:unhideWhenUsed/>
    <w:rsid w:val="0029639D"/>
    <w:pPr>
      <w:numPr>
        <w:numId w:val="6"/>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3F03B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3F03BC"/>
    <w:rPr>
      <w:rFonts w:asciiTheme="majorHAnsi" w:eastAsiaTheme="majorEastAsia" w:hAnsiTheme="majorHAnsi" w:cstheme="majorBidi"/>
      <w:i/>
      <w:iCs/>
      <w:sz w:val="24"/>
      <w:szCs w:val="24"/>
    </w:rPr>
  </w:style>
  <w:style w:type="character" w:customStyle="1" w:styleId="Ttulo4Car">
    <w:name w:val="Título 4 Car"/>
    <w:basedOn w:val="Fuentedeprrafopredeter"/>
    <w:link w:val="Ttulo4"/>
    <w:uiPriority w:val="9"/>
    <w:semiHidden/>
    <w:rsid w:val="003F03BC"/>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3F03BC"/>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3F03BC"/>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3F03BC"/>
    <w:rPr>
      <w:i/>
      <w:iCs/>
    </w:rPr>
  </w:style>
  <w:style w:type="character" w:customStyle="1" w:styleId="Ttulo8Car">
    <w:name w:val="Título 8 Car"/>
    <w:basedOn w:val="Fuentedeprrafopredeter"/>
    <w:link w:val="Ttulo8"/>
    <w:uiPriority w:val="9"/>
    <w:semiHidden/>
    <w:rsid w:val="003F03BC"/>
    <w:rPr>
      <w:b/>
      <w:bCs/>
    </w:rPr>
  </w:style>
  <w:style w:type="character" w:customStyle="1" w:styleId="Ttulo9Car">
    <w:name w:val="Título 9 Car"/>
    <w:basedOn w:val="Fuentedeprrafopredeter"/>
    <w:link w:val="Ttulo9"/>
    <w:uiPriority w:val="9"/>
    <w:semiHidden/>
    <w:rsid w:val="003F03BC"/>
    <w:rPr>
      <w:i/>
      <w:iCs/>
    </w:rPr>
  </w:style>
  <w:style w:type="paragraph" w:styleId="Descripcin">
    <w:name w:val="caption"/>
    <w:basedOn w:val="Normal"/>
    <w:next w:val="Normal"/>
    <w:uiPriority w:val="35"/>
    <w:semiHidden/>
    <w:unhideWhenUsed/>
    <w:qFormat/>
    <w:rsid w:val="003F03BC"/>
    <w:rPr>
      <w:b/>
      <w:bCs/>
      <w:sz w:val="18"/>
      <w:szCs w:val="18"/>
    </w:rPr>
  </w:style>
  <w:style w:type="character" w:styleId="Fuerte">
    <w:name w:val="Strong"/>
    <w:basedOn w:val="Fuentedeprrafopredeter"/>
    <w:uiPriority w:val="22"/>
    <w:qFormat/>
    <w:rsid w:val="003F03BC"/>
    <w:rPr>
      <w:b/>
      <w:bCs/>
      <w:color w:val="auto"/>
    </w:rPr>
  </w:style>
  <w:style w:type="character" w:styleId="nfasis">
    <w:name w:val="Emphasis"/>
    <w:basedOn w:val="Fuentedeprrafopredeter"/>
    <w:uiPriority w:val="20"/>
    <w:qFormat/>
    <w:rsid w:val="003F03BC"/>
    <w:rPr>
      <w:i/>
      <w:iCs/>
      <w:color w:val="auto"/>
    </w:rPr>
  </w:style>
  <w:style w:type="paragraph" w:styleId="Citadestacada">
    <w:name w:val="Intense Quote"/>
    <w:basedOn w:val="Normal"/>
    <w:next w:val="Normal"/>
    <w:link w:val="CitadestacadaCar"/>
    <w:uiPriority w:val="30"/>
    <w:qFormat/>
    <w:rsid w:val="003F03B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3F03BC"/>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3F03BC"/>
    <w:rPr>
      <w:i/>
      <w:iCs/>
      <w:color w:val="auto"/>
    </w:rPr>
  </w:style>
  <w:style w:type="character" w:styleId="nfasisintenso">
    <w:name w:val="Intense Emphasis"/>
    <w:basedOn w:val="Fuentedeprrafopredeter"/>
    <w:uiPriority w:val="21"/>
    <w:qFormat/>
    <w:rsid w:val="003F03BC"/>
    <w:rPr>
      <w:b/>
      <w:bCs/>
      <w:i/>
      <w:iCs/>
      <w:color w:val="auto"/>
    </w:rPr>
  </w:style>
  <w:style w:type="character" w:styleId="Referenciasutil">
    <w:name w:val="Subtle Reference"/>
    <w:basedOn w:val="Fuentedeprrafopredeter"/>
    <w:uiPriority w:val="31"/>
    <w:qFormat/>
    <w:rsid w:val="003F03BC"/>
    <w:rPr>
      <w:smallCaps/>
      <w:color w:val="auto"/>
      <w:u w:val="single" w:color="7F7F7F" w:themeColor="text1" w:themeTint="80"/>
    </w:rPr>
  </w:style>
  <w:style w:type="character" w:styleId="Referenciaintensa">
    <w:name w:val="Intense Reference"/>
    <w:basedOn w:val="Fuentedeprrafopredeter"/>
    <w:uiPriority w:val="32"/>
    <w:qFormat/>
    <w:rsid w:val="003F03BC"/>
    <w:rPr>
      <w:b/>
      <w:bCs/>
      <w:smallCaps/>
      <w:color w:val="auto"/>
      <w:u w:val="single"/>
    </w:rPr>
  </w:style>
  <w:style w:type="character" w:styleId="Ttulodellibro">
    <w:name w:val="Book Title"/>
    <w:basedOn w:val="Fuentedeprrafopredeter"/>
    <w:uiPriority w:val="33"/>
    <w:qFormat/>
    <w:rsid w:val="003F03BC"/>
    <w:rPr>
      <w:b/>
      <w:bCs/>
      <w:smallCaps/>
      <w:color w:val="auto"/>
    </w:rPr>
  </w:style>
  <w:style w:type="paragraph" w:styleId="TtuloTDC">
    <w:name w:val="TOC Heading"/>
    <w:basedOn w:val="Ttulo1"/>
    <w:next w:val="Normal"/>
    <w:uiPriority w:val="39"/>
    <w:semiHidden/>
    <w:unhideWhenUsed/>
    <w:qFormat/>
    <w:rsid w:val="003F03BC"/>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Tablanormal1">
    <w:name w:val="Plain Table 1"/>
    <w:basedOn w:val="Tablanormal"/>
    <w:uiPriority w:val="99"/>
    <w:rsid w:val="003F03B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Refdecomentario">
    <w:name w:val="annotation reference"/>
    <w:basedOn w:val="Fuentedeprrafopredeter"/>
    <w:uiPriority w:val="99"/>
    <w:semiHidden/>
    <w:unhideWhenUsed/>
    <w:rsid w:val="00D14CD7"/>
    <w:rPr>
      <w:sz w:val="16"/>
      <w:szCs w:val="16"/>
    </w:rPr>
  </w:style>
  <w:style w:type="paragraph" w:styleId="Textocomentario">
    <w:name w:val="annotation text"/>
    <w:basedOn w:val="Normal"/>
    <w:link w:val="TextocomentarioCar"/>
    <w:uiPriority w:val="99"/>
    <w:unhideWhenUsed/>
    <w:rsid w:val="00D14CD7"/>
    <w:pPr>
      <w:spacing w:line="240" w:lineRule="auto"/>
    </w:pPr>
    <w:rPr>
      <w:sz w:val="20"/>
      <w:szCs w:val="20"/>
    </w:rPr>
  </w:style>
  <w:style w:type="character" w:customStyle="1" w:styleId="TextocomentarioCar">
    <w:name w:val="Texto comentario Car"/>
    <w:basedOn w:val="Fuentedeprrafopredeter"/>
    <w:link w:val="Textocomentario"/>
    <w:uiPriority w:val="99"/>
    <w:rsid w:val="00D14CD7"/>
    <w:rPr>
      <w:sz w:val="20"/>
      <w:szCs w:val="20"/>
      <w:lang w:val="es-CL"/>
    </w:rPr>
  </w:style>
  <w:style w:type="paragraph" w:styleId="Asuntodelcomentario">
    <w:name w:val="annotation subject"/>
    <w:basedOn w:val="Textocomentario"/>
    <w:next w:val="Textocomentario"/>
    <w:link w:val="AsuntodelcomentarioCar"/>
    <w:uiPriority w:val="99"/>
    <w:semiHidden/>
    <w:unhideWhenUsed/>
    <w:rsid w:val="00D14CD7"/>
    <w:rPr>
      <w:b/>
      <w:bCs/>
    </w:rPr>
  </w:style>
  <w:style w:type="character" w:customStyle="1" w:styleId="AsuntodelcomentarioCar">
    <w:name w:val="Asunto del comentario Car"/>
    <w:basedOn w:val="TextocomentarioCar"/>
    <w:link w:val="Asuntodelcomentario"/>
    <w:uiPriority w:val="99"/>
    <w:semiHidden/>
    <w:rsid w:val="00D14CD7"/>
    <w:rPr>
      <w:b/>
      <w:bCs/>
      <w:sz w:val="20"/>
      <w:szCs w:val="20"/>
      <w:lang w:val="es-CL"/>
    </w:rPr>
  </w:style>
  <w:style w:type="table" w:customStyle="1" w:styleId="Tablaconcuadrcula1">
    <w:name w:val="Tabla con cuadrícula1"/>
    <w:basedOn w:val="Tablanormal"/>
    <w:next w:val="Tablaconcuadrcula"/>
    <w:uiPriority w:val="59"/>
    <w:rsid w:val="00FD5099"/>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1200D3"/>
    <w:pPr>
      <w:spacing w:after="0" w:line="240" w:lineRule="auto"/>
      <w:jc w:val="left"/>
    </w:pPr>
    <w:rPr>
      <w:rFonts w:eastAsia="Aptos"/>
      <w:kern w:val="2"/>
      <w:lang w:val="es-C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73447"/>
    <w:pPr>
      <w:widowControl w:val="0"/>
      <w:autoSpaceDE w:val="0"/>
      <w:autoSpaceDN w:val="0"/>
      <w:spacing w:after="0" w:line="240" w:lineRule="auto"/>
      <w:jc w:val="left"/>
    </w:pPr>
    <w:rPr>
      <w:rFonts w:ascii="Trebuchet MS" w:eastAsia="Trebuchet MS" w:hAnsi="Trebuchet MS" w:cs="Trebuchet MS"/>
      <w:lang w:val="es-ES"/>
    </w:rPr>
  </w:style>
  <w:style w:type="table" w:customStyle="1" w:styleId="Tablaconcuadrcula3">
    <w:name w:val="Tabla con cuadrícula3"/>
    <w:basedOn w:val="Tablanormal"/>
    <w:next w:val="Tablaconcuadrcula"/>
    <w:uiPriority w:val="59"/>
    <w:rsid w:val="009A4CDD"/>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B2DF8"/>
    <w:rPr>
      <w:color w:val="0000FF" w:themeColor="hyperlink"/>
      <w:u w:val="single"/>
    </w:rPr>
  </w:style>
  <w:style w:type="character" w:styleId="Mencinsinresolver">
    <w:name w:val="Unresolved Mention"/>
    <w:basedOn w:val="Fuentedeprrafopredeter"/>
    <w:uiPriority w:val="99"/>
    <w:semiHidden/>
    <w:unhideWhenUsed/>
    <w:rsid w:val="005B2DF8"/>
    <w:rPr>
      <w:color w:val="605E5C"/>
      <w:shd w:val="clear" w:color="auto" w:fill="E1DFDD"/>
    </w:rPr>
  </w:style>
  <w:style w:type="paragraph" w:styleId="NormalWeb">
    <w:name w:val="Normal (Web)"/>
    <w:basedOn w:val="Normal"/>
    <w:uiPriority w:val="99"/>
    <w:semiHidden/>
    <w:unhideWhenUsed/>
    <w:rsid w:val="00E9366E"/>
    <w:pPr>
      <w:spacing w:before="100" w:beforeAutospacing="1" w:after="100" w:afterAutospacing="1" w:line="240" w:lineRule="auto"/>
      <w:jc w:val="left"/>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424639">
      <w:bodyDiv w:val="1"/>
      <w:marLeft w:val="0"/>
      <w:marRight w:val="0"/>
      <w:marTop w:val="0"/>
      <w:marBottom w:val="0"/>
      <w:divBdr>
        <w:top w:val="none" w:sz="0" w:space="0" w:color="auto"/>
        <w:left w:val="none" w:sz="0" w:space="0" w:color="auto"/>
        <w:bottom w:val="none" w:sz="0" w:space="0" w:color="auto"/>
        <w:right w:val="none" w:sz="0" w:space="0" w:color="auto"/>
      </w:divBdr>
      <w:divsChild>
        <w:div w:id="1119182895">
          <w:marLeft w:val="0"/>
          <w:marRight w:val="0"/>
          <w:marTop w:val="0"/>
          <w:marBottom w:val="0"/>
          <w:divBdr>
            <w:top w:val="none" w:sz="0" w:space="0" w:color="auto"/>
            <w:left w:val="none" w:sz="0" w:space="0" w:color="auto"/>
            <w:bottom w:val="none" w:sz="0" w:space="0" w:color="auto"/>
            <w:right w:val="none" w:sz="0" w:space="0" w:color="auto"/>
          </w:divBdr>
          <w:divsChild>
            <w:div w:id="629552831">
              <w:marLeft w:val="0"/>
              <w:marRight w:val="0"/>
              <w:marTop w:val="0"/>
              <w:marBottom w:val="0"/>
              <w:divBdr>
                <w:top w:val="none" w:sz="0" w:space="0" w:color="auto"/>
                <w:left w:val="none" w:sz="0" w:space="0" w:color="auto"/>
                <w:bottom w:val="none" w:sz="0" w:space="0" w:color="auto"/>
                <w:right w:val="none" w:sz="0" w:space="0" w:color="auto"/>
              </w:divBdr>
              <w:divsChild>
                <w:div w:id="823357709">
                  <w:marLeft w:val="0"/>
                  <w:marRight w:val="0"/>
                  <w:marTop w:val="0"/>
                  <w:marBottom w:val="0"/>
                  <w:divBdr>
                    <w:top w:val="none" w:sz="0" w:space="0" w:color="auto"/>
                    <w:left w:val="none" w:sz="0" w:space="0" w:color="auto"/>
                    <w:bottom w:val="none" w:sz="0" w:space="0" w:color="auto"/>
                    <w:right w:val="none" w:sz="0" w:space="0" w:color="auto"/>
                  </w:divBdr>
                  <w:divsChild>
                    <w:div w:id="1840073301">
                      <w:marLeft w:val="0"/>
                      <w:marRight w:val="0"/>
                      <w:marTop w:val="0"/>
                      <w:marBottom w:val="0"/>
                      <w:divBdr>
                        <w:top w:val="none" w:sz="0" w:space="0" w:color="auto"/>
                        <w:left w:val="none" w:sz="0" w:space="0" w:color="auto"/>
                        <w:bottom w:val="none" w:sz="0" w:space="0" w:color="auto"/>
                        <w:right w:val="none" w:sz="0" w:space="0" w:color="auto"/>
                      </w:divBdr>
                      <w:divsChild>
                        <w:div w:id="313221450">
                          <w:marLeft w:val="0"/>
                          <w:marRight w:val="0"/>
                          <w:marTop w:val="0"/>
                          <w:marBottom w:val="0"/>
                          <w:divBdr>
                            <w:top w:val="none" w:sz="0" w:space="0" w:color="auto"/>
                            <w:left w:val="none" w:sz="0" w:space="0" w:color="auto"/>
                            <w:bottom w:val="none" w:sz="0" w:space="0" w:color="auto"/>
                            <w:right w:val="none" w:sz="0" w:space="0" w:color="auto"/>
                          </w:divBdr>
                          <w:divsChild>
                            <w:div w:id="1576356266">
                              <w:marLeft w:val="0"/>
                              <w:marRight w:val="0"/>
                              <w:marTop w:val="0"/>
                              <w:marBottom w:val="0"/>
                              <w:divBdr>
                                <w:top w:val="none" w:sz="0" w:space="0" w:color="auto"/>
                                <w:left w:val="none" w:sz="0" w:space="0" w:color="auto"/>
                                <w:bottom w:val="none" w:sz="0" w:space="0" w:color="auto"/>
                                <w:right w:val="none" w:sz="0" w:space="0" w:color="auto"/>
                              </w:divBdr>
                              <w:divsChild>
                                <w:div w:id="2056274084">
                                  <w:marLeft w:val="0"/>
                                  <w:marRight w:val="0"/>
                                  <w:marTop w:val="0"/>
                                  <w:marBottom w:val="0"/>
                                  <w:divBdr>
                                    <w:top w:val="none" w:sz="0" w:space="0" w:color="auto"/>
                                    <w:left w:val="none" w:sz="0" w:space="0" w:color="auto"/>
                                    <w:bottom w:val="none" w:sz="0" w:space="0" w:color="auto"/>
                                    <w:right w:val="none" w:sz="0" w:space="0" w:color="auto"/>
                                  </w:divBdr>
                                  <w:divsChild>
                                    <w:div w:id="1215846259">
                                      <w:marLeft w:val="0"/>
                                      <w:marRight w:val="0"/>
                                      <w:marTop w:val="0"/>
                                      <w:marBottom w:val="0"/>
                                      <w:divBdr>
                                        <w:top w:val="none" w:sz="0" w:space="0" w:color="auto"/>
                                        <w:left w:val="none" w:sz="0" w:space="0" w:color="auto"/>
                                        <w:bottom w:val="none" w:sz="0" w:space="0" w:color="auto"/>
                                        <w:right w:val="none" w:sz="0" w:space="0" w:color="auto"/>
                                      </w:divBdr>
                                      <w:divsChild>
                                        <w:div w:id="200635879">
                                          <w:marLeft w:val="0"/>
                                          <w:marRight w:val="0"/>
                                          <w:marTop w:val="0"/>
                                          <w:marBottom w:val="0"/>
                                          <w:divBdr>
                                            <w:top w:val="none" w:sz="0" w:space="0" w:color="auto"/>
                                            <w:left w:val="none" w:sz="0" w:space="0" w:color="auto"/>
                                            <w:bottom w:val="none" w:sz="0" w:space="0" w:color="auto"/>
                                            <w:right w:val="none" w:sz="0" w:space="0" w:color="auto"/>
                                          </w:divBdr>
                                          <w:divsChild>
                                            <w:div w:id="117703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343504">
      <w:bodyDiv w:val="1"/>
      <w:marLeft w:val="0"/>
      <w:marRight w:val="0"/>
      <w:marTop w:val="0"/>
      <w:marBottom w:val="0"/>
      <w:divBdr>
        <w:top w:val="none" w:sz="0" w:space="0" w:color="auto"/>
        <w:left w:val="none" w:sz="0" w:space="0" w:color="auto"/>
        <w:bottom w:val="none" w:sz="0" w:space="0" w:color="auto"/>
        <w:right w:val="none" w:sz="0" w:space="0" w:color="auto"/>
      </w:divBdr>
    </w:div>
    <w:div w:id="606696116">
      <w:bodyDiv w:val="1"/>
      <w:marLeft w:val="0"/>
      <w:marRight w:val="0"/>
      <w:marTop w:val="0"/>
      <w:marBottom w:val="0"/>
      <w:divBdr>
        <w:top w:val="none" w:sz="0" w:space="0" w:color="auto"/>
        <w:left w:val="none" w:sz="0" w:space="0" w:color="auto"/>
        <w:bottom w:val="none" w:sz="0" w:space="0" w:color="auto"/>
        <w:right w:val="none" w:sz="0" w:space="0" w:color="auto"/>
      </w:divBdr>
      <w:divsChild>
        <w:div w:id="1870340219">
          <w:marLeft w:val="0"/>
          <w:marRight w:val="0"/>
          <w:marTop w:val="0"/>
          <w:marBottom w:val="0"/>
          <w:divBdr>
            <w:top w:val="none" w:sz="0" w:space="0" w:color="auto"/>
            <w:left w:val="none" w:sz="0" w:space="0" w:color="auto"/>
            <w:bottom w:val="none" w:sz="0" w:space="0" w:color="auto"/>
            <w:right w:val="none" w:sz="0" w:space="0" w:color="auto"/>
          </w:divBdr>
          <w:divsChild>
            <w:div w:id="30227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832629">
      <w:bodyDiv w:val="1"/>
      <w:marLeft w:val="0"/>
      <w:marRight w:val="0"/>
      <w:marTop w:val="0"/>
      <w:marBottom w:val="0"/>
      <w:divBdr>
        <w:top w:val="none" w:sz="0" w:space="0" w:color="auto"/>
        <w:left w:val="none" w:sz="0" w:space="0" w:color="auto"/>
        <w:bottom w:val="none" w:sz="0" w:space="0" w:color="auto"/>
        <w:right w:val="none" w:sz="0" w:space="0" w:color="auto"/>
      </w:divBdr>
    </w:div>
    <w:div w:id="936837807">
      <w:bodyDiv w:val="1"/>
      <w:marLeft w:val="0"/>
      <w:marRight w:val="0"/>
      <w:marTop w:val="0"/>
      <w:marBottom w:val="0"/>
      <w:divBdr>
        <w:top w:val="none" w:sz="0" w:space="0" w:color="auto"/>
        <w:left w:val="none" w:sz="0" w:space="0" w:color="auto"/>
        <w:bottom w:val="none" w:sz="0" w:space="0" w:color="auto"/>
        <w:right w:val="none" w:sz="0" w:space="0" w:color="auto"/>
      </w:divBdr>
    </w:div>
    <w:div w:id="982008626">
      <w:bodyDiv w:val="1"/>
      <w:marLeft w:val="0"/>
      <w:marRight w:val="0"/>
      <w:marTop w:val="0"/>
      <w:marBottom w:val="0"/>
      <w:divBdr>
        <w:top w:val="none" w:sz="0" w:space="0" w:color="auto"/>
        <w:left w:val="none" w:sz="0" w:space="0" w:color="auto"/>
        <w:bottom w:val="none" w:sz="0" w:space="0" w:color="auto"/>
        <w:right w:val="none" w:sz="0" w:space="0" w:color="auto"/>
      </w:divBdr>
    </w:div>
    <w:div w:id="992100270">
      <w:bodyDiv w:val="1"/>
      <w:marLeft w:val="0"/>
      <w:marRight w:val="0"/>
      <w:marTop w:val="0"/>
      <w:marBottom w:val="0"/>
      <w:divBdr>
        <w:top w:val="none" w:sz="0" w:space="0" w:color="auto"/>
        <w:left w:val="none" w:sz="0" w:space="0" w:color="auto"/>
        <w:bottom w:val="none" w:sz="0" w:space="0" w:color="auto"/>
        <w:right w:val="none" w:sz="0" w:space="0" w:color="auto"/>
      </w:divBdr>
      <w:divsChild>
        <w:div w:id="1418206782">
          <w:marLeft w:val="0"/>
          <w:marRight w:val="0"/>
          <w:marTop w:val="0"/>
          <w:marBottom w:val="0"/>
          <w:divBdr>
            <w:top w:val="none" w:sz="0" w:space="0" w:color="auto"/>
            <w:left w:val="none" w:sz="0" w:space="0" w:color="auto"/>
            <w:bottom w:val="none" w:sz="0" w:space="0" w:color="auto"/>
            <w:right w:val="none" w:sz="0" w:space="0" w:color="auto"/>
          </w:divBdr>
          <w:divsChild>
            <w:div w:id="1309631253">
              <w:marLeft w:val="0"/>
              <w:marRight w:val="0"/>
              <w:marTop w:val="0"/>
              <w:marBottom w:val="0"/>
              <w:divBdr>
                <w:top w:val="none" w:sz="0" w:space="0" w:color="auto"/>
                <w:left w:val="none" w:sz="0" w:space="0" w:color="auto"/>
                <w:bottom w:val="none" w:sz="0" w:space="0" w:color="auto"/>
                <w:right w:val="none" w:sz="0" w:space="0" w:color="auto"/>
              </w:divBdr>
              <w:divsChild>
                <w:div w:id="699087608">
                  <w:marLeft w:val="0"/>
                  <w:marRight w:val="0"/>
                  <w:marTop w:val="0"/>
                  <w:marBottom w:val="0"/>
                  <w:divBdr>
                    <w:top w:val="none" w:sz="0" w:space="0" w:color="auto"/>
                    <w:left w:val="none" w:sz="0" w:space="0" w:color="auto"/>
                    <w:bottom w:val="none" w:sz="0" w:space="0" w:color="auto"/>
                    <w:right w:val="none" w:sz="0" w:space="0" w:color="auto"/>
                  </w:divBdr>
                  <w:divsChild>
                    <w:div w:id="1928999624">
                      <w:marLeft w:val="0"/>
                      <w:marRight w:val="0"/>
                      <w:marTop w:val="0"/>
                      <w:marBottom w:val="0"/>
                      <w:divBdr>
                        <w:top w:val="none" w:sz="0" w:space="0" w:color="auto"/>
                        <w:left w:val="none" w:sz="0" w:space="0" w:color="auto"/>
                        <w:bottom w:val="none" w:sz="0" w:space="0" w:color="auto"/>
                        <w:right w:val="none" w:sz="0" w:space="0" w:color="auto"/>
                      </w:divBdr>
                      <w:divsChild>
                        <w:div w:id="1320424986">
                          <w:marLeft w:val="0"/>
                          <w:marRight w:val="0"/>
                          <w:marTop w:val="0"/>
                          <w:marBottom w:val="0"/>
                          <w:divBdr>
                            <w:top w:val="none" w:sz="0" w:space="0" w:color="auto"/>
                            <w:left w:val="none" w:sz="0" w:space="0" w:color="auto"/>
                            <w:bottom w:val="none" w:sz="0" w:space="0" w:color="auto"/>
                            <w:right w:val="none" w:sz="0" w:space="0" w:color="auto"/>
                          </w:divBdr>
                          <w:divsChild>
                            <w:div w:id="1862236868">
                              <w:marLeft w:val="0"/>
                              <w:marRight w:val="0"/>
                              <w:marTop w:val="0"/>
                              <w:marBottom w:val="0"/>
                              <w:divBdr>
                                <w:top w:val="none" w:sz="0" w:space="0" w:color="auto"/>
                                <w:left w:val="none" w:sz="0" w:space="0" w:color="auto"/>
                                <w:bottom w:val="none" w:sz="0" w:space="0" w:color="auto"/>
                                <w:right w:val="none" w:sz="0" w:space="0" w:color="auto"/>
                              </w:divBdr>
                              <w:divsChild>
                                <w:div w:id="1768844185">
                                  <w:marLeft w:val="0"/>
                                  <w:marRight w:val="0"/>
                                  <w:marTop w:val="0"/>
                                  <w:marBottom w:val="0"/>
                                  <w:divBdr>
                                    <w:top w:val="none" w:sz="0" w:space="0" w:color="auto"/>
                                    <w:left w:val="none" w:sz="0" w:space="0" w:color="auto"/>
                                    <w:bottom w:val="none" w:sz="0" w:space="0" w:color="auto"/>
                                    <w:right w:val="none" w:sz="0" w:space="0" w:color="auto"/>
                                  </w:divBdr>
                                  <w:divsChild>
                                    <w:div w:id="1004673979">
                                      <w:marLeft w:val="0"/>
                                      <w:marRight w:val="0"/>
                                      <w:marTop w:val="0"/>
                                      <w:marBottom w:val="0"/>
                                      <w:divBdr>
                                        <w:top w:val="none" w:sz="0" w:space="0" w:color="auto"/>
                                        <w:left w:val="none" w:sz="0" w:space="0" w:color="auto"/>
                                        <w:bottom w:val="none" w:sz="0" w:space="0" w:color="auto"/>
                                        <w:right w:val="none" w:sz="0" w:space="0" w:color="auto"/>
                                      </w:divBdr>
                                      <w:divsChild>
                                        <w:div w:id="1056856245">
                                          <w:marLeft w:val="0"/>
                                          <w:marRight w:val="0"/>
                                          <w:marTop w:val="0"/>
                                          <w:marBottom w:val="0"/>
                                          <w:divBdr>
                                            <w:top w:val="none" w:sz="0" w:space="0" w:color="auto"/>
                                            <w:left w:val="none" w:sz="0" w:space="0" w:color="auto"/>
                                            <w:bottom w:val="none" w:sz="0" w:space="0" w:color="auto"/>
                                            <w:right w:val="none" w:sz="0" w:space="0" w:color="auto"/>
                                          </w:divBdr>
                                          <w:divsChild>
                                            <w:div w:id="127448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4768509">
      <w:bodyDiv w:val="1"/>
      <w:marLeft w:val="0"/>
      <w:marRight w:val="0"/>
      <w:marTop w:val="0"/>
      <w:marBottom w:val="0"/>
      <w:divBdr>
        <w:top w:val="none" w:sz="0" w:space="0" w:color="auto"/>
        <w:left w:val="none" w:sz="0" w:space="0" w:color="auto"/>
        <w:bottom w:val="none" w:sz="0" w:space="0" w:color="auto"/>
        <w:right w:val="none" w:sz="0" w:space="0" w:color="auto"/>
      </w:divBdr>
      <w:divsChild>
        <w:div w:id="939725847">
          <w:marLeft w:val="0"/>
          <w:marRight w:val="0"/>
          <w:marTop w:val="0"/>
          <w:marBottom w:val="0"/>
          <w:divBdr>
            <w:top w:val="none" w:sz="0" w:space="0" w:color="auto"/>
            <w:left w:val="none" w:sz="0" w:space="0" w:color="auto"/>
            <w:bottom w:val="none" w:sz="0" w:space="0" w:color="auto"/>
            <w:right w:val="none" w:sz="0" w:space="0" w:color="auto"/>
          </w:divBdr>
          <w:divsChild>
            <w:div w:id="90225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227805">
      <w:bodyDiv w:val="1"/>
      <w:marLeft w:val="0"/>
      <w:marRight w:val="0"/>
      <w:marTop w:val="0"/>
      <w:marBottom w:val="0"/>
      <w:divBdr>
        <w:top w:val="none" w:sz="0" w:space="0" w:color="auto"/>
        <w:left w:val="none" w:sz="0" w:space="0" w:color="auto"/>
        <w:bottom w:val="none" w:sz="0" w:space="0" w:color="auto"/>
        <w:right w:val="none" w:sz="0" w:space="0" w:color="auto"/>
      </w:divBdr>
    </w:div>
    <w:div w:id="1216968145">
      <w:bodyDiv w:val="1"/>
      <w:marLeft w:val="0"/>
      <w:marRight w:val="0"/>
      <w:marTop w:val="0"/>
      <w:marBottom w:val="0"/>
      <w:divBdr>
        <w:top w:val="none" w:sz="0" w:space="0" w:color="auto"/>
        <w:left w:val="none" w:sz="0" w:space="0" w:color="auto"/>
        <w:bottom w:val="none" w:sz="0" w:space="0" w:color="auto"/>
        <w:right w:val="none" w:sz="0" w:space="0" w:color="auto"/>
      </w:divBdr>
    </w:div>
    <w:div w:id="1234242687">
      <w:bodyDiv w:val="1"/>
      <w:marLeft w:val="0"/>
      <w:marRight w:val="0"/>
      <w:marTop w:val="0"/>
      <w:marBottom w:val="0"/>
      <w:divBdr>
        <w:top w:val="none" w:sz="0" w:space="0" w:color="auto"/>
        <w:left w:val="none" w:sz="0" w:space="0" w:color="auto"/>
        <w:bottom w:val="none" w:sz="0" w:space="0" w:color="auto"/>
        <w:right w:val="none" w:sz="0" w:space="0" w:color="auto"/>
      </w:divBdr>
    </w:div>
    <w:div w:id="1412971632">
      <w:bodyDiv w:val="1"/>
      <w:marLeft w:val="0"/>
      <w:marRight w:val="0"/>
      <w:marTop w:val="0"/>
      <w:marBottom w:val="0"/>
      <w:divBdr>
        <w:top w:val="none" w:sz="0" w:space="0" w:color="auto"/>
        <w:left w:val="none" w:sz="0" w:space="0" w:color="auto"/>
        <w:bottom w:val="none" w:sz="0" w:space="0" w:color="auto"/>
        <w:right w:val="none" w:sz="0" w:space="0" w:color="auto"/>
      </w:divBdr>
    </w:div>
    <w:div w:id="1559122998">
      <w:bodyDiv w:val="1"/>
      <w:marLeft w:val="0"/>
      <w:marRight w:val="0"/>
      <w:marTop w:val="0"/>
      <w:marBottom w:val="0"/>
      <w:divBdr>
        <w:top w:val="none" w:sz="0" w:space="0" w:color="auto"/>
        <w:left w:val="none" w:sz="0" w:space="0" w:color="auto"/>
        <w:bottom w:val="none" w:sz="0" w:space="0" w:color="auto"/>
        <w:right w:val="none" w:sz="0" w:space="0" w:color="auto"/>
      </w:divBdr>
    </w:div>
    <w:div w:id="1766026075">
      <w:bodyDiv w:val="1"/>
      <w:marLeft w:val="0"/>
      <w:marRight w:val="0"/>
      <w:marTop w:val="0"/>
      <w:marBottom w:val="0"/>
      <w:divBdr>
        <w:top w:val="none" w:sz="0" w:space="0" w:color="auto"/>
        <w:left w:val="none" w:sz="0" w:space="0" w:color="auto"/>
        <w:bottom w:val="none" w:sz="0" w:space="0" w:color="auto"/>
        <w:right w:val="none" w:sz="0" w:space="0" w:color="auto"/>
      </w:divBdr>
    </w:div>
    <w:div w:id="1892308498">
      <w:bodyDiv w:val="1"/>
      <w:marLeft w:val="0"/>
      <w:marRight w:val="0"/>
      <w:marTop w:val="0"/>
      <w:marBottom w:val="0"/>
      <w:divBdr>
        <w:top w:val="none" w:sz="0" w:space="0" w:color="auto"/>
        <w:left w:val="none" w:sz="0" w:space="0" w:color="auto"/>
        <w:bottom w:val="none" w:sz="0" w:space="0" w:color="auto"/>
        <w:right w:val="none" w:sz="0" w:space="0" w:color="auto"/>
      </w:divBdr>
    </w:div>
    <w:div w:id="2061591085">
      <w:bodyDiv w:val="1"/>
      <w:marLeft w:val="0"/>
      <w:marRight w:val="0"/>
      <w:marTop w:val="0"/>
      <w:marBottom w:val="0"/>
      <w:divBdr>
        <w:top w:val="none" w:sz="0" w:space="0" w:color="auto"/>
        <w:left w:val="none" w:sz="0" w:space="0" w:color="auto"/>
        <w:bottom w:val="none" w:sz="0" w:space="0" w:color="auto"/>
        <w:right w:val="none" w:sz="0" w:space="0" w:color="auto"/>
      </w:divBdr>
      <w:divsChild>
        <w:div w:id="1105921828">
          <w:marLeft w:val="0"/>
          <w:marRight w:val="0"/>
          <w:marTop w:val="0"/>
          <w:marBottom w:val="0"/>
          <w:divBdr>
            <w:top w:val="none" w:sz="0" w:space="0" w:color="auto"/>
            <w:left w:val="none" w:sz="0" w:space="0" w:color="auto"/>
            <w:bottom w:val="none" w:sz="0" w:space="0" w:color="auto"/>
            <w:right w:val="none" w:sz="0" w:space="0" w:color="auto"/>
          </w:divBdr>
          <w:divsChild>
            <w:div w:id="769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03393">
      <w:bodyDiv w:val="1"/>
      <w:marLeft w:val="0"/>
      <w:marRight w:val="0"/>
      <w:marTop w:val="0"/>
      <w:marBottom w:val="0"/>
      <w:divBdr>
        <w:top w:val="none" w:sz="0" w:space="0" w:color="auto"/>
        <w:left w:val="none" w:sz="0" w:space="0" w:color="auto"/>
        <w:bottom w:val="none" w:sz="0" w:space="0" w:color="auto"/>
        <w:right w:val="none" w:sz="0" w:space="0" w:color="auto"/>
      </w:divBdr>
    </w:div>
    <w:div w:id="2123376320">
      <w:bodyDiv w:val="1"/>
      <w:marLeft w:val="0"/>
      <w:marRight w:val="0"/>
      <w:marTop w:val="0"/>
      <w:marBottom w:val="0"/>
      <w:divBdr>
        <w:top w:val="none" w:sz="0" w:space="0" w:color="auto"/>
        <w:left w:val="none" w:sz="0" w:space="0" w:color="auto"/>
        <w:bottom w:val="none" w:sz="0" w:space="0" w:color="auto"/>
        <w:right w:val="none" w:sz="0" w:space="0" w:color="auto"/>
      </w:divBdr>
      <w:divsChild>
        <w:div w:id="361831543">
          <w:marLeft w:val="0"/>
          <w:marRight w:val="0"/>
          <w:marTop w:val="0"/>
          <w:marBottom w:val="0"/>
          <w:divBdr>
            <w:top w:val="none" w:sz="0" w:space="0" w:color="auto"/>
            <w:left w:val="none" w:sz="0" w:space="0" w:color="auto"/>
            <w:bottom w:val="none" w:sz="0" w:space="0" w:color="auto"/>
            <w:right w:val="none" w:sz="0" w:space="0" w:color="auto"/>
          </w:divBdr>
          <w:divsChild>
            <w:div w:id="52120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5090</Words>
  <Characters>27997</Characters>
  <Application>Microsoft Office Word</Application>
  <DocSecurity>0</DocSecurity>
  <Lines>233</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33021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Usuario</cp:lastModifiedBy>
  <cp:revision>2</cp:revision>
  <dcterms:created xsi:type="dcterms:W3CDTF">2026-10-29T12:12:00Z</dcterms:created>
  <dcterms:modified xsi:type="dcterms:W3CDTF">2026-10-29T12:12:00Z</dcterms:modified>
  <cp:category/>
</cp:coreProperties>
</file>