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6E3FB" w14:textId="77A5F445" w:rsidR="003F03BC" w:rsidRPr="00324341" w:rsidRDefault="00000000" w:rsidP="00F97584">
      <w:pPr>
        <w:spacing w:after="0" w:line="240" w:lineRule="auto"/>
        <w:jc w:val="center"/>
        <w:rPr>
          <w:rFonts w:ascii="Arial" w:hAnsi="Arial" w:cs="Arial"/>
          <w:b/>
          <w:bCs/>
        </w:rPr>
      </w:pPr>
      <w:r w:rsidRPr="00324341">
        <w:rPr>
          <w:rFonts w:ascii="Arial" w:hAnsi="Arial" w:cs="Arial"/>
          <w:b/>
          <w:bCs/>
        </w:rPr>
        <w:t>BASES DE POSTULACIÓN</w:t>
      </w:r>
    </w:p>
    <w:p w14:paraId="65A79E2D" w14:textId="7D703DFC" w:rsidR="00736F73" w:rsidRPr="00324341" w:rsidRDefault="00000000" w:rsidP="00F97584">
      <w:pPr>
        <w:spacing w:after="0" w:line="240" w:lineRule="auto"/>
        <w:jc w:val="center"/>
        <w:rPr>
          <w:rFonts w:ascii="Arial" w:hAnsi="Arial" w:cs="Arial"/>
          <w:b/>
          <w:bCs/>
        </w:rPr>
      </w:pPr>
      <w:bookmarkStart w:id="0" w:name="_Hlk203248160"/>
      <w:bookmarkStart w:id="1" w:name="_Hlk203172779"/>
      <w:r w:rsidRPr="00324341">
        <w:rPr>
          <w:rFonts w:ascii="Arial" w:hAnsi="Arial" w:cs="Arial"/>
          <w:b/>
          <w:bCs/>
        </w:rPr>
        <w:t>STANDS DE ARTESANÍA Y MANUALIDADES</w:t>
      </w:r>
    </w:p>
    <w:bookmarkEnd w:id="0"/>
    <w:p w14:paraId="6A320768" w14:textId="1CD4D34E" w:rsidR="003F03BC" w:rsidRPr="00324341" w:rsidRDefault="00000000" w:rsidP="00F97584">
      <w:pPr>
        <w:spacing w:after="0" w:line="240" w:lineRule="auto"/>
        <w:jc w:val="center"/>
        <w:rPr>
          <w:rFonts w:ascii="Arial" w:hAnsi="Arial" w:cs="Arial"/>
          <w:b/>
          <w:bCs/>
        </w:rPr>
      </w:pPr>
      <w:r w:rsidRPr="00324341">
        <w:rPr>
          <w:rFonts w:ascii="Arial" w:hAnsi="Arial" w:cs="Arial"/>
          <w:b/>
          <w:bCs/>
        </w:rPr>
        <w:t>FIESTA DE LA PRIMAVERA 2026</w:t>
      </w:r>
    </w:p>
    <w:bookmarkEnd w:id="1"/>
    <w:p w14:paraId="2C1EDE98" w14:textId="77E44E3A" w:rsidR="00EB4C94" w:rsidRPr="00324341" w:rsidRDefault="00000000" w:rsidP="007D3462">
      <w:pPr>
        <w:spacing w:after="0" w:line="240" w:lineRule="auto"/>
        <w:jc w:val="center"/>
        <w:rPr>
          <w:rFonts w:ascii="Arial" w:hAnsi="Arial" w:cs="Arial"/>
          <w:b/>
          <w:bCs/>
        </w:rPr>
      </w:pPr>
      <w:r w:rsidRPr="00324341">
        <w:rPr>
          <w:rFonts w:ascii="Arial" w:hAnsi="Arial" w:cs="Arial"/>
          <w:b/>
          <w:bCs/>
        </w:rPr>
        <w:t>MUNICIPALIDAD DE CHIGUAYANTE</w:t>
      </w:r>
    </w:p>
    <w:p w14:paraId="0C3858A1" w14:textId="77777777" w:rsidR="007D3462" w:rsidRPr="00324341" w:rsidRDefault="007D3462" w:rsidP="007D3462">
      <w:pPr>
        <w:spacing w:after="0" w:line="240" w:lineRule="auto"/>
        <w:jc w:val="center"/>
        <w:rPr>
          <w:rFonts w:ascii="Arial" w:hAnsi="Arial" w:cs="Arial"/>
          <w:b/>
          <w:bCs/>
        </w:rPr>
      </w:pPr>
    </w:p>
    <w:p w14:paraId="344B6CF0" w14:textId="0BC1FD4B" w:rsidR="00FD5099" w:rsidRPr="00324341" w:rsidRDefault="00FD5099" w:rsidP="00F97584">
      <w:pPr>
        <w:spacing w:line="240" w:lineRule="auto"/>
        <w:rPr>
          <w:rFonts w:ascii="Arial" w:hAnsi="Arial" w:cs="Arial"/>
        </w:rPr>
      </w:pPr>
      <w:r w:rsidRPr="00324341">
        <w:rPr>
          <w:rFonts w:ascii="Arial" w:eastAsia="Times New Roman" w:hAnsi="Arial" w:cs="Arial"/>
          <w:b/>
        </w:rPr>
        <w:t>I. ANTECEDENTES GENERALES</w:t>
      </w:r>
    </w:p>
    <w:p w14:paraId="55374815" w14:textId="0454DF46" w:rsidR="00720936" w:rsidRPr="00324341" w:rsidRDefault="00720936" w:rsidP="007D3462">
      <w:pPr>
        <w:spacing w:line="276" w:lineRule="auto"/>
        <w:ind w:firstLine="720"/>
        <w:rPr>
          <w:rFonts w:ascii="Arial" w:eastAsia="Times New Roman" w:hAnsi="Arial" w:cs="Arial"/>
        </w:rPr>
      </w:pPr>
      <w:r w:rsidRPr="00324341">
        <w:rPr>
          <w:rFonts w:ascii="Arial" w:eastAsia="Times New Roman" w:hAnsi="Arial" w:cs="Arial"/>
        </w:rPr>
        <w:t>La Municipalidad de Chiguayante, representada por su alcalde Jorge Lozano Zapata, a través de la Dirección de Desarrollo Comunitario (DIDECO), tiene el agrado de invitar a la comunidad a celebrar las Fiesta de la Primavera 2026, en la comuna.</w:t>
      </w:r>
    </w:p>
    <w:p w14:paraId="3EF1621D" w14:textId="1AF489B0" w:rsidR="00FD5099" w:rsidRPr="00324341" w:rsidRDefault="00720936" w:rsidP="007D3462">
      <w:pPr>
        <w:spacing w:after="0" w:line="276" w:lineRule="auto"/>
        <w:ind w:firstLine="720"/>
        <w:rPr>
          <w:rFonts w:ascii="Arial" w:eastAsia="Times New Roman" w:hAnsi="Arial" w:cs="Arial"/>
        </w:rPr>
      </w:pPr>
      <w:r w:rsidRPr="00324341">
        <w:rPr>
          <w:rFonts w:ascii="Arial" w:eastAsia="Times New Roman" w:hAnsi="Arial" w:cs="Arial"/>
        </w:rPr>
        <w:t>En este contexto, se han preparado las siguientes bases que regulan la postulación, funcionamiento y adjudicación de los diversos puestos comerciales que estarán disponibles durante estas festividades.</w:t>
      </w:r>
    </w:p>
    <w:p w14:paraId="3924CF28" w14:textId="77777777" w:rsidR="00636147" w:rsidRPr="00324341" w:rsidRDefault="00636147" w:rsidP="00F97584">
      <w:pPr>
        <w:spacing w:after="0" w:line="240" w:lineRule="auto"/>
        <w:rPr>
          <w:rFonts w:ascii="Arial" w:hAnsi="Arial" w:cs="Arial"/>
        </w:rPr>
      </w:pPr>
    </w:p>
    <w:p w14:paraId="4D4DD78A" w14:textId="3252DAF6" w:rsidR="00FD5099" w:rsidRDefault="00FD5099" w:rsidP="00F97584">
      <w:pPr>
        <w:spacing w:line="240" w:lineRule="auto"/>
        <w:rPr>
          <w:rFonts w:ascii="Arial" w:eastAsia="Times New Roman" w:hAnsi="Arial" w:cs="Arial"/>
          <w:b/>
        </w:rPr>
      </w:pPr>
      <w:r w:rsidRPr="00324341">
        <w:rPr>
          <w:rFonts w:ascii="Arial" w:eastAsia="Times New Roman" w:hAnsi="Arial" w:cs="Arial"/>
          <w:b/>
        </w:rPr>
        <w:t>II. ANTECEDENTES DE LAS FIESTA DE LA PRIMAVERA 2026.</w:t>
      </w:r>
      <w:bookmarkStart w:id="2" w:name="_Hlk204245444"/>
      <w:bookmarkEnd w:id="2"/>
    </w:p>
    <w:tbl>
      <w:tblPr>
        <w:tblStyle w:val="Tablaconcuadrcula"/>
        <w:tblW w:w="0" w:type="auto"/>
        <w:jc w:val="center"/>
        <w:tblLook w:val="04A0" w:firstRow="1" w:lastRow="0" w:firstColumn="1" w:lastColumn="0" w:noHBand="0" w:noVBand="1"/>
      </w:tblPr>
      <w:tblGrid>
        <w:gridCol w:w="2793"/>
        <w:gridCol w:w="5978"/>
      </w:tblGrid>
      <w:tr w:rsidR="00F62695" w:rsidRPr="00071963" w14:paraId="7A206364" w14:textId="77777777" w:rsidTr="005766C6">
        <w:trPr>
          <w:trHeight w:val="627"/>
          <w:jc w:val="center"/>
        </w:trPr>
        <w:tc>
          <w:tcPr>
            <w:tcW w:w="2943" w:type="dxa"/>
            <w:shd w:val="clear" w:color="auto" w:fill="F2F2F2" w:themeFill="background1" w:themeFillShade="F2"/>
            <w:vAlign w:val="center"/>
          </w:tcPr>
          <w:p w14:paraId="769DA3C8" w14:textId="77777777" w:rsidR="00F62695" w:rsidRPr="006E40BA" w:rsidRDefault="00F62695" w:rsidP="006E40BA">
            <w:pPr>
              <w:jc w:val="center"/>
              <w:rPr>
                <w:rFonts w:ascii="Arial" w:hAnsi="Arial" w:cs="Arial"/>
                <w:b/>
                <w:bCs/>
              </w:rPr>
            </w:pPr>
            <w:r w:rsidRPr="006E40BA">
              <w:rPr>
                <w:rFonts w:ascii="Arial" w:hAnsi="Arial" w:cs="Arial"/>
                <w:b/>
                <w:bCs/>
              </w:rPr>
              <w:t>Fecha de realización</w:t>
            </w:r>
          </w:p>
        </w:tc>
        <w:tc>
          <w:tcPr>
            <w:tcW w:w="6691" w:type="dxa"/>
            <w:vAlign w:val="center"/>
          </w:tcPr>
          <w:p w14:paraId="18A12BF7" w14:textId="77777777" w:rsidR="00F62695" w:rsidRPr="00071963" w:rsidRDefault="00F62695" w:rsidP="005766C6">
            <w:pPr>
              <w:rPr>
                <w:rFonts w:ascii="Arial" w:hAnsi="Arial" w:cs="Arial"/>
              </w:rPr>
            </w:pPr>
            <w:r w:rsidRPr="00071963">
              <w:rPr>
                <w:rFonts w:ascii="Arial" w:hAnsi="Arial" w:cs="Arial"/>
              </w:rPr>
              <w:t>Desde el viernes 20 hasta el domingo 22 de noviembre de 2026.</w:t>
            </w:r>
          </w:p>
        </w:tc>
      </w:tr>
      <w:tr w:rsidR="00F62695" w:rsidRPr="00071963" w14:paraId="4A543610" w14:textId="77777777" w:rsidTr="005766C6">
        <w:trPr>
          <w:trHeight w:val="658"/>
          <w:jc w:val="center"/>
        </w:trPr>
        <w:tc>
          <w:tcPr>
            <w:tcW w:w="2943" w:type="dxa"/>
            <w:shd w:val="clear" w:color="auto" w:fill="F2F2F2" w:themeFill="background1" w:themeFillShade="F2"/>
            <w:vAlign w:val="center"/>
          </w:tcPr>
          <w:p w14:paraId="4791EA2A" w14:textId="77777777" w:rsidR="00F62695" w:rsidRPr="006E40BA" w:rsidRDefault="00F62695" w:rsidP="006E40BA">
            <w:pPr>
              <w:jc w:val="center"/>
              <w:rPr>
                <w:rFonts w:ascii="Arial" w:hAnsi="Arial" w:cs="Arial"/>
                <w:b/>
                <w:bCs/>
              </w:rPr>
            </w:pPr>
            <w:r w:rsidRPr="006E40BA">
              <w:rPr>
                <w:rFonts w:ascii="Arial" w:hAnsi="Arial" w:cs="Arial"/>
                <w:b/>
                <w:bCs/>
              </w:rPr>
              <w:t>Lugar de realización</w:t>
            </w:r>
          </w:p>
        </w:tc>
        <w:tc>
          <w:tcPr>
            <w:tcW w:w="6691" w:type="dxa"/>
            <w:vAlign w:val="center"/>
          </w:tcPr>
          <w:p w14:paraId="43D12A65" w14:textId="77777777" w:rsidR="00F62695" w:rsidRPr="00071963" w:rsidRDefault="00F62695" w:rsidP="005766C6">
            <w:pPr>
              <w:rPr>
                <w:rFonts w:ascii="Arial" w:hAnsi="Arial" w:cs="Arial"/>
              </w:rPr>
            </w:pPr>
            <w:r w:rsidRPr="00071963">
              <w:rPr>
                <w:rFonts w:ascii="Arial" w:hAnsi="Arial" w:cs="Arial"/>
              </w:rPr>
              <w:t xml:space="preserve">Parque </w:t>
            </w:r>
            <w:r>
              <w:rPr>
                <w:rFonts w:ascii="Arial" w:hAnsi="Arial" w:cs="Arial"/>
              </w:rPr>
              <w:t xml:space="preserve">La </w:t>
            </w:r>
            <w:r w:rsidRPr="00071963">
              <w:rPr>
                <w:rFonts w:ascii="Arial" w:hAnsi="Arial" w:cs="Arial"/>
              </w:rPr>
              <w:t>Ribera de Chiguayante.</w:t>
            </w:r>
          </w:p>
        </w:tc>
      </w:tr>
      <w:tr w:rsidR="00F62695" w:rsidRPr="00071963" w14:paraId="10154D59" w14:textId="77777777" w:rsidTr="005766C6">
        <w:trPr>
          <w:trHeight w:val="1077"/>
          <w:jc w:val="center"/>
        </w:trPr>
        <w:tc>
          <w:tcPr>
            <w:tcW w:w="2943" w:type="dxa"/>
            <w:shd w:val="clear" w:color="auto" w:fill="F2F2F2" w:themeFill="background1" w:themeFillShade="F2"/>
            <w:vAlign w:val="center"/>
          </w:tcPr>
          <w:p w14:paraId="1BAAE7B2" w14:textId="77777777" w:rsidR="00F62695" w:rsidRPr="006E40BA" w:rsidRDefault="00F62695" w:rsidP="006E40BA">
            <w:pPr>
              <w:jc w:val="center"/>
              <w:rPr>
                <w:rFonts w:ascii="Arial" w:hAnsi="Arial" w:cs="Arial"/>
                <w:b/>
                <w:bCs/>
              </w:rPr>
            </w:pPr>
            <w:r w:rsidRPr="006E40BA">
              <w:rPr>
                <w:rFonts w:ascii="Arial" w:hAnsi="Arial" w:cs="Arial"/>
                <w:b/>
                <w:bCs/>
              </w:rPr>
              <w:t>Horario de funcionamiento (atención al público)</w:t>
            </w:r>
          </w:p>
        </w:tc>
        <w:tc>
          <w:tcPr>
            <w:tcW w:w="6691" w:type="dxa"/>
            <w:vAlign w:val="center"/>
          </w:tcPr>
          <w:p w14:paraId="06875004" w14:textId="77777777" w:rsidR="00F62695" w:rsidRPr="00665F29" w:rsidRDefault="00F62695" w:rsidP="005766C6">
            <w:pPr>
              <w:rPr>
                <w:rFonts w:ascii="Arial" w:hAnsi="Arial" w:cs="Arial"/>
              </w:rPr>
            </w:pPr>
            <w:r w:rsidRPr="006E40BA">
              <w:rPr>
                <w:rFonts w:ascii="Arial" w:hAnsi="Arial" w:cs="Arial"/>
              </w:rPr>
              <w:t>Entre las 12:00 y las 22:00 hrs.</w:t>
            </w:r>
            <w:r w:rsidRPr="00665F29">
              <w:rPr>
                <w:rFonts w:ascii="Arial" w:hAnsi="Arial" w:cs="Arial"/>
              </w:rPr>
              <w:t xml:space="preserve"> </w:t>
            </w:r>
          </w:p>
        </w:tc>
      </w:tr>
    </w:tbl>
    <w:p w14:paraId="51CA07AE" w14:textId="77777777" w:rsidR="002E252D" w:rsidRPr="00324341" w:rsidRDefault="002E252D" w:rsidP="00F97584">
      <w:pPr>
        <w:spacing w:after="0" w:line="240" w:lineRule="auto"/>
        <w:rPr>
          <w:rFonts w:ascii="Arial" w:eastAsia="Times New Roman" w:hAnsi="Arial" w:cs="Arial"/>
        </w:rPr>
      </w:pPr>
    </w:p>
    <w:p w14:paraId="4E95920D" w14:textId="79063719" w:rsidR="002E252D" w:rsidRPr="00324341" w:rsidRDefault="002E252D" w:rsidP="00F97584">
      <w:pPr>
        <w:spacing w:after="200" w:line="240" w:lineRule="auto"/>
        <w:rPr>
          <w:rFonts w:ascii="Arial" w:hAnsi="Arial" w:cs="Arial"/>
        </w:rPr>
      </w:pPr>
      <w:r w:rsidRPr="00324341">
        <w:rPr>
          <w:rFonts w:ascii="Arial" w:eastAsia="Times New Roman" w:hAnsi="Arial" w:cs="Arial"/>
          <w:b/>
        </w:rPr>
        <w:t>III. ANTECEDENTES DE LA CONVOCATORIA</w:t>
      </w:r>
      <w:r w:rsidR="00324341" w:rsidRPr="00324341">
        <w:rPr>
          <w:rFonts w:ascii="Arial" w:eastAsia="Times New Roman" w:hAnsi="Arial" w:cs="Arial"/>
          <w:b/>
        </w:rPr>
        <w:t>.</w:t>
      </w:r>
    </w:p>
    <w:p w14:paraId="32FC497F" w14:textId="49A0C3D6" w:rsidR="00A9048E" w:rsidRPr="00324341" w:rsidRDefault="002E252D" w:rsidP="00324341">
      <w:pPr>
        <w:pStyle w:val="Prrafodelista"/>
        <w:numPr>
          <w:ilvl w:val="0"/>
          <w:numId w:val="25"/>
        </w:numPr>
        <w:tabs>
          <w:tab w:val="left" w:pos="284"/>
        </w:tabs>
        <w:spacing w:before="240" w:line="276" w:lineRule="auto"/>
        <w:ind w:left="0" w:firstLine="0"/>
        <w:rPr>
          <w:rFonts w:ascii="Arial" w:hAnsi="Arial" w:cs="Arial"/>
        </w:rPr>
      </w:pPr>
      <w:r w:rsidRPr="00324341">
        <w:rPr>
          <w:rFonts w:ascii="Arial" w:hAnsi="Arial" w:cs="Arial"/>
        </w:rPr>
        <w:t xml:space="preserve">El área destinada para los </w:t>
      </w:r>
      <w:r w:rsidRPr="00F62695">
        <w:rPr>
          <w:rFonts w:ascii="Arial" w:hAnsi="Arial" w:cs="Arial"/>
          <w:b/>
          <w:bCs/>
        </w:rPr>
        <w:t xml:space="preserve">STANDS DE ARTESANÍA Y MANUALIDADES FIESTA DE LA PRIMAVERA 2026 </w:t>
      </w:r>
      <w:r w:rsidRPr="00324341">
        <w:rPr>
          <w:rFonts w:ascii="Arial" w:hAnsi="Arial" w:cs="Arial"/>
        </w:rPr>
        <w:t>estará distribuida dentro del recinto de acuerdo a planificación del evento. La asignación del sector será informada a los seleccionados en reunión de coordinación previa al inicio de las fiestas.</w:t>
      </w:r>
    </w:p>
    <w:p w14:paraId="476B937E" w14:textId="58A3FF8D" w:rsidR="0082665D" w:rsidRPr="00324341" w:rsidRDefault="002E252D" w:rsidP="00324341">
      <w:pPr>
        <w:pStyle w:val="Prrafodelista"/>
        <w:numPr>
          <w:ilvl w:val="0"/>
          <w:numId w:val="25"/>
        </w:numPr>
        <w:tabs>
          <w:tab w:val="left" w:pos="284"/>
        </w:tabs>
        <w:spacing w:before="240" w:line="276" w:lineRule="auto"/>
        <w:ind w:left="0" w:firstLine="0"/>
        <w:rPr>
          <w:rFonts w:ascii="Arial" w:hAnsi="Arial" w:cs="Arial"/>
        </w:rPr>
      </w:pPr>
      <w:r w:rsidRPr="00774FB5">
        <w:rPr>
          <w:rFonts w:ascii="Arial" w:eastAsia="Times New Roman" w:hAnsi="Arial" w:cs="Arial"/>
          <w:color w:val="000000" w:themeColor="text1"/>
        </w:rPr>
        <w:t xml:space="preserve">Se habilitarán </w:t>
      </w:r>
      <w:r w:rsidR="00F62695" w:rsidRPr="00774FB5">
        <w:rPr>
          <w:rFonts w:ascii="Arial" w:eastAsia="Times New Roman" w:hAnsi="Arial" w:cs="Arial"/>
          <w:color w:val="000000" w:themeColor="text1"/>
        </w:rPr>
        <w:t>22</w:t>
      </w:r>
      <w:r w:rsidR="00720936" w:rsidRPr="00774FB5">
        <w:rPr>
          <w:rFonts w:ascii="Arial" w:eastAsia="Times New Roman" w:hAnsi="Arial" w:cs="Arial"/>
          <w:b/>
          <w:bCs/>
          <w:color w:val="000000" w:themeColor="text1"/>
        </w:rPr>
        <w:t xml:space="preserve"> </w:t>
      </w:r>
      <w:r w:rsidR="00F62695" w:rsidRPr="00774FB5">
        <w:rPr>
          <w:rFonts w:ascii="Arial" w:eastAsia="Times New Roman" w:hAnsi="Arial" w:cs="Arial"/>
          <w:color w:val="000000" w:themeColor="text1"/>
        </w:rPr>
        <w:t>Stand</w:t>
      </w:r>
      <w:r w:rsidR="00F62695" w:rsidRPr="00774FB5">
        <w:rPr>
          <w:rFonts w:ascii="Arial" w:eastAsia="Times New Roman" w:hAnsi="Arial" w:cs="Arial"/>
          <w:b/>
          <w:bCs/>
          <w:color w:val="000000" w:themeColor="text1"/>
        </w:rPr>
        <w:t xml:space="preserve"> </w:t>
      </w:r>
      <w:r w:rsidR="00A9048E" w:rsidRPr="00774FB5">
        <w:rPr>
          <w:rFonts w:ascii="Arial" w:eastAsia="Times New Roman" w:hAnsi="Arial" w:cs="Arial"/>
          <w:color w:val="000000" w:themeColor="text1"/>
        </w:rPr>
        <w:t xml:space="preserve">dentro del recinto para los stands de artesanía y manualidades, cada uno de </w:t>
      </w:r>
      <w:r w:rsidR="005330B7" w:rsidRPr="00774FB5">
        <w:rPr>
          <w:rFonts w:ascii="Arial" w:eastAsia="Times New Roman" w:hAnsi="Arial" w:cs="Arial"/>
          <w:color w:val="000000" w:themeColor="text1"/>
        </w:rPr>
        <w:t>2.5</w:t>
      </w:r>
      <w:r w:rsidR="00203F4A" w:rsidRPr="00774FB5">
        <w:rPr>
          <w:rFonts w:ascii="Arial" w:eastAsia="Times New Roman" w:hAnsi="Arial" w:cs="Arial"/>
          <w:color w:val="000000" w:themeColor="text1"/>
        </w:rPr>
        <w:t>X</w:t>
      </w:r>
      <w:r w:rsidR="005330B7" w:rsidRPr="00774FB5">
        <w:rPr>
          <w:rFonts w:ascii="Arial" w:eastAsia="Times New Roman" w:hAnsi="Arial" w:cs="Arial"/>
          <w:color w:val="000000" w:themeColor="text1"/>
        </w:rPr>
        <w:t>2.5 metros</w:t>
      </w:r>
      <w:r w:rsidR="0082665D" w:rsidRPr="00774FB5">
        <w:rPr>
          <w:rFonts w:ascii="Arial" w:eastAsia="Times New Roman" w:hAnsi="Arial" w:cs="Arial"/>
          <w:color w:val="000000" w:themeColor="text1"/>
        </w:rPr>
        <w:t xml:space="preserve"> q</w:t>
      </w:r>
      <w:r w:rsidR="00A9048E" w:rsidRPr="00774FB5">
        <w:rPr>
          <w:rFonts w:ascii="Arial" w:eastAsia="Times New Roman" w:hAnsi="Arial" w:cs="Arial"/>
          <w:color w:val="000000" w:themeColor="text1"/>
        </w:rPr>
        <w:t>ue contarán con instalación eléctrica</w:t>
      </w:r>
      <w:r w:rsidR="0082665D" w:rsidRPr="00774FB5">
        <w:rPr>
          <w:rFonts w:ascii="Arial" w:eastAsia="Times New Roman" w:hAnsi="Arial" w:cs="Arial"/>
          <w:color w:val="000000" w:themeColor="text1"/>
        </w:rPr>
        <w:t xml:space="preserve"> compartida</w:t>
      </w:r>
      <w:r w:rsidR="00A9048E" w:rsidRPr="00774FB5">
        <w:rPr>
          <w:rFonts w:ascii="Arial" w:eastAsia="Times New Roman" w:hAnsi="Arial" w:cs="Arial"/>
          <w:color w:val="000000" w:themeColor="text1"/>
        </w:rPr>
        <w:t xml:space="preserve">. </w:t>
      </w:r>
      <w:r w:rsidR="00A9048E" w:rsidRPr="00324341">
        <w:rPr>
          <w:rFonts w:ascii="Arial" w:eastAsia="Times New Roman" w:hAnsi="Arial" w:cs="Arial"/>
        </w:rPr>
        <w:t xml:space="preserve">Los seleccionados deberán adaptar su exhibición a dicha superficie debiendo llevar mesa y/o </w:t>
      </w:r>
      <w:r w:rsidR="0082665D" w:rsidRPr="00324341">
        <w:rPr>
          <w:rFonts w:ascii="Arial" w:eastAsia="Times New Roman" w:hAnsi="Arial" w:cs="Arial"/>
        </w:rPr>
        <w:t xml:space="preserve">mobiliario de exhibición </w:t>
      </w:r>
      <w:r w:rsidR="00A9048E" w:rsidRPr="00324341">
        <w:rPr>
          <w:rFonts w:ascii="Arial" w:eastAsia="Times New Roman" w:hAnsi="Arial" w:cs="Arial"/>
        </w:rPr>
        <w:t>exhibidoras para sus artesanías, sillas personales y mantel negro</w:t>
      </w:r>
      <w:r w:rsidR="00720936" w:rsidRPr="00324341">
        <w:rPr>
          <w:rFonts w:ascii="Arial" w:eastAsia="Times New Roman" w:hAnsi="Arial" w:cs="Arial"/>
        </w:rPr>
        <w:t>.</w:t>
      </w:r>
    </w:p>
    <w:p w14:paraId="77E927BD" w14:textId="18015BBF" w:rsidR="00A9048E" w:rsidRPr="00324341" w:rsidRDefault="00BE5740" w:rsidP="00324341">
      <w:pPr>
        <w:pStyle w:val="Prrafodelista"/>
        <w:numPr>
          <w:ilvl w:val="0"/>
          <w:numId w:val="25"/>
        </w:numPr>
        <w:tabs>
          <w:tab w:val="left" w:pos="284"/>
        </w:tabs>
        <w:spacing w:line="276" w:lineRule="auto"/>
        <w:ind w:left="0" w:firstLine="0"/>
        <w:rPr>
          <w:rFonts w:ascii="Arial" w:hAnsi="Arial" w:cs="Arial"/>
        </w:rPr>
      </w:pPr>
      <w:bookmarkStart w:id="3" w:name="_Hlk204029834"/>
      <w:r w:rsidRPr="00324341">
        <w:rPr>
          <w:rFonts w:ascii="Arial" w:hAnsi="Arial" w:cs="Arial"/>
        </w:rPr>
        <w:t>El postulante por el sólo hecho de presentarse a esta convocatoria declara conocer y aceptar todas las condiciones de estas bases y su postulación implicará el posterior cumplimiento de las mismas en caso de ser seleccionado/a.</w:t>
      </w:r>
    </w:p>
    <w:p w14:paraId="49F6750C" w14:textId="77777777" w:rsidR="00BE5740" w:rsidRPr="00324341" w:rsidRDefault="00BE5740" w:rsidP="00324341">
      <w:pPr>
        <w:pStyle w:val="Prrafodelista"/>
        <w:numPr>
          <w:ilvl w:val="0"/>
          <w:numId w:val="25"/>
        </w:numPr>
        <w:tabs>
          <w:tab w:val="left" w:pos="284"/>
        </w:tabs>
        <w:spacing w:after="0" w:line="276" w:lineRule="auto"/>
        <w:ind w:left="0" w:firstLine="0"/>
        <w:rPr>
          <w:rFonts w:ascii="Arial" w:hAnsi="Arial" w:cs="Arial"/>
        </w:rPr>
      </w:pPr>
      <w:bookmarkStart w:id="4" w:name="_Hlk203375693"/>
      <w:r w:rsidRPr="00324341">
        <w:rPr>
          <w:rFonts w:ascii="Arial" w:hAnsi="Arial" w:cs="Arial"/>
        </w:rPr>
        <w:t>En caso de postular más de una persona por grupo familiar, se seleccionará sólo a uno de ellos. Se utilizará como medio de verificación su Cartola Hogar (RSH). Será seleccionado aquel que tenga mayor ponderación en su postulación. En caso de producirse un empate se priorizará según los criterios del punto VII Proceso de Evaluación, letra B de estas bases.</w:t>
      </w:r>
    </w:p>
    <w:bookmarkEnd w:id="3"/>
    <w:bookmarkEnd w:id="4"/>
    <w:p w14:paraId="6C73452F" w14:textId="77777777" w:rsidR="00324341" w:rsidRPr="00324341" w:rsidRDefault="00324341" w:rsidP="00F97584">
      <w:pPr>
        <w:spacing w:after="0" w:line="240" w:lineRule="auto"/>
        <w:rPr>
          <w:rFonts w:ascii="Arial" w:eastAsia="Times New Roman" w:hAnsi="Arial" w:cs="Arial"/>
          <w:b/>
        </w:rPr>
      </w:pPr>
    </w:p>
    <w:p w14:paraId="776BA5F9" w14:textId="13D5F71E" w:rsidR="00FD5099" w:rsidRPr="00324341" w:rsidRDefault="00FD5099" w:rsidP="00F97584">
      <w:pPr>
        <w:spacing w:after="200" w:line="240" w:lineRule="auto"/>
        <w:rPr>
          <w:rFonts w:ascii="Arial" w:eastAsia="Times New Roman" w:hAnsi="Arial" w:cs="Arial"/>
          <w:b/>
        </w:rPr>
      </w:pPr>
      <w:r w:rsidRPr="00324341">
        <w:rPr>
          <w:rFonts w:ascii="Arial" w:eastAsia="Times New Roman" w:hAnsi="Arial" w:cs="Arial"/>
          <w:b/>
        </w:rPr>
        <w:t>IV. PAGO DE LOS PERMISOS MUNIC</w:t>
      </w:r>
      <w:r w:rsidR="00BE5740" w:rsidRPr="00324341">
        <w:rPr>
          <w:rFonts w:ascii="Arial" w:eastAsia="Times New Roman" w:hAnsi="Arial" w:cs="Arial"/>
          <w:b/>
        </w:rPr>
        <w:t>I</w:t>
      </w:r>
      <w:r w:rsidRPr="00324341">
        <w:rPr>
          <w:rFonts w:ascii="Arial" w:eastAsia="Times New Roman" w:hAnsi="Arial" w:cs="Arial"/>
          <w:b/>
        </w:rPr>
        <w:t>PALES Y/O MULTAS PARA LOS</w:t>
      </w:r>
      <w:r w:rsidR="005B571C" w:rsidRPr="00324341">
        <w:rPr>
          <w:rFonts w:ascii="Arial" w:eastAsia="Times New Roman" w:hAnsi="Arial" w:cs="Arial"/>
          <w:b/>
        </w:rPr>
        <w:t>/AS</w:t>
      </w:r>
      <w:r w:rsidRPr="00324341">
        <w:rPr>
          <w:rFonts w:ascii="Arial" w:eastAsia="Times New Roman" w:hAnsi="Arial" w:cs="Arial"/>
          <w:b/>
        </w:rPr>
        <w:t xml:space="preserve"> </w:t>
      </w:r>
      <w:r w:rsidR="00324341" w:rsidRPr="00324341">
        <w:rPr>
          <w:rFonts w:ascii="Arial" w:eastAsia="Times New Roman" w:hAnsi="Arial" w:cs="Arial"/>
          <w:b/>
        </w:rPr>
        <w:t>PARTICIPANTES.</w:t>
      </w:r>
    </w:p>
    <w:p w14:paraId="77CB30CC" w14:textId="696A4A09" w:rsidR="00FD5099" w:rsidRPr="00324341" w:rsidRDefault="00FD5099" w:rsidP="00F97584">
      <w:pPr>
        <w:spacing w:line="240" w:lineRule="auto"/>
        <w:rPr>
          <w:rFonts w:ascii="Arial" w:eastAsia="Times New Roman" w:hAnsi="Arial" w:cs="Arial"/>
          <w:b/>
          <w:bCs/>
        </w:rPr>
      </w:pPr>
      <w:r w:rsidRPr="00324341">
        <w:rPr>
          <w:rFonts w:ascii="Arial" w:eastAsia="Times New Roman" w:hAnsi="Arial" w:cs="Arial"/>
          <w:b/>
          <w:bCs/>
        </w:rPr>
        <w:t>PAGO DE PERMISOS</w:t>
      </w:r>
      <w:r w:rsidR="00361F79">
        <w:rPr>
          <w:rFonts w:ascii="Arial" w:eastAsia="Times New Roman" w:hAnsi="Arial" w:cs="Arial"/>
          <w:b/>
          <w:bCs/>
        </w:rPr>
        <w:t>.</w:t>
      </w:r>
    </w:p>
    <w:p w14:paraId="491BFF50" w14:textId="77777777" w:rsidR="00FD5099" w:rsidRPr="00324341" w:rsidRDefault="00FD5099" w:rsidP="00324341">
      <w:pPr>
        <w:spacing w:line="276" w:lineRule="auto"/>
        <w:ind w:firstLine="720"/>
        <w:rPr>
          <w:rFonts w:ascii="Arial" w:eastAsia="Times New Roman" w:hAnsi="Arial" w:cs="Arial"/>
        </w:rPr>
      </w:pPr>
      <w:r w:rsidRPr="00324341">
        <w:rPr>
          <w:rFonts w:ascii="Arial" w:eastAsia="Times New Roman" w:hAnsi="Arial" w:cs="Arial"/>
        </w:rPr>
        <w:t>Es de exclusiva responsabilidad de los/as participantes, obtener sus permisos y/o autorizaciones necesarias para la instalación de su espacio comercial. (Tasación, traslado de boleta, permiso transitorio u otros).</w:t>
      </w:r>
    </w:p>
    <w:p w14:paraId="521E8DFB" w14:textId="649FF039" w:rsidR="00FD5099" w:rsidRPr="00324341" w:rsidRDefault="00FD5099" w:rsidP="00324341">
      <w:pPr>
        <w:spacing w:after="0" w:line="276" w:lineRule="auto"/>
        <w:ind w:firstLine="720"/>
        <w:rPr>
          <w:rFonts w:ascii="Arial" w:eastAsia="Times New Roman" w:hAnsi="Arial" w:cs="Arial"/>
        </w:rPr>
      </w:pPr>
      <w:bookmarkStart w:id="5" w:name="_Hlk205222631"/>
      <w:r w:rsidRPr="00324341">
        <w:rPr>
          <w:rFonts w:ascii="Arial" w:eastAsia="Times New Roman" w:hAnsi="Arial" w:cs="Arial"/>
        </w:rPr>
        <w:lastRenderedPageBreak/>
        <w:t xml:space="preserve">El pago de los permisos municipales será enterado según señala Ordenanza de Derechos y Permisos Municipales </w:t>
      </w:r>
      <w:r w:rsidR="00DE2350" w:rsidRPr="00324341">
        <w:rPr>
          <w:rFonts w:ascii="Arial" w:eastAsia="Times New Roman" w:hAnsi="Arial" w:cs="Arial"/>
        </w:rPr>
        <w:t>aprobado por Decreto Alcaldicio N°1924, de fecha 31 de octubre de 2018, en título</w:t>
      </w:r>
      <w:r w:rsidRPr="00324341">
        <w:rPr>
          <w:rFonts w:ascii="Arial" w:eastAsia="Times New Roman" w:hAnsi="Arial" w:cs="Arial"/>
        </w:rPr>
        <w:t xml:space="preserve"> V, artículo 9, como se detalla a continuación</w:t>
      </w:r>
      <w:bookmarkEnd w:id="5"/>
      <w:r w:rsidRPr="00324341">
        <w:rPr>
          <w:rFonts w:ascii="Arial" w:eastAsia="Times New Roman" w:hAnsi="Arial" w:cs="Arial"/>
        </w:rPr>
        <w:t>:</w:t>
      </w:r>
    </w:p>
    <w:p w14:paraId="21F7814F" w14:textId="77777777" w:rsidR="0053514C" w:rsidRPr="00324341" w:rsidRDefault="0053514C" w:rsidP="00324341">
      <w:pPr>
        <w:spacing w:after="0" w:line="276" w:lineRule="auto"/>
        <w:rPr>
          <w:rFonts w:ascii="Arial" w:eastAsia="Times New Roman" w:hAnsi="Arial" w:cs="Arial"/>
        </w:rPr>
      </w:pPr>
    </w:p>
    <w:tbl>
      <w:tblPr>
        <w:tblStyle w:val="Tablaconcuadrcula"/>
        <w:tblW w:w="0" w:type="auto"/>
        <w:jc w:val="center"/>
        <w:tblLook w:val="04A0" w:firstRow="1" w:lastRow="0" w:firstColumn="1" w:lastColumn="0" w:noHBand="0" w:noVBand="1"/>
      </w:tblPr>
      <w:tblGrid>
        <w:gridCol w:w="2830"/>
      </w:tblGrid>
      <w:tr w:rsidR="00FD5099" w:rsidRPr="00F62695" w14:paraId="37D1A8F2" w14:textId="77777777" w:rsidTr="004F0837">
        <w:trPr>
          <w:trHeight w:val="387"/>
          <w:jc w:val="center"/>
        </w:trPr>
        <w:tc>
          <w:tcPr>
            <w:tcW w:w="2830" w:type="dxa"/>
            <w:vAlign w:val="center"/>
          </w:tcPr>
          <w:p w14:paraId="7939C1ED" w14:textId="628DEDF0" w:rsidR="00FD5099" w:rsidRPr="00F62695" w:rsidRDefault="00FD5099" w:rsidP="00324341">
            <w:pPr>
              <w:spacing w:line="276" w:lineRule="auto"/>
              <w:rPr>
                <w:rFonts w:ascii="Arial" w:eastAsia="Times New Roman" w:hAnsi="Arial" w:cs="Arial"/>
                <w:b/>
                <w:color w:val="EE0000"/>
              </w:rPr>
            </w:pPr>
            <w:r w:rsidRPr="00D51066">
              <w:rPr>
                <w:rFonts w:ascii="Arial" w:hAnsi="Arial" w:cs="Arial"/>
                <w:b/>
                <w:bCs/>
                <w:color w:val="000000" w:themeColor="text1"/>
              </w:rPr>
              <w:t>25% de una UTM por día</w:t>
            </w:r>
          </w:p>
        </w:tc>
      </w:tr>
    </w:tbl>
    <w:p w14:paraId="014B0B88" w14:textId="77777777" w:rsidR="00FD5099" w:rsidRPr="00324341" w:rsidRDefault="00FD5099" w:rsidP="00324341">
      <w:pPr>
        <w:spacing w:after="0" w:line="276" w:lineRule="auto"/>
        <w:rPr>
          <w:rFonts w:ascii="Arial" w:hAnsi="Arial" w:cs="Arial"/>
        </w:rPr>
      </w:pPr>
    </w:p>
    <w:p w14:paraId="37061C0D" w14:textId="0D534A23" w:rsidR="00FD5099" w:rsidRPr="00324341" w:rsidRDefault="00FD5099" w:rsidP="00324341">
      <w:pPr>
        <w:spacing w:line="276" w:lineRule="auto"/>
        <w:ind w:firstLine="720"/>
        <w:rPr>
          <w:rFonts w:ascii="Arial" w:hAnsi="Arial" w:cs="Arial"/>
        </w:rPr>
      </w:pPr>
      <w:r w:rsidRPr="00324341">
        <w:rPr>
          <w:rFonts w:ascii="Arial" w:hAnsi="Arial" w:cs="Arial"/>
        </w:rPr>
        <w:t>El valor se calculará en función de la UTM vigente en el mes de noviembre de 2026.</w:t>
      </w:r>
    </w:p>
    <w:p w14:paraId="35D600A3" w14:textId="77777777" w:rsidR="00EB1A82" w:rsidRPr="00324341" w:rsidRDefault="00EB1A82" w:rsidP="00324341">
      <w:pPr>
        <w:spacing w:line="276" w:lineRule="auto"/>
        <w:ind w:firstLine="720"/>
        <w:rPr>
          <w:rFonts w:ascii="Arial" w:hAnsi="Arial" w:cs="Arial"/>
          <w:lang w:val="es-MX"/>
        </w:rPr>
      </w:pPr>
      <w:r w:rsidRPr="00324341">
        <w:rPr>
          <w:rFonts w:ascii="Arial" w:hAnsi="Arial" w:cs="Arial"/>
          <w:lang w:val="es-MX"/>
        </w:rPr>
        <w:t xml:space="preserve">De conformidad con la Ordenanza sobre Derechos Municipales de la Municipalidad de Chiguayante, aprobada mediante Decreto Alcaldicio </w:t>
      </w:r>
      <w:proofErr w:type="spellStart"/>
      <w:r w:rsidRPr="00324341">
        <w:rPr>
          <w:rFonts w:ascii="Arial" w:hAnsi="Arial" w:cs="Arial"/>
          <w:lang w:val="es-MX"/>
        </w:rPr>
        <w:t>N.°</w:t>
      </w:r>
      <w:proofErr w:type="spellEnd"/>
      <w:r w:rsidRPr="00324341">
        <w:rPr>
          <w:rFonts w:ascii="Arial" w:hAnsi="Arial" w:cs="Arial"/>
          <w:lang w:val="es-MX"/>
        </w:rPr>
        <w:t xml:space="preserve"> 1.924, de 31 de octubre de 2018, y modificada mediante Decreto Alcaldicio </w:t>
      </w:r>
      <w:proofErr w:type="spellStart"/>
      <w:r w:rsidRPr="00324341">
        <w:rPr>
          <w:rFonts w:ascii="Arial" w:hAnsi="Arial" w:cs="Arial"/>
          <w:lang w:val="es-MX"/>
        </w:rPr>
        <w:t>N.°</w:t>
      </w:r>
      <w:proofErr w:type="spellEnd"/>
      <w:r w:rsidRPr="00324341">
        <w:rPr>
          <w:rFonts w:ascii="Arial" w:hAnsi="Arial" w:cs="Arial"/>
          <w:lang w:val="es-MX"/>
        </w:rPr>
        <w:t xml:space="preserve"> 1.830, de 28 de octubre de 2021, las personas seleccionadas que así lo estimen, podrán solicitar, de manera excepcional, la exención total o parcial de los derechos municipales, siempre que ello no se encuentre prohibido por la legislación vigente.</w:t>
      </w:r>
    </w:p>
    <w:p w14:paraId="6DE34900" w14:textId="2A7E3A1B" w:rsidR="00EB1A82" w:rsidRPr="00324341" w:rsidRDefault="00EB1A82" w:rsidP="00324341">
      <w:pPr>
        <w:spacing w:line="276" w:lineRule="auto"/>
        <w:ind w:firstLine="720"/>
        <w:rPr>
          <w:rFonts w:ascii="Arial" w:hAnsi="Arial" w:cs="Arial"/>
          <w:lang w:val="es-MX"/>
        </w:rPr>
      </w:pPr>
      <w:r w:rsidRPr="00324341">
        <w:rPr>
          <w:rFonts w:ascii="Arial" w:hAnsi="Arial" w:cs="Arial"/>
          <w:lang w:val="es-MX"/>
        </w:rPr>
        <w:t>Para ello, el postulante deberá presentar una solicitud escrita, ingresada por la Oficina de Partes de la Municipalidad, en la que fundamente las razones por las cuales solicita la exención total o parcial de los derechos municipales y acompañe los antecedentes que estime pertinentes. Dicha solicitud deberá ser presentada dentro del plazo máximo de 2 días hábiles, contado desde la notificación de su selección como participante de las Fiesta de la Primavera.</w:t>
      </w:r>
    </w:p>
    <w:p w14:paraId="402EE6B5" w14:textId="62992C4D" w:rsidR="0053514C" w:rsidRPr="00B104EF" w:rsidRDefault="00EB1A82" w:rsidP="00B104EF">
      <w:pPr>
        <w:spacing w:line="276" w:lineRule="auto"/>
        <w:ind w:firstLine="720"/>
        <w:rPr>
          <w:rFonts w:ascii="Arial" w:hAnsi="Arial" w:cs="Arial"/>
          <w:lang w:val="es-MX"/>
        </w:rPr>
      </w:pPr>
      <w:r w:rsidRPr="00324341">
        <w:rPr>
          <w:rFonts w:ascii="Arial" w:hAnsi="Arial" w:cs="Arial"/>
          <w:lang w:val="es-MX"/>
        </w:rPr>
        <w:t>La Municipalidad verificará los antecedentes presentados a fin de determinar si el solicitante cumple con los requisitos establecidos en la Ordenanza sobre Derechos Municipales. La sola presentación de la solicitud no otorga derecho a la exención, la que tendrá carácter excepcional y será resuelta conforme a la normativa vigente.</w:t>
      </w:r>
    </w:p>
    <w:p w14:paraId="006EE8AF" w14:textId="642B3A59" w:rsidR="00FD5099" w:rsidRPr="00324341" w:rsidRDefault="00E94FDA" w:rsidP="00324341">
      <w:pPr>
        <w:spacing w:line="276" w:lineRule="auto"/>
        <w:rPr>
          <w:rFonts w:ascii="Arial" w:eastAsia="Times New Roman" w:hAnsi="Arial" w:cs="Arial"/>
          <w:b/>
          <w:bCs/>
        </w:rPr>
      </w:pPr>
      <w:r>
        <w:rPr>
          <w:rFonts w:ascii="Arial" w:eastAsia="Times New Roman" w:hAnsi="Arial" w:cs="Arial"/>
          <w:b/>
          <w:bCs/>
        </w:rPr>
        <w:t xml:space="preserve">V. </w:t>
      </w:r>
      <w:r w:rsidR="00FD5099" w:rsidRPr="00324341">
        <w:rPr>
          <w:rFonts w:ascii="Arial" w:eastAsia="Times New Roman" w:hAnsi="Arial" w:cs="Arial"/>
          <w:b/>
          <w:bCs/>
        </w:rPr>
        <w:t>MULTAS POR INCUMPLIMIENTO A LAS BASES</w:t>
      </w:r>
      <w:r w:rsidR="00361F79">
        <w:rPr>
          <w:rFonts w:ascii="Arial" w:eastAsia="Times New Roman" w:hAnsi="Arial" w:cs="Arial"/>
          <w:b/>
          <w:bCs/>
        </w:rPr>
        <w:t>.</w:t>
      </w:r>
    </w:p>
    <w:p w14:paraId="39E124DE" w14:textId="4F12B7B9" w:rsidR="00FD5099" w:rsidRPr="00324341" w:rsidRDefault="00FD5099" w:rsidP="00B104EF">
      <w:pPr>
        <w:spacing w:line="276" w:lineRule="auto"/>
        <w:ind w:firstLine="567"/>
        <w:rPr>
          <w:rFonts w:ascii="Arial" w:eastAsia="Times New Roman" w:hAnsi="Arial" w:cs="Arial"/>
        </w:rPr>
      </w:pPr>
      <w:r w:rsidRPr="00324341">
        <w:rPr>
          <w:rFonts w:ascii="Arial" w:eastAsia="Times New Roman" w:hAnsi="Arial" w:cs="Arial"/>
        </w:rPr>
        <w:t>Todos/as los/as participantes seleccionados</w:t>
      </w:r>
      <w:r w:rsidR="005B571C" w:rsidRPr="00324341">
        <w:rPr>
          <w:rFonts w:ascii="Arial" w:eastAsia="Times New Roman" w:hAnsi="Arial" w:cs="Arial"/>
        </w:rPr>
        <w:t>/as</w:t>
      </w:r>
      <w:r w:rsidRPr="00324341">
        <w:rPr>
          <w:rFonts w:ascii="Arial" w:eastAsia="Times New Roman" w:hAnsi="Arial" w:cs="Arial"/>
        </w:rPr>
        <w:t xml:space="preserve"> deberán asegurar la estricta sujeción a las presentes bases. En caso de incumplimiento a los lineamientos establecidos en las presentes bases, los participantes podrán ser sancionados de la siguiente manera: </w:t>
      </w:r>
    </w:p>
    <w:p w14:paraId="0D502155" w14:textId="77777777" w:rsidR="00FD5099" w:rsidRPr="00324341" w:rsidRDefault="00FD5099" w:rsidP="00324341">
      <w:pPr>
        <w:spacing w:line="276" w:lineRule="auto"/>
        <w:ind w:left="567"/>
        <w:rPr>
          <w:rFonts w:ascii="Arial" w:eastAsia="Times New Roman" w:hAnsi="Arial" w:cs="Arial"/>
        </w:rPr>
      </w:pPr>
      <w:r w:rsidRPr="00324341">
        <w:rPr>
          <w:rFonts w:ascii="Segoe UI Symbol" w:eastAsia="Times New Roman" w:hAnsi="Segoe UI Symbol" w:cs="Segoe UI Symbol"/>
        </w:rPr>
        <w:t>✓</w:t>
      </w:r>
      <w:r w:rsidRPr="00324341">
        <w:rPr>
          <w:rFonts w:ascii="Arial" w:eastAsia="Times New Roman" w:hAnsi="Arial" w:cs="Arial"/>
        </w:rPr>
        <w:t xml:space="preserve"> Multas de hasta 1 UTM </w:t>
      </w:r>
    </w:p>
    <w:p w14:paraId="78108D44" w14:textId="7DCAC401" w:rsidR="00FD5099" w:rsidRPr="00324341" w:rsidRDefault="00FD5099" w:rsidP="00B104EF">
      <w:pPr>
        <w:spacing w:after="0" w:line="276" w:lineRule="auto"/>
        <w:ind w:firstLine="567"/>
        <w:rPr>
          <w:rFonts w:ascii="Arial" w:eastAsia="Times New Roman" w:hAnsi="Arial" w:cs="Arial"/>
        </w:rPr>
      </w:pPr>
      <w:r w:rsidRPr="00324341">
        <w:rPr>
          <w:rFonts w:ascii="Arial" w:eastAsia="Times New Roman" w:hAnsi="Arial" w:cs="Arial"/>
        </w:rPr>
        <w:t xml:space="preserve">Toda multa será cursada por inspector municipal, y derivada para su cobro al Juzgado de Policía Local de esta </w:t>
      </w:r>
      <w:r w:rsidR="00C9588A">
        <w:rPr>
          <w:rFonts w:ascii="Arial" w:eastAsia="Times New Roman" w:hAnsi="Arial" w:cs="Arial"/>
        </w:rPr>
        <w:t>c</w:t>
      </w:r>
      <w:r w:rsidRPr="00324341">
        <w:rPr>
          <w:rFonts w:ascii="Arial" w:eastAsia="Times New Roman" w:hAnsi="Arial" w:cs="Arial"/>
        </w:rPr>
        <w:t>omuna.</w:t>
      </w:r>
    </w:p>
    <w:p w14:paraId="0B0E05DC" w14:textId="77777777" w:rsidR="00EB022B" w:rsidRPr="00324341" w:rsidRDefault="00EB022B" w:rsidP="00324341">
      <w:pPr>
        <w:spacing w:after="0" w:line="276" w:lineRule="auto"/>
        <w:rPr>
          <w:rFonts w:ascii="Arial" w:eastAsia="Times New Roman" w:hAnsi="Arial" w:cs="Arial"/>
          <w:b/>
        </w:rPr>
      </w:pPr>
    </w:p>
    <w:p w14:paraId="592C6F17" w14:textId="3428024D" w:rsidR="00FD5099" w:rsidRPr="00324341" w:rsidRDefault="00FD5099" w:rsidP="00324341">
      <w:pPr>
        <w:spacing w:line="276" w:lineRule="auto"/>
        <w:rPr>
          <w:rFonts w:ascii="Arial" w:hAnsi="Arial" w:cs="Arial"/>
        </w:rPr>
      </w:pPr>
      <w:r w:rsidRPr="00324341">
        <w:rPr>
          <w:rFonts w:ascii="Arial" w:eastAsia="Times New Roman" w:hAnsi="Arial" w:cs="Arial"/>
          <w:b/>
        </w:rPr>
        <w:t>V</w:t>
      </w:r>
      <w:r w:rsidR="00E94FDA">
        <w:rPr>
          <w:rFonts w:ascii="Arial" w:eastAsia="Times New Roman" w:hAnsi="Arial" w:cs="Arial"/>
          <w:b/>
        </w:rPr>
        <w:t>I</w:t>
      </w:r>
      <w:r w:rsidRPr="00324341">
        <w:rPr>
          <w:rFonts w:ascii="Arial" w:eastAsia="Times New Roman" w:hAnsi="Arial" w:cs="Arial"/>
          <w:b/>
        </w:rPr>
        <w:t>. REQUISITOS Y ANTECEDENTES PARA POSTULAR</w:t>
      </w:r>
      <w:r w:rsidR="00B104EF">
        <w:rPr>
          <w:rFonts w:ascii="Arial" w:eastAsia="Times New Roman" w:hAnsi="Arial" w:cs="Arial"/>
          <w:b/>
        </w:rPr>
        <w:t>.</w:t>
      </w:r>
    </w:p>
    <w:p w14:paraId="18AEA1F8" w14:textId="77777777" w:rsidR="00FD5099" w:rsidRPr="00324341" w:rsidRDefault="00FD5099" w:rsidP="00B104EF">
      <w:pPr>
        <w:spacing w:line="276" w:lineRule="auto"/>
        <w:ind w:firstLine="720"/>
        <w:rPr>
          <w:rFonts w:ascii="Arial" w:hAnsi="Arial" w:cs="Arial"/>
        </w:rPr>
      </w:pPr>
      <w:r w:rsidRPr="00324341">
        <w:rPr>
          <w:rFonts w:ascii="Arial" w:eastAsia="Times New Roman" w:hAnsi="Arial" w:cs="Arial"/>
        </w:rPr>
        <w:t xml:space="preserve">Las personas interesadas deberán presentar su postulación en un </w:t>
      </w:r>
      <w:r w:rsidRPr="00B104EF">
        <w:rPr>
          <w:rFonts w:ascii="Arial" w:eastAsia="Times New Roman" w:hAnsi="Arial" w:cs="Arial"/>
          <w:b/>
          <w:bCs/>
        </w:rPr>
        <w:t>SOBRE CERRADO</w:t>
      </w:r>
      <w:r w:rsidRPr="00324341">
        <w:rPr>
          <w:rFonts w:ascii="Arial" w:eastAsia="Times New Roman" w:hAnsi="Arial" w:cs="Arial"/>
        </w:rPr>
        <w:t>, incorporando la siguiente documentación:</w:t>
      </w:r>
    </w:p>
    <w:p w14:paraId="1321BBB5" w14:textId="189F8E8C" w:rsidR="0048185C" w:rsidRPr="00324341" w:rsidRDefault="0048185C" w:rsidP="00B104EF">
      <w:pPr>
        <w:pStyle w:val="Listaconvietas"/>
        <w:numPr>
          <w:ilvl w:val="0"/>
          <w:numId w:val="44"/>
        </w:numPr>
        <w:tabs>
          <w:tab w:val="left" w:pos="284"/>
          <w:tab w:val="num" w:pos="1637"/>
        </w:tabs>
        <w:spacing w:before="240" w:after="200" w:line="276" w:lineRule="auto"/>
        <w:ind w:left="0" w:firstLine="0"/>
        <w:rPr>
          <w:rFonts w:ascii="Arial" w:hAnsi="Arial" w:cs="Arial"/>
          <w:b/>
          <w:bCs/>
        </w:rPr>
      </w:pPr>
      <w:r w:rsidRPr="00324341">
        <w:rPr>
          <w:rFonts w:ascii="Arial" w:eastAsia="Times New Roman" w:hAnsi="Arial" w:cs="Arial"/>
        </w:rPr>
        <w:t xml:space="preserve">Formulario de postulación completo y firmado </w:t>
      </w:r>
      <w:r w:rsidRPr="00324341">
        <w:rPr>
          <w:rFonts w:ascii="Arial" w:eastAsia="Times New Roman" w:hAnsi="Arial" w:cs="Arial"/>
          <w:b/>
          <w:bCs/>
        </w:rPr>
        <w:t>(ANEXO N°1). Excluyente</w:t>
      </w:r>
      <w:r w:rsidR="00B104EF">
        <w:rPr>
          <w:rFonts w:ascii="Arial" w:eastAsia="Times New Roman" w:hAnsi="Arial" w:cs="Arial"/>
          <w:b/>
          <w:bCs/>
        </w:rPr>
        <w:t>.</w:t>
      </w:r>
    </w:p>
    <w:p w14:paraId="102AC05C" w14:textId="3C2C52A6" w:rsidR="0048185C" w:rsidRPr="00324341" w:rsidRDefault="0048185C" w:rsidP="00B104EF">
      <w:pPr>
        <w:pStyle w:val="Listaconvietas"/>
        <w:numPr>
          <w:ilvl w:val="0"/>
          <w:numId w:val="44"/>
        </w:numPr>
        <w:tabs>
          <w:tab w:val="left" w:pos="284"/>
          <w:tab w:val="num" w:pos="1637"/>
        </w:tabs>
        <w:spacing w:before="240" w:after="200" w:line="276" w:lineRule="auto"/>
        <w:ind w:left="0" w:firstLine="0"/>
        <w:rPr>
          <w:rFonts w:ascii="Arial" w:hAnsi="Arial" w:cs="Arial"/>
        </w:rPr>
      </w:pPr>
      <w:r w:rsidRPr="00324341">
        <w:rPr>
          <w:rFonts w:ascii="Arial" w:eastAsia="Times New Roman" w:hAnsi="Arial" w:cs="Arial"/>
        </w:rPr>
        <w:t xml:space="preserve">Fotocopia de cédula de identidad (ambos lados) </w:t>
      </w:r>
      <w:r w:rsidRPr="00324341">
        <w:rPr>
          <w:rFonts w:ascii="Arial" w:eastAsia="Times New Roman" w:hAnsi="Arial" w:cs="Arial"/>
          <w:b/>
          <w:bCs/>
        </w:rPr>
        <w:t>Excluyente</w:t>
      </w:r>
      <w:r w:rsidR="00B104EF">
        <w:rPr>
          <w:rFonts w:ascii="Arial" w:eastAsia="Times New Roman" w:hAnsi="Arial" w:cs="Arial"/>
          <w:b/>
          <w:bCs/>
        </w:rPr>
        <w:t>.</w:t>
      </w:r>
    </w:p>
    <w:p w14:paraId="53224656" w14:textId="5A7C432E" w:rsidR="0048185C" w:rsidRPr="00324341" w:rsidRDefault="0048185C" w:rsidP="00B104EF">
      <w:pPr>
        <w:pStyle w:val="Listaconvietas"/>
        <w:numPr>
          <w:ilvl w:val="0"/>
          <w:numId w:val="44"/>
        </w:numPr>
        <w:tabs>
          <w:tab w:val="left" w:pos="284"/>
          <w:tab w:val="num" w:pos="1637"/>
        </w:tabs>
        <w:spacing w:before="240" w:after="200" w:line="276" w:lineRule="auto"/>
        <w:ind w:left="0" w:firstLine="0"/>
        <w:rPr>
          <w:rFonts w:ascii="Arial" w:hAnsi="Arial" w:cs="Arial"/>
        </w:rPr>
      </w:pPr>
      <w:r w:rsidRPr="00324341">
        <w:rPr>
          <w:rFonts w:ascii="Arial" w:eastAsia="Times New Roman" w:hAnsi="Arial" w:cs="Arial"/>
        </w:rPr>
        <w:t>Cartola Hogar (Registro Social de Hogares), certificado de residencia emitido por la JJVV de su sector</w:t>
      </w:r>
      <w:r w:rsidR="00795C7B">
        <w:rPr>
          <w:rFonts w:ascii="Arial" w:eastAsia="Times New Roman" w:hAnsi="Arial" w:cs="Arial"/>
        </w:rPr>
        <w:t xml:space="preserve"> </w:t>
      </w:r>
      <w:r w:rsidRPr="00324341">
        <w:rPr>
          <w:rFonts w:ascii="Arial" w:eastAsia="Times New Roman" w:hAnsi="Arial" w:cs="Arial"/>
        </w:rPr>
        <w:t>o boleta de servicios básicos a nombre del postulante. Lo anterior permitirá la acreditación de residencia en la comuna de Chiguayante. (</w:t>
      </w:r>
      <w:r w:rsidR="00795C7B">
        <w:rPr>
          <w:rFonts w:ascii="Arial" w:eastAsia="Times New Roman" w:hAnsi="Arial" w:cs="Arial"/>
        </w:rPr>
        <w:t>T</w:t>
      </w:r>
      <w:r w:rsidRPr="00324341">
        <w:rPr>
          <w:rFonts w:ascii="Arial" w:eastAsia="Times New Roman" w:hAnsi="Arial" w:cs="Arial"/>
        </w:rPr>
        <w:t xml:space="preserve">odos los documentos deben tener fecha de emisión de menos de 30 días) </w:t>
      </w:r>
      <w:r w:rsidRPr="00324341">
        <w:rPr>
          <w:rFonts w:ascii="Arial" w:eastAsia="Times New Roman" w:hAnsi="Arial" w:cs="Arial"/>
          <w:b/>
          <w:bCs/>
        </w:rPr>
        <w:t>Excluyente</w:t>
      </w:r>
      <w:r w:rsidR="00B104EF">
        <w:rPr>
          <w:rFonts w:ascii="Arial" w:eastAsia="Times New Roman" w:hAnsi="Arial" w:cs="Arial"/>
          <w:b/>
          <w:bCs/>
        </w:rPr>
        <w:t>.</w:t>
      </w:r>
    </w:p>
    <w:p w14:paraId="64F144EE" w14:textId="77777777" w:rsidR="0048185C" w:rsidRPr="00324341" w:rsidRDefault="0048185C" w:rsidP="00B104EF">
      <w:pPr>
        <w:pStyle w:val="Listaconvietas"/>
        <w:numPr>
          <w:ilvl w:val="0"/>
          <w:numId w:val="44"/>
        </w:numPr>
        <w:tabs>
          <w:tab w:val="left" w:pos="284"/>
          <w:tab w:val="num" w:pos="1637"/>
        </w:tabs>
        <w:spacing w:after="200" w:line="276" w:lineRule="auto"/>
        <w:ind w:left="0" w:firstLine="0"/>
        <w:rPr>
          <w:rFonts w:ascii="Arial" w:hAnsi="Arial" w:cs="Arial"/>
          <w:lang w:val="es-MX"/>
        </w:rPr>
      </w:pPr>
      <w:r w:rsidRPr="00324341">
        <w:rPr>
          <w:rFonts w:ascii="Arial" w:hAnsi="Arial" w:cs="Arial"/>
          <w:lang w:val="es-MX"/>
        </w:rPr>
        <w:t>Con el objeto de asegurar el cumplimiento de la normativa tributaria vigente y verificar la condición tributaria de los postulantes, toda persona natural o jurídica que solicite autorización para participar en la actividad deberá acompañar, al momento de su postulación, alguno de los siguientes antecedentes, según corresponda a su situación:</w:t>
      </w:r>
      <w:r w:rsidRPr="00324341">
        <w:rPr>
          <w:rFonts w:ascii="Arial" w:hAnsi="Arial" w:cs="Arial"/>
          <w:b/>
          <w:bCs/>
          <w:lang w:val="es-MX"/>
        </w:rPr>
        <w:t> </w:t>
      </w:r>
    </w:p>
    <w:p w14:paraId="16EE49B0" w14:textId="1FAEBA2C" w:rsidR="0048185C" w:rsidRPr="00324341" w:rsidRDefault="0048185C" w:rsidP="00B104EF">
      <w:pPr>
        <w:pStyle w:val="Listaconvietas"/>
        <w:numPr>
          <w:ilvl w:val="0"/>
          <w:numId w:val="45"/>
        </w:numPr>
        <w:tabs>
          <w:tab w:val="left" w:pos="284"/>
        </w:tabs>
        <w:spacing w:before="240" w:after="200" w:line="276" w:lineRule="auto"/>
        <w:ind w:left="0" w:firstLine="0"/>
        <w:rPr>
          <w:rFonts w:ascii="Arial" w:hAnsi="Arial" w:cs="Arial"/>
          <w:lang w:val="es-MX"/>
        </w:rPr>
      </w:pPr>
      <w:r w:rsidRPr="00324341">
        <w:rPr>
          <w:rFonts w:ascii="Arial" w:hAnsi="Arial" w:cs="Arial"/>
          <w:lang w:val="es-MX"/>
        </w:rPr>
        <w:lastRenderedPageBreak/>
        <w:t>Certificado de Inicio de Actividades emitido por el Servicio de Impuestos Internos (SII), correspondiente al giro o actividad por la cual postula. </w:t>
      </w:r>
      <w:r w:rsidRPr="00324341">
        <w:rPr>
          <w:rFonts w:ascii="Arial" w:eastAsia="Times New Roman" w:hAnsi="Arial" w:cs="Arial"/>
          <w:b/>
          <w:bCs/>
        </w:rPr>
        <w:t>Excluyente</w:t>
      </w:r>
      <w:r w:rsidR="00B104EF">
        <w:rPr>
          <w:rFonts w:ascii="Arial" w:eastAsia="Times New Roman" w:hAnsi="Arial" w:cs="Arial"/>
          <w:b/>
          <w:bCs/>
        </w:rPr>
        <w:t>.</w:t>
      </w:r>
    </w:p>
    <w:p w14:paraId="4E8D95A4" w14:textId="0D28DA77" w:rsidR="0048185C" w:rsidRPr="00324341" w:rsidRDefault="0048185C" w:rsidP="00B104EF">
      <w:pPr>
        <w:pStyle w:val="Listaconvietas"/>
        <w:numPr>
          <w:ilvl w:val="0"/>
          <w:numId w:val="45"/>
        </w:numPr>
        <w:tabs>
          <w:tab w:val="left" w:pos="284"/>
        </w:tabs>
        <w:spacing w:before="240" w:after="200" w:line="276" w:lineRule="auto"/>
        <w:ind w:left="0" w:firstLine="0"/>
        <w:rPr>
          <w:rFonts w:ascii="Arial" w:hAnsi="Arial" w:cs="Arial"/>
          <w:lang w:val="es-MX"/>
        </w:rPr>
      </w:pPr>
      <w:r w:rsidRPr="00324341">
        <w:rPr>
          <w:rFonts w:ascii="Arial" w:hAnsi="Arial" w:cs="Arial"/>
          <w:lang w:val="es-MX"/>
        </w:rPr>
        <w:t>Certificado emitido por el Servicio de Impuestos Internos que acredite su calidad de contribuyente acogido al régimen de Actividad de Subsistencia, cuando corresponda. </w:t>
      </w:r>
      <w:r w:rsidRPr="00324341">
        <w:rPr>
          <w:rFonts w:ascii="Arial" w:eastAsia="Times New Roman" w:hAnsi="Arial" w:cs="Arial"/>
          <w:b/>
          <w:bCs/>
        </w:rPr>
        <w:t>Excluyente</w:t>
      </w:r>
      <w:r w:rsidR="00B104EF">
        <w:rPr>
          <w:rFonts w:ascii="Arial" w:eastAsia="Times New Roman" w:hAnsi="Arial" w:cs="Arial"/>
          <w:b/>
          <w:bCs/>
        </w:rPr>
        <w:t>.</w:t>
      </w:r>
    </w:p>
    <w:p w14:paraId="28B290F7" w14:textId="7351CEB6" w:rsidR="0048185C" w:rsidRPr="00B104EF" w:rsidRDefault="0048185C" w:rsidP="00B104EF">
      <w:pPr>
        <w:pStyle w:val="Listaconvietas"/>
        <w:numPr>
          <w:ilvl w:val="0"/>
          <w:numId w:val="45"/>
        </w:numPr>
        <w:tabs>
          <w:tab w:val="left" w:pos="284"/>
        </w:tabs>
        <w:spacing w:before="240" w:after="200" w:line="276" w:lineRule="auto"/>
        <w:ind w:left="0" w:firstLine="0"/>
        <w:rPr>
          <w:rFonts w:ascii="Arial" w:hAnsi="Arial" w:cs="Arial"/>
          <w:lang w:val="es-MX"/>
        </w:rPr>
      </w:pPr>
      <w:r w:rsidRPr="00324341">
        <w:rPr>
          <w:rFonts w:ascii="Arial" w:hAnsi="Arial" w:cs="Arial"/>
          <w:lang w:val="es-MX"/>
        </w:rPr>
        <w:t xml:space="preserve">Declaración Jurada Simple, mediante la cual el postulante manifieste, bajo su exclusiva responsabilidad, que la actividad económica para la cual solicita autorización tiene carácter estrictamente esporádico u ocasional, que será desarrollada únicamente con ocasión de la presente actividad, y que su realización cumple con la normativa tributaria vigente, especialmente con lo dispuesto en la Ley </w:t>
      </w:r>
      <w:proofErr w:type="spellStart"/>
      <w:r w:rsidRPr="00324341">
        <w:rPr>
          <w:rFonts w:ascii="Arial" w:hAnsi="Arial" w:cs="Arial"/>
          <w:lang w:val="es-MX"/>
        </w:rPr>
        <w:t>N°</w:t>
      </w:r>
      <w:proofErr w:type="spellEnd"/>
      <w:r w:rsidRPr="00324341">
        <w:rPr>
          <w:rFonts w:ascii="Arial" w:hAnsi="Arial" w:cs="Arial"/>
          <w:lang w:val="es-MX"/>
        </w:rPr>
        <w:t xml:space="preserve"> 21.713 y las instrucciones impartidas por el Servicio de Impuestos Internos</w:t>
      </w:r>
      <w:r w:rsidRPr="00324341">
        <w:rPr>
          <w:rFonts w:ascii="Arial" w:hAnsi="Arial" w:cs="Arial"/>
          <w:b/>
          <w:bCs/>
          <w:lang w:val="es-MX"/>
        </w:rPr>
        <w:t>. (Anexo N°4)</w:t>
      </w:r>
      <w:r w:rsidRPr="00324341">
        <w:rPr>
          <w:rFonts w:ascii="Arial" w:hAnsi="Arial" w:cs="Arial"/>
          <w:lang w:val="es-MX"/>
        </w:rPr>
        <w:t> </w:t>
      </w:r>
      <w:r w:rsidRPr="00324341">
        <w:rPr>
          <w:rFonts w:ascii="Arial" w:eastAsia="Times New Roman" w:hAnsi="Arial" w:cs="Arial"/>
          <w:b/>
          <w:bCs/>
        </w:rPr>
        <w:t>Excluyente</w:t>
      </w:r>
      <w:r w:rsidR="00B104EF">
        <w:rPr>
          <w:rFonts w:ascii="Arial" w:eastAsia="Times New Roman" w:hAnsi="Arial" w:cs="Arial"/>
          <w:b/>
          <w:bCs/>
        </w:rPr>
        <w:t>.</w:t>
      </w:r>
    </w:p>
    <w:p w14:paraId="115336DF" w14:textId="77777777" w:rsidR="00B104EF" w:rsidRPr="00324341" w:rsidRDefault="00B104EF" w:rsidP="00B104EF">
      <w:pPr>
        <w:pStyle w:val="Listaconvietas"/>
        <w:tabs>
          <w:tab w:val="left" w:pos="284"/>
        </w:tabs>
        <w:spacing w:before="240" w:after="200" w:line="276" w:lineRule="auto"/>
        <w:rPr>
          <w:rFonts w:ascii="Arial" w:hAnsi="Arial" w:cs="Arial"/>
          <w:lang w:val="es-MX"/>
        </w:rPr>
      </w:pPr>
    </w:p>
    <w:p w14:paraId="04F14B2D" w14:textId="7B7B0B5C" w:rsidR="002846C8" w:rsidRDefault="00B104EF" w:rsidP="003A22E2">
      <w:pPr>
        <w:pStyle w:val="Listaconvietas"/>
        <w:tabs>
          <w:tab w:val="num" w:pos="1637"/>
        </w:tabs>
        <w:spacing w:after="0" w:line="276" w:lineRule="auto"/>
        <w:rPr>
          <w:rFonts w:ascii="Arial" w:eastAsia="Times New Roman" w:hAnsi="Arial" w:cs="Arial"/>
        </w:rPr>
      </w:pPr>
      <w:r w:rsidRPr="001C387C">
        <w:rPr>
          <w:rFonts w:ascii="Arial" w:hAnsi="Arial" w:cs="Arial"/>
          <w:b/>
          <w:bCs/>
        </w:rPr>
        <w:t>Nota:</w:t>
      </w:r>
      <w:r w:rsidRPr="001C387C">
        <w:rPr>
          <w:rFonts w:ascii="Arial" w:hAnsi="Arial" w:cs="Arial"/>
        </w:rPr>
        <w:t> </w:t>
      </w:r>
      <w:r w:rsidRPr="00DC512D">
        <w:rPr>
          <w:rFonts w:ascii="Arial" w:eastAsia="Times New Roman" w:hAnsi="Arial" w:cs="Arial"/>
        </w:rPr>
        <w:t xml:space="preserve">La omisión del Certificado de no mantener deudas (emitido por el Departamento de Rentas y Patentes), así como de los Anexos N°2 y N°3, </w:t>
      </w:r>
      <w:r w:rsidRPr="00DC512D">
        <w:rPr>
          <w:rFonts w:ascii="Arial" w:eastAsia="Times New Roman" w:hAnsi="Arial" w:cs="Arial"/>
          <w:b/>
          <w:bCs/>
        </w:rPr>
        <w:t>no será causal de inadmisibilidad</w:t>
      </w:r>
      <w:r w:rsidRPr="00DC512D">
        <w:rPr>
          <w:rFonts w:ascii="Arial" w:eastAsia="Times New Roman" w:hAnsi="Arial" w:cs="Arial"/>
        </w:rPr>
        <w:t xml:space="preserve"> en esta etapa. No obstante, dichos documentos deberán ser adjuntados y firmados al momento de la adjudicación del puesto, condición obligatoria para la emisión y pago del permiso municipal correspondiente.</w:t>
      </w:r>
    </w:p>
    <w:p w14:paraId="426F5755" w14:textId="77777777" w:rsidR="00A71F0F" w:rsidRPr="003A22E2" w:rsidRDefault="00A71F0F" w:rsidP="003A22E2">
      <w:pPr>
        <w:pStyle w:val="Listaconvietas"/>
        <w:tabs>
          <w:tab w:val="num" w:pos="1637"/>
        </w:tabs>
        <w:spacing w:after="0" w:line="276" w:lineRule="auto"/>
        <w:rPr>
          <w:rFonts w:ascii="Arial" w:eastAsia="Times New Roman" w:hAnsi="Arial" w:cs="Arial"/>
        </w:rPr>
      </w:pPr>
    </w:p>
    <w:p w14:paraId="1B5A6E2C" w14:textId="3A6FAFF9" w:rsidR="0048185C" w:rsidRPr="00324341" w:rsidRDefault="0048185C" w:rsidP="003A22E2">
      <w:pPr>
        <w:pStyle w:val="Listaconvietas"/>
        <w:numPr>
          <w:ilvl w:val="0"/>
          <w:numId w:val="46"/>
        </w:numPr>
        <w:tabs>
          <w:tab w:val="left" w:pos="284"/>
          <w:tab w:val="num" w:pos="1637"/>
        </w:tabs>
        <w:spacing w:before="240" w:after="200" w:line="276" w:lineRule="auto"/>
        <w:ind w:left="0" w:firstLine="0"/>
        <w:rPr>
          <w:rFonts w:ascii="Arial" w:hAnsi="Arial" w:cs="Arial"/>
        </w:rPr>
      </w:pPr>
      <w:r w:rsidRPr="00324341">
        <w:rPr>
          <w:rFonts w:ascii="Arial" w:eastAsia="Times New Roman" w:hAnsi="Arial" w:cs="Arial"/>
        </w:rPr>
        <w:t xml:space="preserve">Certificado emitido por el Departamento de Rentas y Patentes que acredite no mantener deudas con la Municipalidad. Documento que debe ser solicitado con a lo menos 24 horas de anticipación. </w:t>
      </w:r>
      <w:r w:rsidRPr="00324341">
        <w:rPr>
          <w:rFonts w:ascii="Arial" w:eastAsia="Times New Roman" w:hAnsi="Arial" w:cs="Arial"/>
          <w:b/>
          <w:bCs/>
        </w:rPr>
        <w:t>No Excluyente</w:t>
      </w:r>
      <w:r w:rsidR="003A22E2">
        <w:rPr>
          <w:rFonts w:ascii="Arial" w:eastAsia="Times New Roman" w:hAnsi="Arial" w:cs="Arial"/>
          <w:b/>
          <w:bCs/>
        </w:rPr>
        <w:t>.</w:t>
      </w:r>
    </w:p>
    <w:p w14:paraId="77414295" w14:textId="559EDC36" w:rsidR="0048185C" w:rsidRPr="00324341" w:rsidRDefault="0048185C" w:rsidP="003A22E2">
      <w:pPr>
        <w:pStyle w:val="Listaconvietas"/>
        <w:numPr>
          <w:ilvl w:val="0"/>
          <w:numId w:val="46"/>
        </w:numPr>
        <w:tabs>
          <w:tab w:val="left" w:pos="284"/>
          <w:tab w:val="num" w:pos="1637"/>
        </w:tabs>
        <w:spacing w:before="240" w:after="200" w:line="276" w:lineRule="auto"/>
        <w:ind w:left="0" w:firstLine="0"/>
        <w:rPr>
          <w:rFonts w:ascii="Arial" w:hAnsi="Arial" w:cs="Arial"/>
          <w:b/>
          <w:bCs/>
        </w:rPr>
      </w:pPr>
      <w:r w:rsidRPr="00324341">
        <w:rPr>
          <w:rFonts w:ascii="Arial" w:eastAsia="Times New Roman" w:hAnsi="Arial" w:cs="Arial"/>
        </w:rPr>
        <w:t xml:space="preserve">Compromiso de no utilización de plásticos de un solo uso, conforme a la Ley </w:t>
      </w:r>
      <w:proofErr w:type="spellStart"/>
      <w:r w:rsidRPr="00324341">
        <w:rPr>
          <w:rFonts w:ascii="Arial" w:eastAsia="Times New Roman" w:hAnsi="Arial" w:cs="Arial"/>
        </w:rPr>
        <w:t>N°</w:t>
      </w:r>
      <w:proofErr w:type="spellEnd"/>
      <w:r w:rsidRPr="00324341">
        <w:rPr>
          <w:rFonts w:ascii="Arial" w:eastAsia="Times New Roman" w:hAnsi="Arial" w:cs="Arial"/>
        </w:rPr>
        <w:t xml:space="preserve"> 21.368. </w:t>
      </w:r>
      <w:r w:rsidRPr="00324341">
        <w:rPr>
          <w:rFonts w:ascii="Arial" w:eastAsia="Times New Roman" w:hAnsi="Arial" w:cs="Arial"/>
          <w:b/>
          <w:bCs/>
        </w:rPr>
        <w:t xml:space="preserve">(ANEXO </w:t>
      </w:r>
      <w:proofErr w:type="spellStart"/>
      <w:r w:rsidRPr="00324341">
        <w:rPr>
          <w:rFonts w:ascii="Arial" w:eastAsia="Times New Roman" w:hAnsi="Arial" w:cs="Arial"/>
          <w:b/>
          <w:bCs/>
        </w:rPr>
        <w:t>N°</w:t>
      </w:r>
      <w:proofErr w:type="spellEnd"/>
      <w:r w:rsidRPr="00324341">
        <w:rPr>
          <w:rFonts w:ascii="Arial" w:eastAsia="Times New Roman" w:hAnsi="Arial" w:cs="Arial"/>
          <w:b/>
          <w:bCs/>
        </w:rPr>
        <w:t xml:space="preserve"> 2). No excluyente</w:t>
      </w:r>
      <w:r w:rsidR="003A22E2">
        <w:rPr>
          <w:rFonts w:ascii="Arial" w:eastAsia="Times New Roman" w:hAnsi="Arial" w:cs="Arial"/>
          <w:b/>
          <w:bCs/>
        </w:rPr>
        <w:t>.</w:t>
      </w:r>
    </w:p>
    <w:p w14:paraId="1DA43B9A" w14:textId="4A72E7CC" w:rsidR="0048185C" w:rsidRPr="00324341" w:rsidRDefault="0048185C" w:rsidP="003A22E2">
      <w:pPr>
        <w:pStyle w:val="Listaconvietas"/>
        <w:numPr>
          <w:ilvl w:val="0"/>
          <w:numId w:val="46"/>
        </w:numPr>
        <w:tabs>
          <w:tab w:val="left" w:pos="284"/>
          <w:tab w:val="num" w:pos="1637"/>
        </w:tabs>
        <w:spacing w:before="240" w:after="200" w:line="276" w:lineRule="auto"/>
        <w:ind w:left="0" w:firstLine="0"/>
        <w:rPr>
          <w:rFonts w:ascii="Arial" w:hAnsi="Arial" w:cs="Arial"/>
        </w:rPr>
      </w:pPr>
      <w:r w:rsidRPr="00324341">
        <w:rPr>
          <w:rFonts w:ascii="Arial" w:eastAsia="Times New Roman" w:hAnsi="Arial" w:cs="Arial"/>
        </w:rPr>
        <w:t xml:space="preserve">Declaración jurada simple de responsabilidad por cualquier inconveniente o accidente que ocurra durante el evento </w:t>
      </w:r>
      <w:r w:rsidRPr="00324341">
        <w:rPr>
          <w:rFonts w:ascii="Arial" w:eastAsia="Times New Roman" w:hAnsi="Arial" w:cs="Arial"/>
          <w:b/>
          <w:bCs/>
        </w:rPr>
        <w:t>(ANEXO N°3). No Excluyente</w:t>
      </w:r>
      <w:r w:rsidR="003A22E2">
        <w:rPr>
          <w:rFonts w:ascii="Arial" w:eastAsia="Times New Roman" w:hAnsi="Arial" w:cs="Arial"/>
          <w:b/>
          <w:bCs/>
        </w:rPr>
        <w:t>.</w:t>
      </w:r>
    </w:p>
    <w:p w14:paraId="408F44F5" w14:textId="77777777" w:rsidR="0048185C" w:rsidRPr="00324341" w:rsidRDefault="0048185C" w:rsidP="003A22E2">
      <w:pPr>
        <w:pStyle w:val="Listaconvietas"/>
        <w:numPr>
          <w:ilvl w:val="0"/>
          <w:numId w:val="46"/>
        </w:numPr>
        <w:tabs>
          <w:tab w:val="left" w:pos="284"/>
          <w:tab w:val="num" w:pos="1637"/>
        </w:tabs>
        <w:spacing w:before="240" w:after="200" w:line="276" w:lineRule="auto"/>
        <w:ind w:left="0" w:firstLine="0"/>
        <w:rPr>
          <w:rFonts w:ascii="Arial" w:hAnsi="Arial" w:cs="Arial"/>
        </w:rPr>
      </w:pPr>
      <w:r w:rsidRPr="00324341">
        <w:rPr>
          <w:rFonts w:ascii="Arial" w:eastAsia="Times New Roman" w:hAnsi="Arial" w:cs="Arial"/>
        </w:rPr>
        <w:t xml:space="preserve">Medios que acrediten experiencia como Fotografías o certificados de pago de permiso municipal. </w:t>
      </w:r>
      <w:r w:rsidRPr="00324341">
        <w:rPr>
          <w:rFonts w:ascii="Arial" w:eastAsia="Times New Roman" w:hAnsi="Arial" w:cs="Arial"/>
          <w:b/>
          <w:bCs/>
        </w:rPr>
        <w:t>No Excluyente</w:t>
      </w:r>
    </w:p>
    <w:p w14:paraId="535545D1" w14:textId="71711467" w:rsidR="0048185C" w:rsidRPr="00324341" w:rsidRDefault="0048185C" w:rsidP="003A22E2">
      <w:pPr>
        <w:pStyle w:val="Listaconvietas"/>
        <w:numPr>
          <w:ilvl w:val="0"/>
          <w:numId w:val="46"/>
        </w:numPr>
        <w:tabs>
          <w:tab w:val="left" w:pos="284"/>
          <w:tab w:val="num" w:pos="1637"/>
        </w:tabs>
        <w:spacing w:before="240" w:after="0" w:line="276" w:lineRule="auto"/>
        <w:ind w:left="0" w:firstLine="0"/>
        <w:rPr>
          <w:rFonts w:ascii="Arial" w:hAnsi="Arial" w:cs="Arial"/>
        </w:rPr>
      </w:pPr>
      <w:r w:rsidRPr="00324341">
        <w:rPr>
          <w:rFonts w:ascii="Arial" w:eastAsia="Times New Roman" w:hAnsi="Arial" w:cs="Arial"/>
        </w:rPr>
        <w:t xml:space="preserve">Certificado </w:t>
      </w:r>
      <w:r w:rsidR="003A22E2">
        <w:rPr>
          <w:rFonts w:ascii="Arial" w:eastAsia="Times New Roman" w:hAnsi="Arial" w:cs="Arial"/>
        </w:rPr>
        <w:t xml:space="preserve">que acredite participación en el año 2026 en alguno de los siguientes programas: </w:t>
      </w:r>
      <w:r w:rsidRPr="00324341">
        <w:rPr>
          <w:rFonts w:ascii="Arial" w:eastAsia="Times New Roman" w:hAnsi="Arial" w:cs="Arial"/>
        </w:rPr>
        <w:t xml:space="preserve">Oficina PMJH, SSYO, Oficina de la Mujer o Credencial de Discapacidad (sólo si corresponde). </w:t>
      </w:r>
      <w:r w:rsidRPr="00324341">
        <w:rPr>
          <w:rFonts w:ascii="Arial" w:eastAsia="Times New Roman" w:hAnsi="Arial" w:cs="Arial"/>
          <w:b/>
          <w:bCs/>
        </w:rPr>
        <w:t>No Excluyente</w:t>
      </w:r>
      <w:r w:rsidR="003A22E2">
        <w:rPr>
          <w:rFonts w:ascii="Arial" w:eastAsia="Times New Roman" w:hAnsi="Arial" w:cs="Arial"/>
          <w:b/>
          <w:bCs/>
        </w:rPr>
        <w:t>.</w:t>
      </w:r>
    </w:p>
    <w:p w14:paraId="29EB3C9C" w14:textId="77777777" w:rsidR="00D4787A" w:rsidRPr="00324341" w:rsidRDefault="00D4787A" w:rsidP="003A22E2">
      <w:pPr>
        <w:pStyle w:val="Listaconvietas"/>
        <w:tabs>
          <w:tab w:val="num" w:pos="1637"/>
        </w:tabs>
        <w:spacing w:before="240" w:after="0" w:line="240" w:lineRule="auto"/>
        <w:rPr>
          <w:rFonts w:ascii="Arial" w:eastAsia="Times New Roman" w:hAnsi="Arial" w:cs="Arial"/>
          <w:b/>
          <w:bCs/>
        </w:rPr>
      </w:pPr>
    </w:p>
    <w:p w14:paraId="4317A7CE" w14:textId="0834DBEB" w:rsidR="00257E6E" w:rsidRPr="00482313" w:rsidRDefault="00482313" w:rsidP="003A22E2">
      <w:pPr>
        <w:pStyle w:val="Listaconvietas"/>
        <w:tabs>
          <w:tab w:val="num" w:pos="1637"/>
        </w:tabs>
        <w:spacing w:before="240" w:after="0" w:line="240" w:lineRule="auto"/>
        <w:rPr>
          <w:rFonts w:ascii="Arial" w:hAnsi="Arial" w:cs="Arial"/>
        </w:rPr>
      </w:pPr>
      <w:r w:rsidRPr="00482313">
        <w:rPr>
          <w:rFonts w:ascii="Arial" w:hAnsi="Arial" w:cs="Arial"/>
          <w:b/>
          <w:bCs/>
        </w:rPr>
        <w:t xml:space="preserve">Nota: </w:t>
      </w:r>
      <w:r w:rsidRPr="00482313">
        <w:rPr>
          <w:rFonts w:ascii="Arial" w:hAnsi="Arial" w:cs="Arial"/>
        </w:rPr>
        <w:t xml:space="preserve">La presentación del Certificado de </w:t>
      </w:r>
      <w:r>
        <w:rPr>
          <w:rFonts w:ascii="Arial" w:hAnsi="Arial" w:cs="Arial"/>
        </w:rPr>
        <w:t>no</w:t>
      </w:r>
      <w:r w:rsidRPr="00482313">
        <w:rPr>
          <w:rFonts w:ascii="Arial" w:hAnsi="Arial" w:cs="Arial"/>
        </w:rPr>
        <w:t xml:space="preserve"> </w:t>
      </w:r>
      <w:r>
        <w:rPr>
          <w:rFonts w:ascii="Arial" w:hAnsi="Arial" w:cs="Arial"/>
        </w:rPr>
        <w:t>m</w:t>
      </w:r>
      <w:r w:rsidRPr="00482313">
        <w:rPr>
          <w:rFonts w:ascii="Arial" w:hAnsi="Arial" w:cs="Arial"/>
        </w:rPr>
        <w:t xml:space="preserve">antener </w:t>
      </w:r>
      <w:r>
        <w:rPr>
          <w:rFonts w:ascii="Arial" w:hAnsi="Arial" w:cs="Arial"/>
        </w:rPr>
        <w:t>d</w:t>
      </w:r>
      <w:r w:rsidRPr="00482313">
        <w:rPr>
          <w:rFonts w:ascii="Arial" w:hAnsi="Arial" w:cs="Arial"/>
        </w:rPr>
        <w:t xml:space="preserve">eudas con la </w:t>
      </w:r>
      <w:r>
        <w:rPr>
          <w:rFonts w:ascii="Arial" w:hAnsi="Arial" w:cs="Arial"/>
        </w:rPr>
        <w:t>m</w:t>
      </w:r>
      <w:r w:rsidRPr="00482313">
        <w:rPr>
          <w:rFonts w:ascii="Arial" w:hAnsi="Arial" w:cs="Arial"/>
        </w:rPr>
        <w:t xml:space="preserve">unicipalidad (emitido por el Departamento de Rentas y Patentes) y del Anexo </w:t>
      </w:r>
      <w:proofErr w:type="spellStart"/>
      <w:r w:rsidRPr="00482313">
        <w:rPr>
          <w:rFonts w:ascii="Arial" w:hAnsi="Arial" w:cs="Arial"/>
        </w:rPr>
        <w:t>N°</w:t>
      </w:r>
      <w:proofErr w:type="spellEnd"/>
      <w:r w:rsidRPr="00482313">
        <w:rPr>
          <w:rFonts w:ascii="Arial" w:hAnsi="Arial" w:cs="Arial"/>
        </w:rPr>
        <w:t xml:space="preserve"> 2 no es de carácter excluyente en la etapa de admisibilidad. Por lo tanto, su omisión inicial no dejará fuera de bases al postulante. Sin embargo, en caso de resultar adjudicado, ambos documentos deberán adjuntarse debidamente firmados como requisito obligatorio previo al pago del permiso municipal y a la formalización del puesto.</w:t>
      </w:r>
    </w:p>
    <w:p w14:paraId="7489E02A" w14:textId="77777777" w:rsidR="00482313" w:rsidRPr="00324341" w:rsidRDefault="00482313" w:rsidP="003A22E2">
      <w:pPr>
        <w:pStyle w:val="Listaconvietas"/>
        <w:tabs>
          <w:tab w:val="num" w:pos="1637"/>
        </w:tabs>
        <w:spacing w:before="240" w:after="0" w:line="240" w:lineRule="auto"/>
        <w:rPr>
          <w:rFonts w:ascii="Arial" w:hAnsi="Arial" w:cs="Arial"/>
          <w:b/>
          <w:bCs/>
        </w:rPr>
      </w:pPr>
    </w:p>
    <w:p w14:paraId="6C7936D8" w14:textId="7DED0A7A" w:rsidR="00FD5099" w:rsidRPr="00324341" w:rsidRDefault="00FD5099" w:rsidP="00F97584">
      <w:pPr>
        <w:spacing w:after="200" w:line="240" w:lineRule="auto"/>
        <w:rPr>
          <w:rFonts w:ascii="Arial" w:eastAsia="Times New Roman" w:hAnsi="Arial" w:cs="Arial"/>
          <w:b/>
        </w:rPr>
      </w:pPr>
      <w:r w:rsidRPr="00324341">
        <w:rPr>
          <w:rFonts w:ascii="Arial" w:eastAsia="Times New Roman" w:hAnsi="Arial" w:cs="Arial"/>
          <w:b/>
        </w:rPr>
        <w:t>VI</w:t>
      </w:r>
      <w:r w:rsidR="00E94FDA">
        <w:rPr>
          <w:rFonts w:ascii="Arial" w:eastAsia="Times New Roman" w:hAnsi="Arial" w:cs="Arial"/>
          <w:b/>
        </w:rPr>
        <w:t>I</w:t>
      </w:r>
      <w:r w:rsidRPr="00324341">
        <w:rPr>
          <w:rFonts w:ascii="Arial" w:eastAsia="Times New Roman" w:hAnsi="Arial" w:cs="Arial"/>
          <w:b/>
        </w:rPr>
        <w:t>. PLAZOS Y FORMATO DE POSTULACIÓN</w:t>
      </w:r>
      <w:r w:rsidR="001B5100">
        <w:rPr>
          <w:rFonts w:ascii="Arial" w:eastAsia="Times New Roman" w:hAnsi="Arial" w:cs="Arial"/>
          <w:b/>
        </w:rPr>
        <w:t>.</w:t>
      </w:r>
    </w:p>
    <w:tbl>
      <w:tblPr>
        <w:tblStyle w:val="Tablaconcuadrcula2"/>
        <w:tblW w:w="0" w:type="auto"/>
        <w:jc w:val="center"/>
        <w:tblLook w:val="04A0" w:firstRow="1" w:lastRow="0" w:firstColumn="1" w:lastColumn="0" w:noHBand="0" w:noVBand="1"/>
      </w:tblPr>
      <w:tblGrid>
        <w:gridCol w:w="4204"/>
        <w:gridCol w:w="4567"/>
      </w:tblGrid>
      <w:tr w:rsidR="00F62695" w:rsidRPr="00071963" w14:paraId="76165AAF" w14:textId="77777777" w:rsidTr="005766C6">
        <w:trPr>
          <w:trHeight w:val="723"/>
          <w:jc w:val="center"/>
        </w:trPr>
        <w:tc>
          <w:tcPr>
            <w:tcW w:w="4531" w:type="dxa"/>
            <w:shd w:val="clear" w:color="auto" w:fill="F2F2F2" w:themeFill="background1" w:themeFillShade="F2"/>
            <w:vAlign w:val="center"/>
          </w:tcPr>
          <w:p w14:paraId="0703E433" w14:textId="77777777" w:rsidR="00F62695" w:rsidRPr="00071963" w:rsidRDefault="00F62695" w:rsidP="005766C6">
            <w:pPr>
              <w:jc w:val="center"/>
              <w:rPr>
                <w:rFonts w:ascii="Arial" w:hAnsi="Arial" w:cs="Arial"/>
              </w:rPr>
            </w:pPr>
            <w:r w:rsidRPr="00071963">
              <w:rPr>
                <w:rFonts w:ascii="Arial" w:eastAsia="Times New Roman" w:hAnsi="Arial" w:cs="Arial"/>
                <w:b/>
                <w:bCs/>
              </w:rPr>
              <w:t>Publicación de bases (formato descargable)</w:t>
            </w:r>
          </w:p>
        </w:tc>
        <w:tc>
          <w:tcPr>
            <w:tcW w:w="4961" w:type="dxa"/>
            <w:vAlign w:val="center"/>
          </w:tcPr>
          <w:p w14:paraId="3B563AB1" w14:textId="77777777" w:rsidR="00F62695" w:rsidRPr="00071963" w:rsidRDefault="00F62695" w:rsidP="005766C6">
            <w:pPr>
              <w:jc w:val="both"/>
              <w:rPr>
                <w:rFonts w:ascii="Arial" w:hAnsi="Arial" w:cs="Arial"/>
              </w:rPr>
            </w:pPr>
            <w:r>
              <w:rPr>
                <w:rFonts w:ascii="Arial" w:hAnsi="Arial" w:cs="Arial"/>
              </w:rPr>
              <w:t>14 de octubre de 2026</w:t>
            </w:r>
          </w:p>
        </w:tc>
      </w:tr>
      <w:tr w:rsidR="00F62695" w:rsidRPr="00071963" w14:paraId="4F3C7C55" w14:textId="77777777" w:rsidTr="005766C6">
        <w:trPr>
          <w:trHeight w:val="704"/>
          <w:jc w:val="center"/>
        </w:trPr>
        <w:tc>
          <w:tcPr>
            <w:tcW w:w="4531" w:type="dxa"/>
            <w:shd w:val="clear" w:color="auto" w:fill="F2F2F2" w:themeFill="background1" w:themeFillShade="F2"/>
            <w:vAlign w:val="center"/>
          </w:tcPr>
          <w:p w14:paraId="52A1E93A" w14:textId="77777777" w:rsidR="00F62695" w:rsidRPr="00071963" w:rsidRDefault="00F62695" w:rsidP="005766C6">
            <w:pPr>
              <w:jc w:val="center"/>
              <w:rPr>
                <w:rFonts w:ascii="Arial" w:hAnsi="Arial" w:cs="Arial"/>
              </w:rPr>
            </w:pPr>
            <w:r w:rsidRPr="00071963">
              <w:rPr>
                <w:rFonts w:ascii="Arial" w:eastAsia="Times New Roman" w:hAnsi="Arial" w:cs="Arial"/>
                <w:b/>
                <w:bCs/>
              </w:rPr>
              <w:t>Retiro de bases impresas (opcional)</w:t>
            </w:r>
          </w:p>
        </w:tc>
        <w:tc>
          <w:tcPr>
            <w:tcW w:w="4961" w:type="dxa"/>
            <w:vAlign w:val="center"/>
          </w:tcPr>
          <w:p w14:paraId="287D4770" w14:textId="77777777" w:rsidR="00F62695" w:rsidRDefault="00F62695" w:rsidP="005766C6">
            <w:pPr>
              <w:jc w:val="both"/>
              <w:rPr>
                <w:rFonts w:ascii="Arial" w:hAnsi="Arial" w:cs="Arial"/>
              </w:rPr>
            </w:pPr>
            <w:r>
              <w:rPr>
                <w:rFonts w:ascii="Arial" w:hAnsi="Arial" w:cs="Arial"/>
              </w:rPr>
              <w:t xml:space="preserve">Desde el 14 al 21 de octubre de 2026. </w:t>
            </w:r>
          </w:p>
          <w:p w14:paraId="692A66B5" w14:textId="77777777" w:rsidR="00F62695" w:rsidRPr="002935E2" w:rsidRDefault="00F62695" w:rsidP="005766C6">
            <w:pPr>
              <w:jc w:val="both"/>
              <w:rPr>
                <w:rFonts w:ascii="Arial" w:hAnsi="Arial" w:cs="Arial"/>
              </w:rPr>
            </w:pPr>
            <w:r w:rsidRPr="002935E2">
              <w:rPr>
                <w:rFonts w:ascii="Arial" w:hAnsi="Arial" w:cs="Arial"/>
              </w:rPr>
              <w:t>Las bases podrán ser retiradas en los siguientes horarios:</w:t>
            </w:r>
          </w:p>
          <w:p w14:paraId="1AB3117C" w14:textId="77777777" w:rsidR="00F62695" w:rsidRPr="002935E2" w:rsidRDefault="00F62695" w:rsidP="00F62695">
            <w:pPr>
              <w:numPr>
                <w:ilvl w:val="0"/>
                <w:numId w:val="47"/>
              </w:numPr>
              <w:jc w:val="both"/>
              <w:rPr>
                <w:rFonts w:ascii="Arial" w:hAnsi="Arial" w:cs="Arial"/>
              </w:rPr>
            </w:pPr>
            <w:r w:rsidRPr="002935E2">
              <w:rPr>
                <w:rFonts w:ascii="Arial" w:hAnsi="Arial" w:cs="Arial"/>
              </w:rPr>
              <w:t>Lunes a jueves: de 08:30 a 14:00 horas y de 15:00 a 17:30 horas.</w:t>
            </w:r>
          </w:p>
          <w:p w14:paraId="62B292D1" w14:textId="77777777" w:rsidR="00F62695" w:rsidRPr="002935E2" w:rsidRDefault="00F62695" w:rsidP="00F62695">
            <w:pPr>
              <w:numPr>
                <w:ilvl w:val="0"/>
                <w:numId w:val="47"/>
              </w:numPr>
              <w:jc w:val="both"/>
              <w:rPr>
                <w:rFonts w:ascii="Arial" w:hAnsi="Arial" w:cs="Arial"/>
              </w:rPr>
            </w:pPr>
            <w:r w:rsidRPr="002935E2">
              <w:rPr>
                <w:rFonts w:ascii="Arial" w:hAnsi="Arial" w:cs="Arial"/>
              </w:rPr>
              <w:t>Viernes: de 08:30 a 14:00 horas y de 15:00 a 16:30 horas.</w:t>
            </w:r>
          </w:p>
          <w:p w14:paraId="77B754C8" w14:textId="77777777" w:rsidR="00F62695" w:rsidRPr="00071963" w:rsidRDefault="00F62695" w:rsidP="005766C6">
            <w:pPr>
              <w:jc w:val="both"/>
              <w:rPr>
                <w:rFonts w:ascii="Arial" w:hAnsi="Arial" w:cs="Arial"/>
              </w:rPr>
            </w:pPr>
          </w:p>
        </w:tc>
      </w:tr>
      <w:tr w:rsidR="00F62695" w:rsidRPr="00071963" w14:paraId="46255A7A" w14:textId="77777777" w:rsidTr="005766C6">
        <w:trPr>
          <w:trHeight w:val="696"/>
          <w:jc w:val="center"/>
        </w:trPr>
        <w:tc>
          <w:tcPr>
            <w:tcW w:w="4531" w:type="dxa"/>
            <w:shd w:val="clear" w:color="auto" w:fill="F2F2F2" w:themeFill="background1" w:themeFillShade="F2"/>
            <w:vAlign w:val="center"/>
          </w:tcPr>
          <w:p w14:paraId="5E7AB67F" w14:textId="77777777" w:rsidR="00F62695" w:rsidRPr="00071963" w:rsidRDefault="00F62695" w:rsidP="005766C6">
            <w:pPr>
              <w:jc w:val="center"/>
              <w:rPr>
                <w:rFonts w:ascii="Arial" w:hAnsi="Arial" w:cs="Arial"/>
              </w:rPr>
            </w:pPr>
            <w:r w:rsidRPr="00071963">
              <w:rPr>
                <w:rFonts w:ascii="Arial" w:eastAsia="Times New Roman" w:hAnsi="Arial" w:cs="Arial"/>
                <w:b/>
                <w:bCs/>
              </w:rPr>
              <w:t>Lugar de Retiro de las Bases impresas</w:t>
            </w:r>
          </w:p>
        </w:tc>
        <w:tc>
          <w:tcPr>
            <w:tcW w:w="4961" w:type="dxa"/>
            <w:vAlign w:val="center"/>
          </w:tcPr>
          <w:p w14:paraId="24B81C60" w14:textId="77777777" w:rsidR="00F62695" w:rsidRPr="00071963" w:rsidRDefault="00F62695" w:rsidP="005766C6">
            <w:pPr>
              <w:jc w:val="both"/>
              <w:rPr>
                <w:rFonts w:ascii="Arial" w:hAnsi="Arial" w:cs="Arial"/>
              </w:rPr>
            </w:pPr>
            <w:r w:rsidRPr="00071963">
              <w:rPr>
                <w:rFonts w:ascii="Arial" w:hAnsi="Arial" w:cs="Arial"/>
              </w:rPr>
              <w:t xml:space="preserve">Oficina de Fomento Productivo, Centro de Emprendimiento, Calle Herrera </w:t>
            </w:r>
            <w:proofErr w:type="spellStart"/>
            <w:r w:rsidRPr="00071963">
              <w:rPr>
                <w:rFonts w:ascii="Arial" w:hAnsi="Arial" w:cs="Arial"/>
              </w:rPr>
              <w:t>N°</w:t>
            </w:r>
            <w:proofErr w:type="spellEnd"/>
            <w:r w:rsidRPr="00071963">
              <w:rPr>
                <w:rFonts w:ascii="Arial" w:hAnsi="Arial" w:cs="Arial"/>
              </w:rPr>
              <w:t xml:space="preserve"> 100, Población Jackson Papen, Chiguayante.</w:t>
            </w:r>
          </w:p>
        </w:tc>
      </w:tr>
      <w:tr w:rsidR="00F62695" w:rsidRPr="00071963" w14:paraId="5EE8B8A6" w14:textId="77777777" w:rsidTr="005766C6">
        <w:trPr>
          <w:trHeight w:val="448"/>
          <w:jc w:val="center"/>
        </w:trPr>
        <w:tc>
          <w:tcPr>
            <w:tcW w:w="4531" w:type="dxa"/>
            <w:shd w:val="clear" w:color="auto" w:fill="F2F2F2" w:themeFill="background1" w:themeFillShade="F2"/>
            <w:vAlign w:val="center"/>
          </w:tcPr>
          <w:p w14:paraId="220CDEBA" w14:textId="77777777" w:rsidR="00F62695" w:rsidRPr="00071963" w:rsidRDefault="00F62695" w:rsidP="005766C6">
            <w:pPr>
              <w:jc w:val="center"/>
              <w:rPr>
                <w:rFonts w:ascii="Arial" w:hAnsi="Arial" w:cs="Arial"/>
                <w:b/>
                <w:bCs/>
              </w:rPr>
            </w:pPr>
            <w:r w:rsidRPr="00071963">
              <w:rPr>
                <w:rFonts w:ascii="Arial" w:hAnsi="Arial" w:cs="Arial"/>
                <w:b/>
                <w:bCs/>
              </w:rPr>
              <w:lastRenderedPageBreak/>
              <w:t>Reunión aclaratoria de bases</w:t>
            </w:r>
          </w:p>
        </w:tc>
        <w:tc>
          <w:tcPr>
            <w:tcW w:w="4961" w:type="dxa"/>
            <w:vAlign w:val="center"/>
          </w:tcPr>
          <w:p w14:paraId="62C94854" w14:textId="77777777" w:rsidR="00F62695" w:rsidRPr="00071963" w:rsidRDefault="00F62695" w:rsidP="005766C6">
            <w:pPr>
              <w:jc w:val="both"/>
              <w:rPr>
                <w:rFonts w:ascii="Arial" w:hAnsi="Arial" w:cs="Arial"/>
              </w:rPr>
            </w:pPr>
            <w:r>
              <w:rPr>
                <w:rFonts w:ascii="Arial" w:hAnsi="Arial" w:cs="Arial"/>
              </w:rPr>
              <w:t xml:space="preserve">16 de octubre a las 15:30 hrs. En Centro de Emprendimiento, </w:t>
            </w:r>
            <w:r w:rsidRPr="00071963">
              <w:rPr>
                <w:rFonts w:ascii="Arial" w:hAnsi="Arial" w:cs="Arial"/>
              </w:rPr>
              <w:t xml:space="preserve">Calle Herrera </w:t>
            </w:r>
            <w:proofErr w:type="spellStart"/>
            <w:r w:rsidRPr="00071963">
              <w:rPr>
                <w:rFonts w:ascii="Arial" w:hAnsi="Arial" w:cs="Arial"/>
              </w:rPr>
              <w:t>N°</w:t>
            </w:r>
            <w:proofErr w:type="spellEnd"/>
            <w:r w:rsidRPr="00071963">
              <w:rPr>
                <w:rFonts w:ascii="Arial" w:hAnsi="Arial" w:cs="Arial"/>
              </w:rPr>
              <w:t xml:space="preserve"> 100, Población Jackson Papen, Chiguayante.</w:t>
            </w:r>
          </w:p>
        </w:tc>
      </w:tr>
      <w:tr w:rsidR="00F62695" w:rsidRPr="00071963" w14:paraId="4C3B54C5" w14:textId="77777777" w:rsidTr="005766C6">
        <w:trPr>
          <w:trHeight w:val="442"/>
          <w:jc w:val="center"/>
        </w:trPr>
        <w:tc>
          <w:tcPr>
            <w:tcW w:w="4531" w:type="dxa"/>
            <w:shd w:val="clear" w:color="auto" w:fill="F2F2F2" w:themeFill="background1" w:themeFillShade="F2"/>
            <w:vAlign w:val="center"/>
          </w:tcPr>
          <w:p w14:paraId="210094FE" w14:textId="77777777" w:rsidR="00F62695" w:rsidRPr="00071963" w:rsidRDefault="00F62695" w:rsidP="005766C6">
            <w:pPr>
              <w:jc w:val="center"/>
              <w:rPr>
                <w:rFonts w:ascii="Arial" w:hAnsi="Arial" w:cs="Arial"/>
                <w:b/>
                <w:bCs/>
              </w:rPr>
            </w:pPr>
            <w:r w:rsidRPr="00071963">
              <w:rPr>
                <w:rFonts w:ascii="Arial" w:hAnsi="Arial" w:cs="Arial"/>
                <w:b/>
                <w:bCs/>
              </w:rPr>
              <w:t>Plazo máximo entrega sobre de postulación</w:t>
            </w:r>
          </w:p>
        </w:tc>
        <w:tc>
          <w:tcPr>
            <w:tcW w:w="4961" w:type="dxa"/>
            <w:vAlign w:val="center"/>
          </w:tcPr>
          <w:p w14:paraId="2E60A233" w14:textId="77777777" w:rsidR="00F62695" w:rsidRPr="00071963" w:rsidRDefault="00F62695" w:rsidP="005766C6">
            <w:pPr>
              <w:jc w:val="both"/>
              <w:rPr>
                <w:rFonts w:ascii="Arial" w:hAnsi="Arial" w:cs="Arial"/>
              </w:rPr>
            </w:pPr>
            <w:r>
              <w:rPr>
                <w:rFonts w:ascii="Arial" w:hAnsi="Arial" w:cs="Arial"/>
              </w:rPr>
              <w:t xml:space="preserve">21 de octubre a las 14:00 hrs. </w:t>
            </w:r>
          </w:p>
        </w:tc>
      </w:tr>
      <w:tr w:rsidR="00F62695" w:rsidRPr="00071963" w14:paraId="09ECE3BB" w14:textId="77777777" w:rsidTr="005766C6">
        <w:trPr>
          <w:trHeight w:val="699"/>
          <w:jc w:val="center"/>
        </w:trPr>
        <w:tc>
          <w:tcPr>
            <w:tcW w:w="4531" w:type="dxa"/>
            <w:shd w:val="clear" w:color="auto" w:fill="F2F2F2" w:themeFill="background1" w:themeFillShade="F2"/>
            <w:vAlign w:val="center"/>
          </w:tcPr>
          <w:p w14:paraId="1B2FE608" w14:textId="77777777" w:rsidR="00F62695" w:rsidRPr="00071963" w:rsidRDefault="00F62695" w:rsidP="005766C6">
            <w:pPr>
              <w:jc w:val="center"/>
              <w:rPr>
                <w:rFonts w:ascii="Arial" w:hAnsi="Arial" w:cs="Arial"/>
                <w:b/>
                <w:bCs/>
              </w:rPr>
            </w:pPr>
            <w:r w:rsidRPr="00071963">
              <w:rPr>
                <w:rFonts w:ascii="Arial" w:hAnsi="Arial" w:cs="Arial"/>
                <w:b/>
                <w:bCs/>
              </w:rPr>
              <w:t>Lugar y horario de entrega de sobre de postulación</w:t>
            </w:r>
          </w:p>
        </w:tc>
        <w:tc>
          <w:tcPr>
            <w:tcW w:w="4961" w:type="dxa"/>
            <w:vAlign w:val="center"/>
          </w:tcPr>
          <w:p w14:paraId="179879EE" w14:textId="77777777" w:rsidR="00F62695" w:rsidRPr="002935E2" w:rsidRDefault="00F62695" w:rsidP="005766C6">
            <w:pPr>
              <w:jc w:val="both"/>
              <w:rPr>
                <w:rFonts w:ascii="Arial" w:hAnsi="Arial" w:cs="Arial"/>
              </w:rPr>
            </w:pPr>
            <w:r w:rsidRPr="002935E2">
              <w:rPr>
                <w:rFonts w:ascii="Arial" w:hAnsi="Arial" w:cs="Arial"/>
              </w:rPr>
              <w:t xml:space="preserve">Lunes a </w:t>
            </w:r>
            <w:r>
              <w:rPr>
                <w:rFonts w:ascii="Arial" w:hAnsi="Arial" w:cs="Arial"/>
              </w:rPr>
              <w:t>viernes</w:t>
            </w:r>
            <w:r w:rsidRPr="002935E2">
              <w:rPr>
                <w:rFonts w:ascii="Arial" w:hAnsi="Arial" w:cs="Arial"/>
              </w:rPr>
              <w:t>: de 08:30 a 14:00 h</w:t>
            </w:r>
            <w:r>
              <w:rPr>
                <w:rFonts w:ascii="Arial" w:hAnsi="Arial" w:cs="Arial"/>
              </w:rPr>
              <w:t>r</w:t>
            </w:r>
            <w:r w:rsidRPr="002935E2">
              <w:rPr>
                <w:rFonts w:ascii="Arial" w:hAnsi="Arial" w:cs="Arial"/>
              </w:rPr>
              <w:t>s</w:t>
            </w:r>
            <w:r>
              <w:rPr>
                <w:rFonts w:ascii="Arial" w:hAnsi="Arial" w:cs="Arial"/>
              </w:rPr>
              <w:t>.</w:t>
            </w:r>
          </w:p>
          <w:p w14:paraId="4F8A5BB4" w14:textId="77777777" w:rsidR="00F62695" w:rsidRPr="00071963" w:rsidRDefault="00F62695" w:rsidP="005766C6">
            <w:pPr>
              <w:jc w:val="both"/>
              <w:rPr>
                <w:rFonts w:ascii="Arial" w:hAnsi="Arial" w:cs="Arial"/>
              </w:rPr>
            </w:pPr>
            <w:r w:rsidRPr="00071963">
              <w:rPr>
                <w:rFonts w:ascii="Arial" w:hAnsi="Arial" w:cs="Arial"/>
              </w:rPr>
              <w:t xml:space="preserve">Oficina de Partes de la Municipalidad de Chiguayante, Orozimbo Barbosa </w:t>
            </w:r>
            <w:proofErr w:type="spellStart"/>
            <w:r w:rsidRPr="00071963">
              <w:rPr>
                <w:rFonts w:ascii="Arial" w:hAnsi="Arial" w:cs="Arial"/>
              </w:rPr>
              <w:t>N°</w:t>
            </w:r>
            <w:proofErr w:type="spellEnd"/>
            <w:r w:rsidRPr="00071963">
              <w:rPr>
                <w:rFonts w:ascii="Arial" w:hAnsi="Arial" w:cs="Arial"/>
              </w:rPr>
              <w:t xml:space="preserve"> 104, </w:t>
            </w:r>
            <w:r>
              <w:rPr>
                <w:rFonts w:ascii="Arial" w:hAnsi="Arial" w:cs="Arial"/>
              </w:rPr>
              <w:t>Chiguayante.</w:t>
            </w:r>
          </w:p>
        </w:tc>
      </w:tr>
      <w:tr w:rsidR="00F62695" w:rsidRPr="00071963" w14:paraId="152302D0" w14:textId="77777777" w:rsidTr="005766C6">
        <w:trPr>
          <w:trHeight w:val="699"/>
          <w:jc w:val="center"/>
        </w:trPr>
        <w:tc>
          <w:tcPr>
            <w:tcW w:w="4531" w:type="dxa"/>
            <w:shd w:val="clear" w:color="auto" w:fill="F2F2F2" w:themeFill="background1" w:themeFillShade="F2"/>
            <w:vAlign w:val="center"/>
          </w:tcPr>
          <w:p w14:paraId="5FE94084" w14:textId="77777777" w:rsidR="00F62695" w:rsidRPr="00071963" w:rsidRDefault="00F62695" w:rsidP="005766C6">
            <w:pPr>
              <w:jc w:val="center"/>
              <w:rPr>
                <w:rFonts w:ascii="Arial" w:hAnsi="Arial" w:cs="Arial"/>
                <w:b/>
                <w:bCs/>
              </w:rPr>
            </w:pPr>
            <w:r w:rsidRPr="00071963">
              <w:rPr>
                <w:rFonts w:ascii="Arial" w:hAnsi="Arial" w:cs="Arial"/>
                <w:b/>
                <w:bCs/>
              </w:rPr>
              <w:t>Reunión coordinación con seleccionados/as</w:t>
            </w:r>
          </w:p>
        </w:tc>
        <w:tc>
          <w:tcPr>
            <w:tcW w:w="4961" w:type="dxa"/>
            <w:vAlign w:val="center"/>
          </w:tcPr>
          <w:p w14:paraId="125D0204" w14:textId="77777777" w:rsidR="00F62695" w:rsidRPr="00071963" w:rsidRDefault="00F62695" w:rsidP="005766C6">
            <w:pPr>
              <w:jc w:val="both"/>
              <w:rPr>
                <w:rFonts w:ascii="Arial" w:hAnsi="Arial" w:cs="Arial"/>
              </w:rPr>
            </w:pPr>
            <w:r w:rsidRPr="00071963">
              <w:rPr>
                <w:rFonts w:ascii="Arial" w:hAnsi="Arial" w:cs="Arial"/>
              </w:rPr>
              <w:t>Fecha, hora y lugar serán informados oportunamente a los/as seleccionados/as.</w:t>
            </w:r>
          </w:p>
        </w:tc>
      </w:tr>
    </w:tbl>
    <w:p w14:paraId="167D7AD1" w14:textId="77777777" w:rsidR="008B5171" w:rsidRDefault="008B5171" w:rsidP="00F97584">
      <w:pPr>
        <w:spacing w:after="0" w:line="240" w:lineRule="auto"/>
        <w:rPr>
          <w:rFonts w:ascii="Arial" w:hAnsi="Arial" w:cs="Arial"/>
          <w:b/>
          <w:bCs/>
        </w:rPr>
      </w:pPr>
    </w:p>
    <w:p w14:paraId="3F75064F" w14:textId="77777777" w:rsidR="007405F7" w:rsidRPr="0093401C" w:rsidRDefault="007405F7" w:rsidP="007405F7">
      <w:pPr>
        <w:spacing w:before="54"/>
        <w:ind w:right="49"/>
        <w:rPr>
          <w:rFonts w:ascii="Arial" w:hAnsi="Arial" w:cs="Arial"/>
          <w:lang w:val="es-MX"/>
        </w:rPr>
      </w:pPr>
      <w:r w:rsidRPr="0093401C">
        <w:rPr>
          <w:rFonts w:ascii="Arial" w:hAnsi="Arial" w:cs="Arial"/>
          <w:lang w:val="es-MX"/>
        </w:rPr>
        <w:t>En caso de que la cantidad de postulantes para estas categorías no sean suficientes para cubrir la totalidad de los cupos ofertados, o bien, que tras la revisión de admisibilidad efectuada por la comisión evaluadora no se cuente con el número requerido de postulaciones admisibles, se procederá a realizar un nuevo proceso de postulación acotado, el cual se regirá conforme al siguiente calendario.</w:t>
      </w:r>
    </w:p>
    <w:p w14:paraId="077FDA32" w14:textId="77777777" w:rsidR="007405F7" w:rsidRPr="0093401C" w:rsidRDefault="007405F7" w:rsidP="007405F7">
      <w:pPr>
        <w:spacing w:before="54"/>
        <w:ind w:right="49"/>
        <w:rPr>
          <w:rFonts w:ascii="Arial" w:hAnsi="Arial" w:cs="Arial"/>
          <w:lang w:val="es-MX"/>
        </w:rPr>
      </w:pPr>
      <w:r w:rsidRPr="0093401C">
        <w:rPr>
          <w:rFonts w:ascii="Arial" w:hAnsi="Arial" w:cs="Arial"/>
          <w:lang w:val="es-MX"/>
        </w:rPr>
        <w:t>Las postulaciones que se reciban en esta instancia serán evaluadas por la comisión y se sumarán a aquellas ya revisadas, con el objeto de completar la totalidad de los cupos disponibles.</w:t>
      </w:r>
    </w:p>
    <w:p w14:paraId="05493E83" w14:textId="77777777" w:rsidR="007405F7" w:rsidRDefault="007405F7" w:rsidP="00F97584">
      <w:pPr>
        <w:spacing w:after="0" w:line="240" w:lineRule="auto"/>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4"/>
        <w:gridCol w:w="4567"/>
      </w:tblGrid>
      <w:tr w:rsidR="007405F7" w:rsidRPr="0093401C" w14:paraId="63FCE65B" w14:textId="77777777" w:rsidTr="00A8686A">
        <w:trPr>
          <w:trHeight w:val="723"/>
          <w:jc w:val="center"/>
        </w:trPr>
        <w:tc>
          <w:tcPr>
            <w:tcW w:w="4531" w:type="dxa"/>
            <w:shd w:val="clear" w:color="auto" w:fill="F2F2F2"/>
            <w:vAlign w:val="center"/>
          </w:tcPr>
          <w:p w14:paraId="37541EFB" w14:textId="77777777" w:rsidR="007405F7" w:rsidRPr="0093401C" w:rsidRDefault="007405F7" w:rsidP="00A8686A">
            <w:pPr>
              <w:jc w:val="center"/>
              <w:rPr>
                <w:rFonts w:ascii="Arial" w:eastAsia="Aptos" w:hAnsi="Arial" w:cs="Arial"/>
                <w:kern w:val="2"/>
              </w:rPr>
            </w:pPr>
            <w:r w:rsidRPr="0093401C">
              <w:rPr>
                <w:rFonts w:ascii="Arial" w:hAnsi="Arial" w:cs="Arial"/>
                <w:b/>
                <w:bCs/>
                <w:kern w:val="2"/>
              </w:rPr>
              <w:t>Publicación de bases (formato descargable)</w:t>
            </w:r>
          </w:p>
        </w:tc>
        <w:tc>
          <w:tcPr>
            <w:tcW w:w="4961" w:type="dxa"/>
            <w:vAlign w:val="center"/>
          </w:tcPr>
          <w:p w14:paraId="3135474B" w14:textId="77777777" w:rsidR="007405F7" w:rsidRPr="0093401C" w:rsidRDefault="007405F7" w:rsidP="00A8686A">
            <w:pPr>
              <w:jc w:val="center"/>
              <w:rPr>
                <w:rFonts w:ascii="Arial" w:eastAsia="Aptos" w:hAnsi="Arial" w:cs="Arial"/>
                <w:kern w:val="2"/>
              </w:rPr>
            </w:pPr>
            <w:r w:rsidRPr="0093401C">
              <w:rPr>
                <w:rFonts w:ascii="Arial" w:eastAsia="Aptos" w:hAnsi="Arial" w:cs="Arial"/>
                <w:kern w:val="2"/>
              </w:rPr>
              <w:t>28 de octubre de 2026</w:t>
            </w:r>
          </w:p>
        </w:tc>
      </w:tr>
      <w:tr w:rsidR="007405F7" w:rsidRPr="0093401C" w14:paraId="48BF8659" w14:textId="77777777" w:rsidTr="00A8686A">
        <w:trPr>
          <w:trHeight w:val="704"/>
          <w:jc w:val="center"/>
        </w:trPr>
        <w:tc>
          <w:tcPr>
            <w:tcW w:w="4531" w:type="dxa"/>
            <w:shd w:val="clear" w:color="auto" w:fill="F2F2F2"/>
            <w:vAlign w:val="center"/>
          </w:tcPr>
          <w:p w14:paraId="781E104A" w14:textId="77777777" w:rsidR="007405F7" w:rsidRPr="0093401C" w:rsidRDefault="007405F7" w:rsidP="00A8686A">
            <w:pPr>
              <w:jc w:val="center"/>
              <w:rPr>
                <w:rFonts w:ascii="Arial" w:eastAsia="Aptos" w:hAnsi="Arial" w:cs="Arial"/>
                <w:kern w:val="2"/>
              </w:rPr>
            </w:pPr>
            <w:r w:rsidRPr="0093401C">
              <w:rPr>
                <w:rFonts w:ascii="Arial" w:hAnsi="Arial" w:cs="Arial"/>
                <w:b/>
                <w:bCs/>
                <w:kern w:val="2"/>
              </w:rPr>
              <w:t>Retiro de bases impresas (opcional)</w:t>
            </w:r>
          </w:p>
        </w:tc>
        <w:tc>
          <w:tcPr>
            <w:tcW w:w="4961" w:type="dxa"/>
            <w:vAlign w:val="center"/>
          </w:tcPr>
          <w:p w14:paraId="3463E1EB" w14:textId="77777777" w:rsidR="007405F7" w:rsidRPr="0093401C" w:rsidRDefault="007405F7" w:rsidP="00A8686A">
            <w:pPr>
              <w:rPr>
                <w:rFonts w:ascii="Arial" w:eastAsia="Aptos" w:hAnsi="Arial" w:cs="Arial"/>
                <w:kern w:val="2"/>
              </w:rPr>
            </w:pPr>
            <w:r w:rsidRPr="0093401C">
              <w:rPr>
                <w:rFonts w:ascii="Arial" w:eastAsia="Aptos" w:hAnsi="Arial" w:cs="Arial"/>
                <w:kern w:val="2"/>
              </w:rPr>
              <w:t xml:space="preserve">Desde el 28 de octubre al 03 de noviembre de 2026. </w:t>
            </w:r>
          </w:p>
          <w:p w14:paraId="76DEB1BC" w14:textId="77777777" w:rsidR="007405F7" w:rsidRPr="0093401C" w:rsidRDefault="007405F7" w:rsidP="00A8686A">
            <w:pPr>
              <w:rPr>
                <w:rFonts w:ascii="Arial" w:eastAsia="Aptos" w:hAnsi="Arial" w:cs="Arial"/>
                <w:kern w:val="2"/>
              </w:rPr>
            </w:pPr>
            <w:r w:rsidRPr="0093401C">
              <w:rPr>
                <w:rFonts w:ascii="Arial" w:eastAsia="Aptos" w:hAnsi="Arial" w:cs="Arial"/>
                <w:kern w:val="2"/>
              </w:rPr>
              <w:t>Las bases podrán ser retiradas en los siguientes horarios:</w:t>
            </w:r>
          </w:p>
          <w:p w14:paraId="5855706F" w14:textId="77777777" w:rsidR="007405F7" w:rsidRPr="0093401C" w:rsidRDefault="007405F7" w:rsidP="007405F7">
            <w:pPr>
              <w:numPr>
                <w:ilvl w:val="0"/>
                <w:numId w:val="47"/>
              </w:numPr>
              <w:spacing w:after="0" w:line="240" w:lineRule="auto"/>
              <w:rPr>
                <w:rFonts w:ascii="Arial" w:eastAsia="Aptos" w:hAnsi="Arial" w:cs="Arial"/>
                <w:kern w:val="2"/>
              </w:rPr>
            </w:pPr>
            <w:r w:rsidRPr="0093401C">
              <w:rPr>
                <w:rFonts w:ascii="Arial" w:eastAsia="Aptos" w:hAnsi="Arial" w:cs="Arial"/>
                <w:kern w:val="2"/>
              </w:rPr>
              <w:t>Lunes a jueves: de 08:30 a 14:00 horas y de 15:00 a 17:30 horas.</w:t>
            </w:r>
          </w:p>
          <w:p w14:paraId="60C724F8" w14:textId="77777777" w:rsidR="007405F7" w:rsidRPr="0093401C" w:rsidRDefault="007405F7" w:rsidP="007405F7">
            <w:pPr>
              <w:numPr>
                <w:ilvl w:val="0"/>
                <w:numId w:val="47"/>
              </w:numPr>
              <w:spacing w:after="0" w:line="240" w:lineRule="auto"/>
              <w:rPr>
                <w:rFonts w:ascii="Arial" w:eastAsia="Aptos" w:hAnsi="Arial" w:cs="Arial"/>
                <w:kern w:val="2"/>
              </w:rPr>
            </w:pPr>
            <w:r w:rsidRPr="0093401C">
              <w:rPr>
                <w:rFonts w:ascii="Arial" w:eastAsia="Aptos" w:hAnsi="Arial" w:cs="Arial"/>
                <w:kern w:val="2"/>
              </w:rPr>
              <w:t>Viernes: de 08:30 a 14:00 horas y de 15:00 a 16:30 horas.</w:t>
            </w:r>
          </w:p>
          <w:p w14:paraId="52E22558" w14:textId="77777777" w:rsidR="007405F7" w:rsidRPr="0093401C" w:rsidRDefault="007405F7" w:rsidP="00A8686A">
            <w:pPr>
              <w:rPr>
                <w:rFonts w:ascii="Arial" w:eastAsia="Aptos" w:hAnsi="Arial" w:cs="Arial"/>
                <w:kern w:val="2"/>
              </w:rPr>
            </w:pPr>
          </w:p>
        </w:tc>
      </w:tr>
      <w:tr w:rsidR="007405F7" w:rsidRPr="0093401C" w14:paraId="426198F2" w14:textId="77777777" w:rsidTr="00A8686A">
        <w:trPr>
          <w:trHeight w:val="696"/>
          <w:jc w:val="center"/>
        </w:trPr>
        <w:tc>
          <w:tcPr>
            <w:tcW w:w="4531" w:type="dxa"/>
            <w:shd w:val="clear" w:color="auto" w:fill="F2F2F2"/>
            <w:vAlign w:val="center"/>
          </w:tcPr>
          <w:p w14:paraId="7691D4F4" w14:textId="77777777" w:rsidR="007405F7" w:rsidRPr="0093401C" w:rsidRDefault="007405F7" w:rsidP="00A8686A">
            <w:pPr>
              <w:jc w:val="center"/>
              <w:rPr>
                <w:rFonts w:ascii="Arial" w:eastAsia="Aptos" w:hAnsi="Arial" w:cs="Arial"/>
                <w:kern w:val="2"/>
              </w:rPr>
            </w:pPr>
            <w:r w:rsidRPr="0093401C">
              <w:rPr>
                <w:rFonts w:ascii="Arial" w:hAnsi="Arial" w:cs="Arial"/>
                <w:b/>
                <w:bCs/>
                <w:kern w:val="2"/>
              </w:rPr>
              <w:t>Lugar de Retiro de las Bases impresas</w:t>
            </w:r>
          </w:p>
        </w:tc>
        <w:tc>
          <w:tcPr>
            <w:tcW w:w="4961" w:type="dxa"/>
            <w:vAlign w:val="center"/>
          </w:tcPr>
          <w:p w14:paraId="53A37F90" w14:textId="77777777" w:rsidR="007405F7" w:rsidRPr="0093401C" w:rsidRDefault="007405F7" w:rsidP="00A8686A">
            <w:pPr>
              <w:rPr>
                <w:rFonts w:ascii="Arial" w:eastAsia="Aptos" w:hAnsi="Arial" w:cs="Arial"/>
                <w:kern w:val="2"/>
              </w:rPr>
            </w:pPr>
            <w:r w:rsidRPr="0093401C">
              <w:rPr>
                <w:rFonts w:ascii="Arial" w:eastAsia="Aptos" w:hAnsi="Arial" w:cs="Arial"/>
                <w:kern w:val="2"/>
              </w:rPr>
              <w:t xml:space="preserve">Oficina de Fomento Productivo, Centro de Emprendimiento, Calle Herrera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100, Población Jackson Papen, Chiguayante.</w:t>
            </w:r>
          </w:p>
        </w:tc>
      </w:tr>
      <w:tr w:rsidR="007405F7" w:rsidRPr="0093401C" w14:paraId="29A11E74" w14:textId="77777777" w:rsidTr="00A8686A">
        <w:trPr>
          <w:trHeight w:val="448"/>
          <w:jc w:val="center"/>
        </w:trPr>
        <w:tc>
          <w:tcPr>
            <w:tcW w:w="4531" w:type="dxa"/>
            <w:shd w:val="clear" w:color="auto" w:fill="F2F2F2"/>
            <w:vAlign w:val="center"/>
          </w:tcPr>
          <w:p w14:paraId="35354964" w14:textId="77777777" w:rsidR="007405F7" w:rsidRPr="0093401C" w:rsidRDefault="007405F7" w:rsidP="00A8686A">
            <w:pPr>
              <w:jc w:val="center"/>
              <w:rPr>
                <w:rFonts w:ascii="Arial" w:eastAsia="Aptos" w:hAnsi="Arial" w:cs="Arial"/>
                <w:b/>
                <w:bCs/>
                <w:kern w:val="2"/>
              </w:rPr>
            </w:pPr>
            <w:r w:rsidRPr="0093401C">
              <w:rPr>
                <w:rFonts w:ascii="Arial" w:eastAsia="Aptos" w:hAnsi="Arial" w:cs="Arial"/>
                <w:b/>
                <w:bCs/>
                <w:kern w:val="2"/>
              </w:rPr>
              <w:t>Reunión aclaratoria de bases</w:t>
            </w:r>
          </w:p>
        </w:tc>
        <w:tc>
          <w:tcPr>
            <w:tcW w:w="4961" w:type="dxa"/>
            <w:vAlign w:val="center"/>
          </w:tcPr>
          <w:p w14:paraId="584D541F" w14:textId="77777777" w:rsidR="007405F7" w:rsidRPr="0093401C" w:rsidRDefault="007405F7" w:rsidP="00A8686A">
            <w:pPr>
              <w:rPr>
                <w:rFonts w:ascii="Arial" w:eastAsia="Aptos" w:hAnsi="Arial" w:cs="Arial"/>
                <w:kern w:val="2"/>
              </w:rPr>
            </w:pPr>
            <w:r w:rsidRPr="0093401C">
              <w:rPr>
                <w:rFonts w:ascii="Arial" w:eastAsia="Aptos" w:hAnsi="Arial" w:cs="Arial"/>
                <w:kern w:val="2"/>
              </w:rPr>
              <w:t xml:space="preserve">29 de octubre a las 15:30 hrs. En Centro de Emprendimiento, Calle Herrera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100, Población Jackson Papen, Chiguayante.</w:t>
            </w:r>
          </w:p>
        </w:tc>
      </w:tr>
      <w:tr w:rsidR="007405F7" w:rsidRPr="0093401C" w14:paraId="6AFAF51E" w14:textId="77777777" w:rsidTr="00A8686A">
        <w:trPr>
          <w:trHeight w:val="442"/>
          <w:jc w:val="center"/>
        </w:trPr>
        <w:tc>
          <w:tcPr>
            <w:tcW w:w="4531" w:type="dxa"/>
            <w:shd w:val="clear" w:color="auto" w:fill="F2F2F2"/>
            <w:vAlign w:val="center"/>
          </w:tcPr>
          <w:p w14:paraId="2519FEEA" w14:textId="77777777" w:rsidR="007405F7" w:rsidRPr="0093401C" w:rsidRDefault="007405F7" w:rsidP="00A8686A">
            <w:pPr>
              <w:jc w:val="center"/>
              <w:rPr>
                <w:rFonts w:ascii="Arial" w:eastAsia="Aptos" w:hAnsi="Arial" w:cs="Arial"/>
                <w:b/>
                <w:bCs/>
                <w:kern w:val="2"/>
              </w:rPr>
            </w:pPr>
            <w:r w:rsidRPr="0093401C">
              <w:rPr>
                <w:rFonts w:ascii="Arial" w:eastAsia="Aptos" w:hAnsi="Arial" w:cs="Arial"/>
                <w:b/>
                <w:bCs/>
                <w:kern w:val="2"/>
              </w:rPr>
              <w:t>Plazo máximo entrega sobre de postulación</w:t>
            </w:r>
          </w:p>
        </w:tc>
        <w:tc>
          <w:tcPr>
            <w:tcW w:w="4961" w:type="dxa"/>
            <w:vAlign w:val="center"/>
          </w:tcPr>
          <w:p w14:paraId="71552861" w14:textId="77777777" w:rsidR="007405F7" w:rsidRPr="0093401C" w:rsidRDefault="007405F7" w:rsidP="00A8686A">
            <w:pPr>
              <w:rPr>
                <w:rFonts w:ascii="Arial" w:eastAsia="Aptos" w:hAnsi="Arial" w:cs="Arial"/>
                <w:kern w:val="2"/>
              </w:rPr>
            </w:pPr>
            <w:r w:rsidRPr="0093401C">
              <w:rPr>
                <w:rFonts w:ascii="Arial" w:eastAsia="Aptos" w:hAnsi="Arial" w:cs="Arial"/>
                <w:kern w:val="2"/>
              </w:rPr>
              <w:t xml:space="preserve">03 de noviembre a las 14:00 hrs. </w:t>
            </w:r>
          </w:p>
        </w:tc>
      </w:tr>
      <w:tr w:rsidR="007405F7" w:rsidRPr="0093401C" w14:paraId="2206BB91" w14:textId="77777777" w:rsidTr="00A8686A">
        <w:trPr>
          <w:trHeight w:val="699"/>
          <w:jc w:val="center"/>
        </w:trPr>
        <w:tc>
          <w:tcPr>
            <w:tcW w:w="4531" w:type="dxa"/>
            <w:shd w:val="clear" w:color="auto" w:fill="F2F2F2"/>
            <w:vAlign w:val="center"/>
          </w:tcPr>
          <w:p w14:paraId="389A5EAF" w14:textId="77777777" w:rsidR="007405F7" w:rsidRPr="0093401C" w:rsidRDefault="007405F7" w:rsidP="00A8686A">
            <w:pPr>
              <w:jc w:val="center"/>
              <w:rPr>
                <w:rFonts w:ascii="Arial" w:eastAsia="Aptos" w:hAnsi="Arial" w:cs="Arial"/>
                <w:b/>
                <w:bCs/>
                <w:kern w:val="2"/>
              </w:rPr>
            </w:pPr>
            <w:r w:rsidRPr="0093401C">
              <w:rPr>
                <w:rFonts w:ascii="Arial" w:eastAsia="Aptos" w:hAnsi="Arial" w:cs="Arial"/>
                <w:b/>
                <w:bCs/>
                <w:kern w:val="2"/>
              </w:rPr>
              <w:t>Lugar y horario de entrega de sobre de postulación</w:t>
            </w:r>
          </w:p>
        </w:tc>
        <w:tc>
          <w:tcPr>
            <w:tcW w:w="4961" w:type="dxa"/>
            <w:vAlign w:val="center"/>
          </w:tcPr>
          <w:p w14:paraId="152F30E0" w14:textId="77777777" w:rsidR="007405F7" w:rsidRPr="0093401C" w:rsidRDefault="007405F7" w:rsidP="00A8686A">
            <w:pPr>
              <w:rPr>
                <w:rFonts w:ascii="Arial" w:eastAsia="Aptos" w:hAnsi="Arial" w:cs="Arial"/>
                <w:kern w:val="2"/>
              </w:rPr>
            </w:pPr>
            <w:r w:rsidRPr="0093401C">
              <w:rPr>
                <w:rFonts w:ascii="Arial" w:eastAsia="Aptos" w:hAnsi="Arial" w:cs="Arial"/>
                <w:kern w:val="2"/>
              </w:rPr>
              <w:t>Lunes a viernes: de 08:30 a 14:00 hrs.</w:t>
            </w:r>
          </w:p>
          <w:p w14:paraId="4E72B7EC" w14:textId="77777777" w:rsidR="007405F7" w:rsidRPr="0093401C" w:rsidRDefault="007405F7" w:rsidP="00A8686A">
            <w:pPr>
              <w:rPr>
                <w:rFonts w:ascii="Arial" w:eastAsia="Aptos" w:hAnsi="Arial" w:cs="Arial"/>
                <w:kern w:val="2"/>
              </w:rPr>
            </w:pPr>
            <w:r w:rsidRPr="0093401C">
              <w:rPr>
                <w:rFonts w:ascii="Arial" w:eastAsia="Aptos" w:hAnsi="Arial" w:cs="Arial"/>
                <w:kern w:val="2"/>
              </w:rPr>
              <w:t xml:space="preserve">Oficina de Partes de la Municipalidad de Chiguayante, Orozimbo Barbosa </w:t>
            </w:r>
            <w:proofErr w:type="spellStart"/>
            <w:r w:rsidRPr="0093401C">
              <w:rPr>
                <w:rFonts w:ascii="Arial" w:eastAsia="Aptos" w:hAnsi="Arial" w:cs="Arial"/>
                <w:kern w:val="2"/>
              </w:rPr>
              <w:t>N°</w:t>
            </w:r>
            <w:proofErr w:type="spellEnd"/>
            <w:r w:rsidRPr="0093401C">
              <w:rPr>
                <w:rFonts w:ascii="Arial" w:eastAsia="Aptos" w:hAnsi="Arial" w:cs="Arial"/>
                <w:kern w:val="2"/>
              </w:rPr>
              <w:t xml:space="preserve"> 104, Chiguayante.</w:t>
            </w:r>
          </w:p>
        </w:tc>
      </w:tr>
      <w:tr w:rsidR="007405F7" w:rsidRPr="0093401C" w14:paraId="5AC028E0" w14:textId="77777777" w:rsidTr="00A8686A">
        <w:trPr>
          <w:trHeight w:val="699"/>
          <w:jc w:val="center"/>
        </w:trPr>
        <w:tc>
          <w:tcPr>
            <w:tcW w:w="4531" w:type="dxa"/>
            <w:shd w:val="clear" w:color="auto" w:fill="F2F2F2"/>
            <w:vAlign w:val="center"/>
          </w:tcPr>
          <w:p w14:paraId="7756738D" w14:textId="77777777" w:rsidR="007405F7" w:rsidRPr="0093401C" w:rsidRDefault="007405F7" w:rsidP="00A8686A">
            <w:pPr>
              <w:jc w:val="center"/>
              <w:rPr>
                <w:rFonts w:ascii="Arial" w:eastAsia="Aptos" w:hAnsi="Arial" w:cs="Arial"/>
                <w:b/>
                <w:bCs/>
                <w:kern w:val="2"/>
              </w:rPr>
            </w:pPr>
            <w:r w:rsidRPr="0093401C">
              <w:rPr>
                <w:rFonts w:ascii="Arial" w:eastAsia="Aptos" w:hAnsi="Arial" w:cs="Arial"/>
                <w:b/>
                <w:bCs/>
                <w:kern w:val="2"/>
              </w:rPr>
              <w:t>Reunión coordinación con seleccionados/as</w:t>
            </w:r>
          </w:p>
        </w:tc>
        <w:tc>
          <w:tcPr>
            <w:tcW w:w="4961" w:type="dxa"/>
            <w:vAlign w:val="center"/>
          </w:tcPr>
          <w:p w14:paraId="4A9BEC2C" w14:textId="77777777" w:rsidR="007405F7" w:rsidRPr="0093401C" w:rsidRDefault="007405F7" w:rsidP="00A8686A">
            <w:pPr>
              <w:rPr>
                <w:rFonts w:ascii="Arial" w:eastAsia="Aptos" w:hAnsi="Arial" w:cs="Arial"/>
                <w:kern w:val="2"/>
              </w:rPr>
            </w:pPr>
            <w:r w:rsidRPr="0093401C">
              <w:rPr>
                <w:rFonts w:ascii="Arial" w:eastAsia="Aptos" w:hAnsi="Arial" w:cs="Arial"/>
                <w:kern w:val="2"/>
              </w:rPr>
              <w:t>Fecha, hora y lugar serán informados oportunamente a los/as seleccionados/as.</w:t>
            </w:r>
          </w:p>
        </w:tc>
      </w:tr>
    </w:tbl>
    <w:p w14:paraId="3C9199E9" w14:textId="77777777" w:rsidR="007405F7" w:rsidRDefault="007405F7" w:rsidP="00F97584">
      <w:pPr>
        <w:spacing w:after="0" w:line="240" w:lineRule="auto"/>
        <w:rPr>
          <w:rFonts w:ascii="Arial" w:hAnsi="Arial" w:cs="Arial"/>
          <w:b/>
          <w:bCs/>
        </w:rPr>
      </w:pPr>
    </w:p>
    <w:p w14:paraId="44E92674" w14:textId="77777777" w:rsidR="007405F7" w:rsidRPr="00324341" w:rsidRDefault="007405F7" w:rsidP="00F97584">
      <w:pPr>
        <w:spacing w:after="0" w:line="240" w:lineRule="auto"/>
        <w:rPr>
          <w:rFonts w:ascii="Arial" w:hAnsi="Arial" w:cs="Arial"/>
          <w:b/>
          <w:bCs/>
        </w:rPr>
      </w:pPr>
    </w:p>
    <w:p w14:paraId="54D86310" w14:textId="2DA73614" w:rsidR="00FD5099" w:rsidRPr="00324341" w:rsidRDefault="00E94FDA" w:rsidP="00F97584">
      <w:pPr>
        <w:spacing w:after="200" w:line="240" w:lineRule="auto"/>
        <w:rPr>
          <w:rFonts w:ascii="Arial" w:hAnsi="Arial" w:cs="Arial"/>
        </w:rPr>
      </w:pPr>
      <w:r>
        <w:rPr>
          <w:rFonts w:ascii="Arial" w:hAnsi="Arial" w:cs="Arial"/>
          <w:b/>
          <w:bCs/>
        </w:rPr>
        <w:lastRenderedPageBreak/>
        <w:t xml:space="preserve">VIII. </w:t>
      </w:r>
      <w:r w:rsidR="00FD5099" w:rsidRPr="00324341">
        <w:rPr>
          <w:rFonts w:ascii="Arial" w:hAnsi="Arial" w:cs="Arial"/>
          <w:b/>
          <w:bCs/>
        </w:rPr>
        <w:t xml:space="preserve">DE LA PRESENTACIÓN DE LA </w:t>
      </w:r>
      <w:r w:rsidR="00C00B8F" w:rsidRPr="00324341">
        <w:rPr>
          <w:rFonts w:ascii="Arial" w:hAnsi="Arial" w:cs="Arial"/>
          <w:b/>
          <w:bCs/>
        </w:rPr>
        <w:t>POSTULACIÓN</w:t>
      </w:r>
      <w:r w:rsidR="00361F79">
        <w:rPr>
          <w:rFonts w:ascii="Arial" w:hAnsi="Arial" w:cs="Arial"/>
          <w:b/>
          <w:bCs/>
        </w:rPr>
        <w:t>.</w:t>
      </w:r>
    </w:p>
    <w:p w14:paraId="0C5D42A5" w14:textId="53D0935E" w:rsidR="00FD5099" w:rsidRPr="00324341" w:rsidRDefault="00FD5099" w:rsidP="00C00B8F">
      <w:pPr>
        <w:spacing w:after="0" w:line="276" w:lineRule="auto"/>
        <w:ind w:firstLine="720"/>
        <w:rPr>
          <w:rFonts w:ascii="Arial" w:hAnsi="Arial" w:cs="Arial"/>
        </w:rPr>
      </w:pPr>
      <w:r w:rsidRPr="00324341">
        <w:rPr>
          <w:rFonts w:ascii="Arial" w:hAnsi="Arial" w:cs="Arial"/>
        </w:rPr>
        <w:t xml:space="preserve">Las postulaciones se presentarán en un </w:t>
      </w:r>
      <w:r w:rsidRPr="00324341">
        <w:rPr>
          <w:rFonts w:ascii="Arial" w:hAnsi="Arial" w:cs="Arial"/>
          <w:b/>
          <w:bCs/>
        </w:rPr>
        <w:t>SOBRE CERRADO</w:t>
      </w:r>
      <w:r w:rsidRPr="00324341">
        <w:rPr>
          <w:rFonts w:ascii="Arial" w:hAnsi="Arial" w:cs="Arial"/>
        </w:rPr>
        <w:t xml:space="preserve"> y caratulado, llevando la siguiente inscripción: </w:t>
      </w:r>
      <w:r w:rsidRPr="00324341">
        <w:rPr>
          <w:rFonts w:ascii="Arial" w:hAnsi="Arial" w:cs="Arial"/>
          <w:b/>
          <w:bCs/>
        </w:rPr>
        <w:t>POSTULACI</w:t>
      </w:r>
      <w:r w:rsidR="00C00B8F">
        <w:rPr>
          <w:rFonts w:ascii="Arial" w:hAnsi="Arial" w:cs="Arial"/>
          <w:b/>
          <w:bCs/>
        </w:rPr>
        <w:t>Ó</w:t>
      </w:r>
      <w:r w:rsidRPr="00324341">
        <w:rPr>
          <w:rFonts w:ascii="Arial" w:hAnsi="Arial" w:cs="Arial"/>
          <w:b/>
          <w:bCs/>
        </w:rPr>
        <w:t xml:space="preserve">N </w:t>
      </w:r>
      <w:r w:rsidRPr="00324341">
        <w:rPr>
          <w:rFonts w:ascii="Arial" w:eastAsia="Times New Roman" w:hAnsi="Arial" w:cs="Arial"/>
          <w:b/>
          <w:bCs/>
        </w:rPr>
        <w:t>STAND DE ARTESANÍA Y MANUALIDADES</w:t>
      </w:r>
      <w:r w:rsidRPr="00324341">
        <w:rPr>
          <w:rFonts w:ascii="Arial" w:hAnsi="Arial" w:cs="Arial"/>
        </w:rPr>
        <w:t>.</w:t>
      </w:r>
    </w:p>
    <w:p w14:paraId="7B539C3E" w14:textId="77777777" w:rsidR="0048185C" w:rsidRPr="00324341" w:rsidRDefault="0048185C" w:rsidP="00C00B8F">
      <w:pPr>
        <w:spacing w:after="0" w:line="276" w:lineRule="auto"/>
        <w:rPr>
          <w:rFonts w:ascii="Arial" w:hAnsi="Arial" w:cs="Arial"/>
        </w:rPr>
      </w:pPr>
    </w:p>
    <w:p w14:paraId="5D8D658C" w14:textId="34033D4E" w:rsidR="0048185C" w:rsidRDefault="0048185C" w:rsidP="00C00B8F">
      <w:pPr>
        <w:spacing w:after="0" w:line="276" w:lineRule="auto"/>
        <w:ind w:firstLine="360"/>
        <w:rPr>
          <w:rFonts w:ascii="Arial" w:hAnsi="Arial" w:cs="Arial"/>
        </w:rPr>
      </w:pPr>
      <w:r w:rsidRPr="00324341">
        <w:rPr>
          <w:rFonts w:ascii="Arial" w:hAnsi="Arial" w:cs="Arial"/>
        </w:rPr>
        <w:t>El sobre deberá indicar:</w:t>
      </w:r>
    </w:p>
    <w:p w14:paraId="1990B78B" w14:textId="77777777" w:rsidR="00F62695" w:rsidRPr="00324341" w:rsidRDefault="00F62695" w:rsidP="00C00B8F">
      <w:pPr>
        <w:spacing w:after="0" w:line="276" w:lineRule="auto"/>
        <w:ind w:firstLine="360"/>
        <w:rPr>
          <w:rFonts w:ascii="Arial" w:hAnsi="Arial" w:cs="Arial"/>
        </w:rPr>
      </w:pPr>
    </w:p>
    <w:p w14:paraId="147D85C7" w14:textId="0CBE6429" w:rsidR="0048185C" w:rsidRPr="00324341" w:rsidRDefault="0048185C" w:rsidP="00C00B8F">
      <w:pPr>
        <w:pStyle w:val="Prrafodelista"/>
        <w:numPr>
          <w:ilvl w:val="0"/>
          <w:numId w:val="14"/>
        </w:numPr>
        <w:tabs>
          <w:tab w:val="left" w:pos="284"/>
        </w:tabs>
        <w:spacing w:after="0" w:line="276" w:lineRule="auto"/>
        <w:ind w:left="0" w:firstLine="0"/>
        <w:rPr>
          <w:rFonts w:ascii="Arial" w:hAnsi="Arial" w:cs="Arial"/>
        </w:rPr>
      </w:pPr>
      <w:bookmarkStart w:id="6" w:name="_Hlk203162476"/>
      <w:r w:rsidRPr="00324341">
        <w:rPr>
          <w:rFonts w:ascii="Arial" w:hAnsi="Arial" w:cs="Arial"/>
        </w:rPr>
        <w:t>Nombre completo del/a postulante (nombre de persona natural o jurídica que postula y no de quien entrega postulación)</w:t>
      </w:r>
      <w:r w:rsidR="00850E8E">
        <w:rPr>
          <w:rFonts w:ascii="Arial" w:hAnsi="Arial" w:cs="Arial"/>
        </w:rPr>
        <w:t>.</w:t>
      </w:r>
    </w:p>
    <w:p w14:paraId="2E81D592" w14:textId="7F153D60" w:rsidR="0048185C" w:rsidRPr="00324341" w:rsidRDefault="0048185C" w:rsidP="00C00B8F">
      <w:pPr>
        <w:pStyle w:val="Prrafodelista"/>
        <w:numPr>
          <w:ilvl w:val="0"/>
          <w:numId w:val="14"/>
        </w:numPr>
        <w:tabs>
          <w:tab w:val="left" w:pos="284"/>
        </w:tabs>
        <w:spacing w:after="0" w:line="276" w:lineRule="auto"/>
        <w:ind w:left="0" w:firstLine="0"/>
        <w:rPr>
          <w:rFonts w:ascii="Arial" w:hAnsi="Arial" w:cs="Arial"/>
        </w:rPr>
      </w:pPr>
      <w:r w:rsidRPr="00324341">
        <w:rPr>
          <w:rFonts w:ascii="Arial" w:hAnsi="Arial" w:cs="Arial"/>
        </w:rPr>
        <w:t>Rubro al que postula</w:t>
      </w:r>
      <w:r w:rsidR="00850E8E">
        <w:rPr>
          <w:rFonts w:ascii="Arial" w:hAnsi="Arial" w:cs="Arial"/>
        </w:rPr>
        <w:t>.</w:t>
      </w:r>
    </w:p>
    <w:p w14:paraId="45EB174F" w14:textId="57C003DB" w:rsidR="0048185C" w:rsidRPr="00324341" w:rsidRDefault="0048185C" w:rsidP="00C00B8F">
      <w:pPr>
        <w:pStyle w:val="Prrafodelista"/>
        <w:numPr>
          <w:ilvl w:val="0"/>
          <w:numId w:val="14"/>
        </w:numPr>
        <w:tabs>
          <w:tab w:val="left" w:pos="284"/>
        </w:tabs>
        <w:spacing w:after="0" w:line="276" w:lineRule="auto"/>
        <w:ind w:left="0" w:firstLine="0"/>
        <w:rPr>
          <w:rFonts w:ascii="Arial" w:hAnsi="Arial" w:cs="Arial"/>
        </w:rPr>
      </w:pPr>
      <w:r w:rsidRPr="00324341">
        <w:rPr>
          <w:rFonts w:ascii="Arial" w:hAnsi="Arial" w:cs="Arial"/>
        </w:rPr>
        <w:t xml:space="preserve">Teléfono de </w:t>
      </w:r>
      <w:r w:rsidR="00850E8E" w:rsidRPr="00324341">
        <w:rPr>
          <w:rFonts w:ascii="Arial" w:hAnsi="Arial" w:cs="Arial"/>
        </w:rPr>
        <w:t>contacto.</w:t>
      </w:r>
    </w:p>
    <w:p w14:paraId="66EA004C" w14:textId="7D876BB7" w:rsidR="0048185C" w:rsidRPr="00324341" w:rsidRDefault="0048185C" w:rsidP="00C00B8F">
      <w:pPr>
        <w:pStyle w:val="Prrafodelista"/>
        <w:numPr>
          <w:ilvl w:val="0"/>
          <w:numId w:val="14"/>
        </w:numPr>
        <w:tabs>
          <w:tab w:val="left" w:pos="284"/>
        </w:tabs>
        <w:spacing w:after="0" w:line="276" w:lineRule="auto"/>
        <w:ind w:left="0" w:firstLine="0"/>
        <w:rPr>
          <w:rFonts w:ascii="Arial" w:hAnsi="Arial" w:cs="Arial"/>
        </w:rPr>
      </w:pPr>
      <w:r w:rsidRPr="00324341">
        <w:rPr>
          <w:rFonts w:ascii="Arial" w:hAnsi="Arial" w:cs="Arial"/>
        </w:rPr>
        <w:t>Correo electrónico</w:t>
      </w:r>
      <w:bookmarkEnd w:id="6"/>
      <w:r w:rsidR="00850E8E">
        <w:rPr>
          <w:rFonts w:ascii="Arial" w:hAnsi="Arial" w:cs="Arial"/>
        </w:rPr>
        <w:t>.</w:t>
      </w:r>
    </w:p>
    <w:p w14:paraId="3A1A5234" w14:textId="77777777" w:rsidR="0048185C" w:rsidRPr="00324341" w:rsidRDefault="0048185C" w:rsidP="00C00B8F">
      <w:pPr>
        <w:pStyle w:val="Prrafodelista"/>
        <w:spacing w:after="0" w:line="276" w:lineRule="auto"/>
        <w:rPr>
          <w:rFonts w:ascii="Arial" w:hAnsi="Arial" w:cs="Arial"/>
        </w:rPr>
      </w:pPr>
    </w:p>
    <w:p w14:paraId="1ED072A1" w14:textId="7C60BAAD" w:rsidR="0048185C" w:rsidRPr="00324341" w:rsidRDefault="0048185C" w:rsidP="00C00B8F">
      <w:pPr>
        <w:spacing w:after="0" w:line="276" w:lineRule="auto"/>
        <w:ind w:firstLine="720"/>
        <w:rPr>
          <w:rFonts w:ascii="Arial" w:eastAsia="Times New Roman" w:hAnsi="Arial" w:cs="Arial"/>
          <w:b/>
        </w:rPr>
      </w:pPr>
      <w:r w:rsidRPr="00324341">
        <w:rPr>
          <w:rFonts w:ascii="Arial" w:hAnsi="Arial" w:cs="Arial"/>
        </w:rPr>
        <w:t xml:space="preserve">En el sobre de postulación se debe incluir </w:t>
      </w:r>
      <w:r w:rsidRPr="00324341">
        <w:rPr>
          <w:rFonts w:ascii="Arial" w:hAnsi="Arial" w:cs="Arial"/>
          <w:b/>
          <w:bCs/>
          <w:i/>
          <w:iCs/>
          <w:u w:val="single"/>
        </w:rPr>
        <w:t>toda la documentación que respalde su postulación</w:t>
      </w:r>
      <w:r w:rsidRPr="00324341">
        <w:rPr>
          <w:rFonts w:ascii="Arial" w:hAnsi="Arial" w:cs="Arial"/>
        </w:rPr>
        <w:t>, de acuerdo a lo indicado en el numeral V</w:t>
      </w:r>
      <w:r w:rsidR="00850E8E">
        <w:rPr>
          <w:rFonts w:ascii="Arial" w:hAnsi="Arial" w:cs="Arial"/>
        </w:rPr>
        <w:t>I</w:t>
      </w:r>
      <w:r w:rsidRPr="00324341">
        <w:rPr>
          <w:rFonts w:ascii="Arial" w:hAnsi="Arial" w:cs="Arial"/>
        </w:rPr>
        <w:t>.</w:t>
      </w:r>
    </w:p>
    <w:p w14:paraId="5784B9FC" w14:textId="77777777" w:rsidR="00636147" w:rsidRPr="00324341" w:rsidRDefault="00636147" w:rsidP="00C00B8F">
      <w:pPr>
        <w:spacing w:after="0" w:line="276" w:lineRule="auto"/>
        <w:rPr>
          <w:rFonts w:ascii="Arial" w:eastAsia="Times New Roman" w:hAnsi="Arial" w:cs="Arial"/>
          <w:b/>
        </w:rPr>
      </w:pPr>
    </w:p>
    <w:p w14:paraId="67EBF648" w14:textId="55D1D678" w:rsidR="00FD5099" w:rsidRPr="00324341" w:rsidRDefault="00FD5099" w:rsidP="00C00B8F">
      <w:pPr>
        <w:spacing w:after="200" w:line="276" w:lineRule="auto"/>
        <w:rPr>
          <w:rFonts w:ascii="Arial" w:hAnsi="Arial" w:cs="Arial"/>
        </w:rPr>
      </w:pPr>
      <w:r w:rsidRPr="00324341">
        <w:rPr>
          <w:rFonts w:ascii="Arial" w:eastAsia="Times New Roman" w:hAnsi="Arial" w:cs="Arial"/>
          <w:b/>
        </w:rPr>
        <w:t>I</w:t>
      </w:r>
      <w:r w:rsidR="00E94FDA">
        <w:rPr>
          <w:rFonts w:ascii="Arial" w:eastAsia="Times New Roman" w:hAnsi="Arial" w:cs="Arial"/>
          <w:b/>
        </w:rPr>
        <w:t>X</w:t>
      </w:r>
      <w:r w:rsidRPr="00324341">
        <w:rPr>
          <w:rFonts w:ascii="Arial" w:eastAsia="Times New Roman" w:hAnsi="Arial" w:cs="Arial"/>
          <w:b/>
        </w:rPr>
        <w:t>. PROCESO DE EVALUACIÓ</w:t>
      </w:r>
      <w:r w:rsidR="00FE37A6">
        <w:rPr>
          <w:rFonts w:ascii="Arial" w:eastAsia="Times New Roman" w:hAnsi="Arial" w:cs="Arial"/>
          <w:b/>
        </w:rPr>
        <w:t>N.</w:t>
      </w:r>
    </w:p>
    <w:p w14:paraId="097048E3" w14:textId="6A8B1944" w:rsidR="00636147" w:rsidRPr="004F2D15" w:rsidRDefault="00FD5099" w:rsidP="004F2D15">
      <w:pPr>
        <w:numPr>
          <w:ilvl w:val="0"/>
          <w:numId w:val="13"/>
        </w:numPr>
        <w:tabs>
          <w:tab w:val="left" w:pos="284"/>
        </w:tabs>
        <w:spacing w:after="200" w:line="276" w:lineRule="auto"/>
        <w:ind w:left="0" w:firstLine="0"/>
        <w:contextualSpacing/>
        <w:rPr>
          <w:rFonts w:ascii="Arial" w:eastAsia="Times New Roman" w:hAnsi="Arial" w:cs="Arial"/>
          <w:b/>
          <w:bCs/>
        </w:rPr>
      </w:pPr>
      <w:r w:rsidRPr="00324341">
        <w:rPr>
          <w:rFonts w:ascii="Arial" w:eastAsia="Times New Roman" w:hAnsi="Arial" w:cs="Arial"/>
          <w:b/>
          <w:bCs/>
        </w:rPr>
        <w:t>Admisibilidad</w:t>
      </w:r>
      <w:r w:rsidR="009556F7">
        <w:rPr>
          <w:rFonts w:ascii="Arial" w:eastAsia="Times New Roman" w:hAnsi="Arial" w:cs="Arial"/>
          <w:b/>
          <w:bCs/>
        </w:rPr>
        <w:t>.</w:t>
      </w:r>
    </w:p>
    <w:p w14:paraId="7BAA056E" w14:textId="7DB72393" w:rsidR="0048185C" w:rsidRPr="00324341" w:rsidRDefault="0048185C" w:rsidP="00077DAF">
      <w:pPr>
        <w:pStyle w:val="Prrafodelista"/>
        <w:spacing w:line="276" w:lineRule="auto"/>
        <w:ind w:left="0" w:firstLine="720"/>
        <w:rPr>
          <w:rFonts w:ascii="Arial" w:eastAsia="Times New Roman" w:hAnsi="Arial" w:cs="Arial"/>
        </w:rPr>
      </w:pPr>
      <w:r w:rsidRPr="00324341">
        <w:rPr>
          <w:rFonts w:ascii="Arial" w:eastAsia="Times New Roman" w:hAnsi="Arial" w:cs="Arial"/>
        </w:rPr>
        <w:t>El acto de apertura de las postulaciones será verificado por la Comisión Evaluadora, levantándose un acta que contendrá la lista de los participantes que hubiesen cumplido con los requisitos exigidos en la etapa de admisibilidad. Verificándose el cumplimiento de los antecedentes requeridos en el punto V. REQUISITOS Y ANTECEDENTES PARA POSTULAR.</w:t>
      </w:r>
    </w:p>
    <w:p w14:paraId="6D9A22F6" w14:textId="552D0FEB" w:rsidR="00FD5099" w:rsidRPr="00324341" w:rsidRDefault="00FD5099" w:rsidP="00077DAF">
      <w:pPr>
        <w:numPr>
          <w:ilvl w:val="0"/>
          <w:numId w:val="13"/>
        </w:numPr>
        <w:tabs>
          <w:tab w:val="left" w:pos="284"/>
        </w:tabs>
        <w:spacing w:after="200" w:line="276" w:lineRule="auto"/>
        <w:ind w:left="0" w:firstLine="0"/>
        <w:contextualSpacing/>
        <w:rPr>
          <w:rFonts w:ascii="Arial" w:eastAsia="Times New Roman" w:hAnsi="Arial" w:cs="Arial"/>
          <w:b/>
          <w:bCs/>
        </w:rPr>
      </w:pPr>
      <w:r w:rsidRPr="00324341">
        <w:rPr>
          <w:rFonts w:ascii="Arial" w:eastAsia="Times New Roman" w:hAnsi="Arial" w:cs="Arial"/>
          <w:b/>
          <w:bCs/>
        </w:rPr>
        <w:t xml:space="preserve">Evaluación </w:t>
      </w:r>
      <w:r w:rsidR="00361F79">
        <w:rPr>
          <w:rFonts w:ascii="Arial" w:eastAsia="Times New Roman" w:hAnsi="Arial" w:cs="Arial"/>
          <w:b/>
          <w:bCs/>
        </w:rPr>
        <w:t>t</w:t>
      </w:r>
      <w:r w:rsidRPr="00324341">
        <w:rPr>
          <w:rFonts w:ascii="Arial" w:eastAsia="Times New Roman" w:hAnsi="Arial" w:cs="Arial"/>
          <w:b/>
          <w:bCs/>
        </w:rPr>
        <w:t xml:space="preserve">écnica de las </w:t>
      </w:r>
      <w:r w:rsidR="00361F79">
        <w:rPr>
          <w:rFonts w:ascii="Arial" w:eastAsia="Times New Roman" w:hAnsi="Arial" w:cs="Arial"/>
          <w:b/>
          <w:bCs/>
        </w:rPr>
        <w:t>p</w:t>
      </w:r>
      <w:r w:rsidRPr="00324341">
        <w:rPr>
          <w:rFonts w:ascii="Arial" w:eastAsia="Times New Roman" w:hAnsi="Arial" w:cs="Arial"/>
          <w:b/>
          <w:bCs/>
        </w:rPr>
        <w:t>ostulaciones</w:t>
      </w:r>
      <w:r w:rsidR="009556F7">
        <w:rPr>
          <w:rFonts w:ascii="Arial" w:eastAsia="Times New Roman" w:hAnsi="Arial" w:cs="Arial"/>
          <w:b/>
          <w:bCs/>
        </w:rPr>
        <w:t>.</w:t>
      </w:r>
    </w:p>
    <w:p w14:paraId="37617F26" w14:textId="34BFED3D" w:rsidR="005B571C" w:rsidRPr="00324341" w:rsidRDefault="00987D22" w:rsidP="00F00330">
      <w:pPr>
        <w:pStyle w:val="Prrafodelista"/>
        <w:tabs>
          <w:tab w:val="left" w:pos="284"/>
        </w:tabs>
        <w:spacing w:after="0" w:line="276" w:lineRule="auto"/>
        <w:ind w:left="0"/>
        <w:rPr>
          <w:rFonts w:ascii="Arial" w:eastAsia="Times New Roman" w:hAnsi="Arial" w:cs="Arial"/>
        </w:rPr>
      </w:pPr>
      <w:r>
        <w:rPr>
          <w:rFonts w:ascii="Arial" w:eastAsia="Times New Roman" w:hAnsi="Arial" w:cs="Arial"/>
        </w:rPr>
        <w:tab/>
      </w:r>
      <w:r>
        <w:rPr>
          <w:rFonts w:ascii="Arial" w:eastAsia="Times New Roman" w:hAnsi="Arial" w:cs="Arial"/>
        </w:rPr>
        <w:tab/>
      </w:r>
      <w:r w:rsidR="005212CD" w:rsidRPr="005212CD">
        <w:rPr>
          <w:rFonts w:ascii="Arial" w:eastAsia="Times New Roman" w:hAnsi="Arial" w:cs="Arial"/>
        </w:rPr>
        <w:t>La comisión evaluadora llevará a cabo la evaluación técnica de aquellos postulantes que hayan superado la etapa de revisión de admisibilidad, conforme a los criterios que se detallan a continuación.</w:t>
      </w:r>
    </w:p>
    <w:p w14:paraId="6BCD1B58" w14:textId="77777777" w:rsidR="00CA1A68" w:rsidRPr="00324341" w:rsidRDefault="00CA1A68" w:rsidP="00C00B8F">
      <w:pPr>
        <w:spacing w:after="0" w:line="276" w:lineRule="auto"/>
        <w:rPr>
          <w:rFonts w:ascii="Arial" w:eastAsia="Times New Roman" w:hAnsi="Arial" w:cs="Arial"/>
        </w:rPr>
      </w:pPr>
    </w:p>
    <w:p w14:paraId="19504F5F" w14:textId="1E38C18B" w:rsidR="00CA1A68" w:rsidRPr="00324341" w:rsidRDefault="00CA1A68" w:rsidP="00CA1A68">
      <w:pPr>
        <w:pStyle w:val="Prrafodelista"/>
        <w:spacing w:after="0" w:line="240" w:lineRule="auto"/>
        <w:rPr>
          <w:rFonts w:ascii="Arial" w:eastAsia="Times New Roman" w:hAnsi="Arial" w:cs="Arial"/>
        </w:rPr>
      </w:pPr>
    </w:p>
    <w:p w14:paraId="6FD7DB67" w14:textId="77777777" w:rsidR="00B20D9A" w:rsidRPr="00324341" w:rsidRDefault="00B20D9A" w:rsidP="00F97584">
      <w:pPr>
        <w:spacing w:after="0" w:line="240" w:lineRule="auto"/>
        <w:rPr>
          <w:rFonts w:ascii="Arial" w:eastAsia="Times New Roman" w:hAnsi="Arial" w:cs="Arial"/>
          <w:b/>
          <w:bCs/>
        </w:rPr>
      </w:pPr>
    </w:p>
    <w:p w14:paraId="346EDA95" w14:textId="77777777" w:rsidR="0048185C" w:rsidRPr="00324341" w:rsidRDefault="0048185C" w:rsidP="00F97584">
      <w:pPr>
        <w:spacing w:after="0" w:line="240" w:lineRule="auto"/>
        <w:rPr>
          <w:rFonts w:ascii="Arial" w:eastAsia="Times New Roman" w:hAnsi="Arial" w:cs="Arial"/>
          <w:b/>
          <w:bCs/>
        </w:rPr>
      </w:pPr>
    </w:p>
    <w:p w14:paraId="55E4F2CF" w14:textId="77777777" w:rsidR="0048185C" w:rsidRPr="00324341" w:rsidRDefault="0048185C" w:rsidP="00F97584">
      <w:pPr>
        <w:spacing w:after="0" w:line="240" w:lineRule="auto"/>
        <w:rPr>
          <w:rFonts w:ascii="Arial" w:eastAsia="Times New Roman" w:hAnsi="Arial" w:cs="Arial"/>
          <w:b/>
          <w:bCs/>
        </w:rPr>
      </w:pPr>
    </w:p>
    <w:p w14:paraId="06304C05" w14:textId="77777777" w:rsidR="0048185C" w:rsidRPr="00324341" w:rsidRDefault="0048185C" w:rsidP="00F97584">
      <w:pPr>
        <w:spacing w:after="0" w:line="240" w:lineRule="auto"/>
        <w:rPr>
          <w:rFonts w:ascii="Arial" w:eastAsia="Times New Roman" w:hAnsi="Arial" w:cs="Arial"/>
          <w:b/>
          <w:bCs/>
        </w:rPr>
      </w:pPr>
    </w:p>
    <w:p w14:paraId="25486B1A" w14:textId="77777777" w:rsidR="0048185C" w:rsidRPr="00324341" w:rsidRDefault="0048185C" w:rsidP="00F97584">
      <w:pPr>
        <w:spacing w:after="0" w:line="240" w:lineRule="auto"/>
        <w:rPr>
          <w:rFonts w:ascii="Arial" w:eastAsia="Times New Roman" w:hAnsi="Arial" w:cs="Arial"/>
          <w:b/>
          <w:bCs/>
        </w:rPr>
      </w:pPr>
    </w:p>
    <w:p w14:paraId="7C2BE1AA" w14:textId="77777777" w:rsidR="0048185C" w:rsidRPr="00324341" w:rsidRDefault="0048185C" w:rsidP="00F97584">
      <w:pPr>
        <w:spacing w:after="0" w:line="240" w:lineRule="auto"/>
        <w:rPr>
          <w:rFonts w:ascii="Arial" w:eastAsia="Times New Roman" w:hAnsi="Arial" w:cs="Arial"/>
          <w:b/>
          <w:bCs/>
        </w:rPr>
      </w:pPr>
    </w:p>
    <w:p w14:paraId="718FA314" w14:textId="77777777" w:rsidR="0048185C" w:rsidRPr="00324341" w:rsidRDefault="0048185C" w:rsidP="00F97584">
      <w:pPr>
        <w:spacing w:after="0" w:line="240" w:lineRule="auto"/>
        <w:rPr>
          <w:rFonts w:ascii="Arial" w:eastAsia="Times New Roman" w:hAnsi="Arial" w:cs="Arial"/>
          <w:b/>
          <w:bCs/>
        </w:rPr>
      </w:pPr>
    </w:p>
    <w:p w14:paraId="20459E2C" w14:textId="77777777" w:rsidR="0048185C" w:rsidRPr="00324341" w:rsidRDefault="0048185C" w:rsidP="00F97584">
      <w:pPr>
        <w:spacing w:after="0" w:line="240" w:lineRule="auto"/>
        <w:rPr>
          <w:rFonts w:ascii="Arial" w:eastAsia="Times New Roman" w:hAnsi="Arial" w:cs="Arial"/>
          <w:b/>
          <w:bCs/>
        </w:rPr>
      </w:pPr>
    </w:p>
    <w:p w14:paraId="6C277252" w14:textId="77777777" w:rsidR="0048185C" w:rsidRPr="00324341" w:rsidRDefault="0048185C" w:rsidP="00F97584">
      <w:pPr>
        <w:spacing w:after="0" w:line="240" w:lineRule="auto"/>
        <w:rPr>
          <w:rFonts w:ascii="Arial" w:eastAsia="Times New Roman" w:hAnsi="Arial" w:cs="Arial"/>
          <w:b/>
          <w:bCs/>
        </w:rPr>
      </w:pPr>
    </w:p>
    <w:p w14:paraId="4FB8082F" w14:textId="77777777" w:rsidR="0048185C" w:rsidRPr="00324341" w:rsidRDefault="0048185C" w:rsidP="00F97584">
      <w:pPr>
        <w:spacing w:after="0" w:line="240" w:lineRule="auto"/>
        <w:rPr>
          <w:rFonts w:ascii="Arial" w:eastAsia="Times New Roman" w:hAnsi="Arial" w:cs="Arial"/>
          <w:b/>
          <w:bCs/>
        </w:rPr>
      </w:pPr>
    </w:p>
    <w:tbl>
      <w:tblPr>
        <w:tblStyle w:val="Tablaconcuadrcula"/>
        <w:tblW w:w="9209" w:type="dxa"/>
        <w:jc w:val="center"/>
        <w:tblLayout w:type="fixed"/>
        <w:tblLook w:val="04A0" w:firstRow="1" w:lastRow="0" w:firstColumn="1" w:lastColumn="0" w:noHBand="0" w:noVBand="1"/>
      </w:tblPr>
      <w:tblGrid>
        <w:gridCol w:w="1838"/>
        <w:gridCol w:w="2552"/>
        <w:gridCol w:w="1842"/>
        <w:gridCol w:w="1701"/>
        <w:gridCol w:w="1276"/>
      </w:tblGrid>
      <w:tr w:rsidR="0048185C" w:rsidRPr="00324341" w14:paraId="0DAE741B" w14:textId="7B52B164" w:rsidTr="00F62695">
        <w:trPr>
          <w:jc w:val="center"/>
        </w:trPr>
        <w:tc>
          <w:tcPr>
            <w:tcW w:w="1838" w:type="dxa"/>
            <w:shd w:val="clear" w:color="auto" w:fill="F2F2F2" w:themeFill="background1" w:themeFillShade="F2"/>
            <w:vAlign w:val="center"/>
          </w:tcPr>
          <w:p w14:paraId="278BBF2C" w14:textId="238C9D7F" w:rsidR="0048185C" w:rsidRPr="00324341" w:rsidRDefault="0048185C" w:rsidP="0084039A">
            <w:pPr>
              <w:jc w:val="center"/>
              <w:rPr>
                <w:rFonts w:ascii="Arial" w:hAnsi="Arial" w:cs="Arial"/>
              </w:rPr>
            </w:pPr>
            <w:r w:rsidRPr="00324341">
              <w:rPr>
                <w:rFonts w:ascii="Arial" w:eastAsia="Times New Roman" w:hAnsi="Arial" w:cs="Arial"/>
                <w:b/>
              </w:rPr>
              <w:t>CRITERIO</w:t>
            </w:r>
          </w:p>
        </w:tc>
        <w:tc>
          <w:tcPr>
            <w:tcW w:w="2552" w:type="dxa"/>
            <w:shd w:val="clear" w:color="auto" w:fill="F2F2F2" w:themeFill="background1" w:themeFillShade="F2"/>
            <w:vAlign w:val="center"/>
          </w:tcPr>
          <w:p w14:paraId="3731B0B5" w14:textId="77777777" w:rsidR="0048185C" w:rsidRPr="00324341" w:rsidRDefault="0048185C" w:rsidP="0084039A">
            <w:pPr>
              <w:jc w:val="center"/>
              <w:rPr>
                <w:rFonts w:ascii="Arial" w:hAnsi="Arial" w:cs="Arial"/>
              </w:rPr>
            </w:pPr>
            <w:r w:rsidRPr="00324341">
              <w:rPr>
                <w:rFonts w:ascii="Arial" w:eastAsia="Times New Roman" w:hAnsi="Arial" w:cs="Arial"/>
                <w:b/>
              </w:rPr>
              <w:t>DESCRIPCIÓN</w:t>
            </w:r>
          </w:p>
        </w:tc>
        <w:tc>
          <w:tcPr>
            <w:tcW w:w="1842" w:type="dxa"/>
            <w:shd w:val="clear" w:color="auto" w:fill="F2F2F2" w:themeFill="background1" w:themeFillShade="F2"/>
            <w:vAlign w:val="center"/>
          </w:tcPr>
          <w:p w14:paraId="0854F2AA" w14:textId="37F2532F" w:rsidR="0048185C" w:rsidRPr="00324341" w:rsidRDefault="0048185C" w:rsidP="0084039A">
            <w:pPr>
              <w:jc w:val="center"/>
              <w:rPr>
                <w:rFonts w:ascii="Arial" w:eastAsia="Times New Roman" w:hAnsi="Arial" w:cs="Arial"/>
                <w:b/>
              </w:rPr>
            </w:pPr>
            <w:r w:rsidRPr="00324341">
              <w:rPr>
                <w:rFonts w:ascii="Arial" w:eastAsia="Times New Roman" w:hAnsi="Arial" w:cs="Arial"/>
                <w:b/>
              </w:rPr>
              <w:t>MEDIO DE VERIFICACIÓN</w:t>
            </w:r>
          </w:p>
        </w:tc>
        <w:tc>
          <w:tcPr>
            <w:tcW w:w="1701" w:type="dxa"/>
            <w:shd w:val="clear" w:color="auto" w:fill="F2F2F2" w:themeFill="background1" w:themeFillShade="F2"/>
            <w:vAlign w:val="center"/>
          </w:tcPr>
          <w:p w14:paraId="3DEE0E3E" w14:textId="77777777" w:rsidR="0048185C" w:rsidRPr="00324341" w:rsidRDefault="0048185C" w:rsidP="0084039A">
            <w:pPr>
              <w:jc w:val="center"/>
              <w:rPr>
                <w:rFonts w:ascii="Arial" w:hAnsi="Arial" w:cs="Arial"/>
              </w:rPr>
            </w:pPr>
            <w:r w:rsidRPr="00324341">
              <w:rPr>
                <w:rFonts w:ascii="Arial" w:eastAsia="Times New Roman" w:hAnsi="Arial" w:cs="Arial"/>
                <w:b/>
              </w:rPr>
              <w:t>ESCALA DE EVALUACIÓN</w:t>
            </w:r>
          </w:p>
        </w:tc>
        <w:tc>
          <w:tcPr>
            <w:tcW w:w="1276" w:type="dxa"/>
            <w:shd w:val="clear" w:color="auto" w:fill="F2F2F2" w:themeFill="background1" w:themeFillShade="F2"/>
            <w:vAlign w:val="center"/>
          </w:tcPr>
          <w:p w14:paraId="70A539FC" w14:textId="77777777" w:rsidR="0048185C" w:rsidRPr="00324341" w:rsidRDefault="0048185C" w:rsidP="0084039A">
            <w:pPr>
              <w:jc w:val="center"/>
              <w:rPr>
                <w:rFonts w:ascii="Arial" w:eastAsia="Times New Roman" w:hAnsi="Arial" w:cs="Arial"/>
                <w:b/>
              </w:rPr>
            </w:pPr>
            <w:r w:rsidRPr="00324341">
              <w:rPr>
                <w:rFonts w:ascii="Arial" w:eastAsia="Times New Roman" w:hAnsi="Arial" w:cs="Arial"/>
                <w:b/>
              </w:rPr>
              <w:t>PUNTAJE MÁXIMO</w:t>
            </w:r>
          </w:p>
        </w:tc>
      </w:tr>
      <w:tr w:rsidR="0048185C" w:rsidRPr="00324341" w14:paraId="00751286" w14:textId="09622E32" w:rsidTr="00F62695">
        <w:trPr>
          <w:trHeight w:val="4725"/>
          <w:jc w:val="center"/>
        </w:trPr>
        <w:tc>
          <w:tcPr>
            <w:tcW w:w="1838" w:type="dxa"/>
            <w:vMerge w:val="restart"/>
            <w:shd w:val="clear" w:color="auto" w:fill="F2F2F2" w:themeFill="background1" w:themeFillShade="F2"/>
            <w:vAlign w:val="center"/>
          </w:tcPr>
          <w:p w14:paraId="25DFBF19" w14:textId="57D3428D" w:rsidR="0048185C" w:rsidRPr="00324341" w:rsidRDefault="0048185C" w:rsidP="0084039A">
            <w:pPr>
              <w:jc w:val="center"/>
              <w:rPr>
                <w:rFonts w:ascii="Arial" w:eastAsia="Times New Roman" w:hAnsi="Arial" w:cs="Arial"/>
                <w:b/>
                <w:bCs/>
              </w:rPr>
            </w:pPr>
            <w:r w:rsidRPr="00324341">
              <w:rPr>
                <w:rFonts w:ascii="Arial" w:eastAsia="Times New Roman" w:hAnsi="Arial" w:cs="Arial"/>
                <w:b/>
                <w:bCs/>
              </w:rPr>
              <w:lastRenderedPageBreak/>
              <w:t>Identidad Local</w:t>
            </w:r>
          </w:p>
        </w:tc>
        <w:tc>
          <w:tcPr>
            <w:tcW w:w="2552" w:type="dxa"/>
            <w:vMerge w:val="restart"/>
            <w:vAlign w:val="center"/>
          </w:tcPr>
          <w:p w14:paraId="33096924" w14:textId="5992B66B" w:rsidR="0048185C" w:rsidRPr="00324341" w:rsidRDefault="0048185C" w:rsidP="0082052E">
            <w:pPr>
              <w:rPr>
                <w:rFonts w:ascii="Arial" w:eastAsia="Times New Roman" w:hAnsi="Arial" w:cs="Arial"/>
              </w:rPr>
            </w:pPr>
            <w:r w:rsidRPr="00324341">
              <w:rPr>
                <w:rFonts w:ascii="Arial" w:eastAsia="Times New Roman" w:hAnsi="Arial" w:cs="Arial"/>
              </w:rPr>
              <w:t>El/la postulante presenta fotografías de 5 productos artesanales con identidad local.</w:t>
            </w:r>
            <w:r w:rsidR="0082052E">
              <w:rPr>
                <w:rFonts w:ascii="Arial" w:eastAsia="Times New Roman" w:hAnsi="Arial" w:cs="Arial"/>
              </w:rPr>
              <w:t xml:space="preserve"> </w:t>
            </w:r>
            <w:r w:rsidRPr="00324341">
              <w:rPr>
                <w:rFonts w:ascii="Arial" w:eastAsia="Times New Roman" w:hAnsi="Arial" w:cs="Arial"/>
              </w:rPr>
              <w:t xml:space="preserve">Se entenderá como </w:t>
            </w:r>
            <w:r w:rsidRPr="00324341">
              <w:rPr>
                <w:rFonts w:ascii="Arial" w:eastAsia="Times New Roman" w:hAnsi="Arial" w:cs="Arial"/>
                <w:b/>
                <w:bCs/>
              </w:rPr>
              <w:t>Identidad local</w:t>
            </w:r>
            <w:r w:rsidRPr="00324341">
              <w:rPr>
                <w:rFonts w:ascii="Arial" w:eastAsia="Times New Roman" w:hAnsi="Arial" w:cs="Arial"/>
              </w:rPr>
              <w:t xml:space="preserve"> cuando los productos muestran diseño, materialidad y relato propio de nuestra comuna o tradiciones chilenas.</w:t>
            </w:r>
          </w:p>
          <w:p w14:paraId="618054EA" w14:textId="77777777" w:rsidR="0048185C" w:rsidRPr="00324341" w:rsidRDefault="0048185C" w:rsidP="0082052E">
            <w:pPr>
              <w:rPr>
                <w:rFonts w:ascii="Arial" w:eastAsia="Times New Roman" w:hAnsi="Arial" w:cs="Arial"/>
              </w:rPr>
            </w:pPr>
          </w:p>
          <w:p w14:paraId="1079081C" w14:textId="6C6D0A13" w:rsidR="0048185C" w:rsidRPr="00324341" w:rsidRDefault="0048185C" w:rsidP="0082052E">
            <w:pPr>
              <w:rPr>
                <w:rFonts w:ascii="Arial" w:eastAsia="Times New Roman" w:hAnsi="Arial" w:cs="Arial"/>
              </w:rPr>
            </w:pPr>
            <w:r w:rsidRPr="00324341">
              <w:rPr>
                <w:rFonts w:ascii="Arial" w:eastAsia="Times New Roman" w:hAnsi="Arial" w:cs="Arial"/>
              </w:rPr>
              <w:t>La artesanía mostrada debe incorporar:</w:t>
            </w:r>
          </w:p>
          <w:p w14:paraId="173CA7E7" w14:textId="64EB3E30" w:rsidR="0048185C" w:rsidRPr="00324341" w:rsidRDefault="0048185C" w:rsidP="0082052E">
            <w:pPr>
              <w:pStyle w:val="Prrafodelista"/>
              <w:numPr>
                <w:ilvl w:val="0"/>
                <w:numId w:val="14"/>
              </w:numPr>
              <w:ind w:left="186" w:hanging="109"/>
              <w:rPr>
                <w:rFonts w:ascii="Arial" w:eastAsia="Times New Roman" w:hAnsi="Arial" w:cs="Arial"/>
              </w:rPr>
            </w:pPr>
            <w:r w:rsidRPr="00324341">
              <w:rPr>
                <w:rFonts w:ascii="Arial" w:eastAsia="Times New Roman" w:hAnsi="Arial" w:cs="Arial"/>
                <w:b/>
                <w:bCs/>
              </w:rPr>
              <w:t>Motivos chilenos o folklóricos.</w:t>
            </w:r>
          </w:p>
          <w:p w14:paraId="59E1FA0C" w14:textId="2E2867A0" w:rsidR="0048185C" w:rsidRPr="00324341" w:rsidRDefault="0048185C" w:rsidP="0082052E">
            <w:pPr>
              <w:pStyle w:val="Prrafodelista"/>
              <w:numPr>
                <w:ilvl w:val="0"/>
                <w:numId w:val="14"/>
              </w:numPr>
              <w:ind w:left="186" w:hanging="109"/>
              <w:rPr>
                <w:rFonts w:ascii="Arial" w:eastAsia="Times New Roman" w:hAnsi="Arial" w:cs="Arial"/>
              </w:rPr>
            </w:pPr>
            <w:r w:rsidRPr="00324341">
              <w:rPr>
                <w:rFonts w:ascii="Arial" w:eastAsia="Times New Roman" w:hAnsi="Arial" w:cs="Arial"/>
              </w:rPr>
              <w:t>Uso de colores, símbolos o paisajes típicos de la comuna</w:t>
            </w:r>
            <w:r w:rsidR="0082052E">
              <w:rPr>
                <w:rFonts w:ascii="Arial" w:eastAsia="Times New Roman" w:hAnsi="Arial" w:cs="Arial"/>
              </w:rPr>
              <w:t>.</w:t>
            </w:r>
          </w:p>
          <w:p w14:paraId="2D5A8037" w14:textId="5F1C2E2E" w:rsidR="0048185C" w:rsidRPr="00324341" w:rsidRDefault="0048185C" w:rsidP="0082052E">
            <w:pPr>
              <w:pStyle w:val="Prrafodelista"/>
              <w:numPr>
                <w:ilvl w:val="0"/>
                <w:numId w:val="14"/>
              </w:numPr>
              <w:ind w:left="186" w:hanging="109"/>
              <w:rPr>
                <w:rFonts w:ascii="Arial" w:eastAsia="Times New Roman" w:hAnsi="Arial" w:cs="Arial"/>
              </w:rPr>
            </w:pPr>
            <w:r w:rsidRPr="00324341">
              <w:rPr>
                <w:rFonts w:ascii="Arial" w:eastAsia="Times New Roman" w:hAnsi="Arial" w:cs="Arial"/>
              </w:rPr>
              <w:t>Uso de materiales locales</w:t>
            </w:r>
            <w:r w:rsidR="0082052E">
              <w:rPr>
                <w:rFonts w:ascii="Arial" w:eastAsia="Times New Roman" w:hAnsi="Arial" w:cs="Arial"/>
              </w:rPr>
              <w:t>.</w:t>
            </w:r>
          </w:p>
          <w:p w14:paraId="13B2F3D5" w14:textId="77257219" w:rsidR="0048185C" w:rsidRPr="00324341" w:rsidRDefault="0048185C" w:rsidP="0082052E">
            <w:pPr>
              <w:pStyle w:val="Prrafodelista"/>
              <w:numPr>
                <w:ilvl w:val="0"/>
                <w:numId w:val="14"/>
              </w:numPr>
              <w:ind w:left="186" w:hanging="109"/>
              <w:rPr>
                <w:rFonts w:ascii="Arial" w:eastAsia="Times New Roman" w:hAnsi="Arial" w:cs="Arial"/>
              </w:rPr>
            </w:pPr>
            <w:r w:rsidRPr="00324341">
              <w:rPr>
                <w:rFonts w:ascii="Arial" w:eastAsia="Times New Roman" w:hAnsi="Arial" w:cs="Arial"/>
              </w:rPr>
              <w:t>Oficios tradicionales como la talabartería, marroquinería, la cestería, la cerámica, alfarería, artesanía ancestral, orfebrería, tallado en madera, tallado en piedra de cantera o el trabajo en lana natural, entre otros.</w:t>
            </w:r>
          </w:p>
        </w:tc>
        <w:tc>
          <w:tcPr>
            <w:tcW w:w="1842" w:type="dxa"/>
            <w:vMerge w:val="restart"/>
            <w:vAlign w:val="center"/>
          </w:tcPr>
          <w:p w14:paraId="5340EC5F" w14:textId="75552768" w:rsidR="0048185C" w:rsidRPr="00324341" w:rsidRDefault="0048185C" w:rsidP="0082052E">
            <w:pPr>
              <w:rPr>
                <w:rFonts w:ascii="Arial" w:eastAsia="Times New Roman" w:hAnsi="Arial" w:cs="Arial"/>
              </w:rPr>
            </w:pPr>
            <w:r w:rsidRPr="00324341">
              <w:rPr>
                <w:rFonts w:ascii="Arial" w:eastAsia="Times New Roman" w:hAnsi="Arial" w:cs="Arial"/>
              </w:rPr>
              <w:t>Fotografías según descripción del criterio</w:t>
            </w:r>
            <w:r w:rsidR="009556F7">
              <w:rPr>
                <w:rFonts w:ascii="Arial" w:eastAsia="Times New Roman" w:hAnsi="Arial" w:cs="Arial"/>
              </w:rPr>
              <w:t>.</w:t>
            </w:r>
          </w:p>
        </w:tc>
        <w:tc>
          <w:tcPr>
            <w:tcW w:w="1701" w:type="dxa"/>
            <w:vAlign w:val="center"/>
          </w:tcPr>
          <w:p w14:paraId="734E1029" w14:textId="77777777" w:rsidR="0048185C" w:rsidRPr="00324341" w:rsidRDefault="0048185C" w:rsidP="0082052E">
            <w:pPr>
              <w:rPr>
                <w:rFonts w:ascii="Arial" w:eastAsia="Times New Roman" w:hAnsi="Arial" w:cs="Arial"/>
              </w:rPr>
            </w:pPr>
            <w:r w:rsidRPr="00324341">
              <w:rPr>
                <w:rFonts w:ascii="Arial" w:eastAsia="Times New Roman" w:hAnsi="Arial" w:cs="Arial"/>
              </w:rPr>
              <w:t>Presenta fotografías de 1 a 5 productos con identidad local.</w:t>
            </w:r>
          </w:p>
          <w:p w14:paraId="0C64EF3F" w14:textId="6A1FDBA4" w:rsidR="0048185C" w:rsidRPr="0082052E" w:rsidRDefault="0082052E" w:rsidP="009556F7">
            <w:pPr>
              <w:jc w:val="center"/>
              <w:rPr>
                <w:rFonts w:ascii="Arial" w:eastAsia="Times New Roman" w:hAnsi="Arial" w:cs="Arial"/>
                <w:sz w:val="16"/>
                <w:szCs w:val="16"/>
              </w:rPr>
            </w:pPr>
            <w:r>
              <w:rPr>
                <w:rFonts w:ascii="Arial" w:eastAsia="Times New Roman" w:hAnsi="Arial" w:cs="Arial"/>
                <w:sz w:val="16"/>
                <w:szCs w:val="16"/>
              </w:rPr>
              <w:t>(</w:t>
            </w:r>
            <w:r w:rsidR="0048185C" w:rsidRPr="0082052E">
              <w:rPr>
                <w:rFonts w:ascii="Arial" w:eastAsia="Times New Roman" w:hAnsi="Arial" w:cs="Arial"/>
                <w:sz w:val="16"/>
                <w:szCs w:val="16"/>
              </w:rPr>
              <w:t>2 puntos por cada producto presentado</w:t>
            </w:r>
            <w:r>
              <w:rPr>
                <w:rFonts w:ascii="Arial" w:eastAsia="Times New Roman" w:hAnsi="Arial" w:cs="Arial"/>
                <w:sz w:val="16"/>
                <w:szCs w:val="16"/>
              </w:rPr>
              <w:t>)</w:t>
            </w:r>
            <w:r w:rsidR="0048185C" w:rsidRPr="0082052E">
              <w:rPr>
                <w:rFonts w:ascii="Arial" w:eastAsia="Times New Roman" w:hAnsi="Arial" w:cs="Arial"/>
                <w:sz w:val="16"/>
                <w:szCs w:val="16"/>
              </w:rPr>
              <w:t>.</w:t>
            </w:r>
          </w:p>
          <w:p w14:paraId="4ECB5E74" w14:textId="77777777" w:rsidR="0048185C" w:rsidRPr="00324341" w:rsidRDefault="0048185C" w:rsidP="0084039A">
            <w:pPr>
              <w:jc w:val="center"/>
              <w:rPr>
                <w:rFonts w:ascii="Arial" w:eastAsia="Times New Roman" w:hAnsi="Arial" w:cs="Arial"/>
              </w:rPr>
            </w:pPr>
          </w:p>
          <w:p w14:paraId="16646776" w14:textId="77777777" w:rsidR="0048185C" w:rsidRPr="00324341" w:rsidRDefault="0048185C" w:rsidP="0084039A">
            <w:pPr>
              <w:jc w:val="center"/>
              <w:rPr>
                <w:rFonts w:ascii="Arial" w:eastAsia="Times New Roman" w:hAnsi="Arial" w:cs="Arial"/>
              </w:rPr>
            </w:pPr>
          </w:p>
          <w:p w14:paraId="7CB8E8FA" w14:textId="20C872E3" w:rsidR="0048185C" w:rsidRPr="00324341" w:rsidRDefault="0048185C" w:rsidP="0084039A">
            <w:pPr>
              <w:jc w:val="center"/>
              <w:rPr>
                <w:rFonts w:ascii="Arial" w:eastAsia="Times New Roman" w:hAnsi="Arial" w:cs="Arial"/>
              </w:rPr>
            </w:pPr>
          </w:p>
        </w:tc>
        <w:tc>
          <w:tcPr>
            <w:tcW w:w="1276" w:type="dxa"/>
            <w:vAlign w:val="center"/>
          </w:tcPr>
          <w:p w14:paraId="5CCEB14F" w14:textId="17A10674" w:rsidR="0048185C" w:rsidRPr="00324341" w:rsidRDefault="0048185C" w:rsidP="0084039A">
            <w:pPr>
              <w:jc w:val="center"/>
              <w:rPr>
                <w:rFonts w:ascii="Arial" w:eastAsia="Times New Roman" w:hAnsi="Arial" w:cs="Arial"/>
              </w:rPr>
            </w:pPr>
            <w:r w:rsidRPr="00324341">
              <w:rPr>
                <w:rFonts w:ascii="Arial" w:eastAsia="Times New Roman" w:hAnsi="Arial" w:cs="Arial"/>
              </w:rPr>
              <w:t>10</w:t>
            </w:r>
          </w:p>
        </w:tc>
      </w:tr>
      <w:tr w:rsidR="0048185C" w:rsidRPr="00324341" w14:paraId="54C3C1C5" w14:textId="77777777" w:rsidTr="00F62695">
        <w:trPr>
          <w:trHeight w:val="3930"/>
          <w:jc w:val="center"/>
        </w:trPr>
        <w:tc>
          <w:tcPr>
            <w:tcW w:w="1838" w:type="dxa"/>
            <w:vMerge/>
            <w:shd w:val="clear" w:color="auto" w:fill="F2F2F2" w:themeFill="background1" w:themeFillShade="F2"/>
            <w:vAlign w:val="center"/>
          </w:tcPr>
          <w:p w14:paraId="658A81C0" w14:textId="77777777" w:rsidR="0048185C" w:rsidRPr="00324341" w:rsidRDefault="0048185C" w:rsidP="0084039A">
            <w:pPr>
              <w:jc w:val="center"/>
              <w:rPr>
                <w:rFonts w:ascii="Arial" w:eastAsia="Times New Roman" w:hAnsi="Arial" w:cs="Arial"/>
                <w:b/>
                <w:bCs/>
              </w:rPr>
            </w:pPr>
          </w:p>
        </w:tc>
        <w:tc>
          <w:tcPr>
            <w:tcW w:w="2552" w:type="dxa"/>
            <w:vMerge/>
            <w:vAlign w:val="center"/>
          </w:tcPr>
          <w:p w14:paraId="0DA08A3B" w14:textId="77777777" w:rsidR="0048185C" w:rsidRPr="00324341" w:rsidRDefault="0048185C" w:rsidP="0084039A">
            <w:pPr>
              <w:jc w:val="center"/>
              <w:rPr>
                <w:rFonts w:ascii="Arial" w:eastAsia="Times New Roman" w:hAnsi="Arial" w:cs="Arial"/>
              </w:rPr>
            </w:pPr>
          </w:p>
        </w:tc>
        <w:tc>
          <w:tcPr>
            <w:tcW w:w="1842" w:type="dxa"/>
            <w:vMerge/>
            <w:vAlign w:val="center"/>
          </w:tcPr>
          <w:p w14:paraId="62E3A6FD" w14:textId="77777777" w:rsidR="0048185C" w:rsidRPr="00324341" w:rsidRDefault="0048185C" w:rsidP="0084039A">
            <w:pPr>
              <w:jc w:val="center"/>
              <w:rPr>
                <w:rFonts w:ascii="Arial" w:eastAsia="Times New Roman" w:hAnsi="Arial" w:cs="Arial"/>
              </w:rPr>
            </w:pPr>
          </w:p>
        </w:tc>
        <w:tc>
          <w:tcPr>
            <w:tcW w:w="1701" w:type="dxa"/>
            <w:vAlign w:val="center"/>
          </w:tcPr>
          <w:p w14:paraId="6E6BF0FE" w14:textId="0FA2BBD1" w:rsidR="0082052E" w:rsidRDefault="0048185C" w:rsidP="0082052E">
            <w:pPr>
              <w:rPr>
                <w:rFonts w:ascii="Arial" w:eastAsia="Times New Roman" w:hAnsi="Arial" w:cs="Arial"/>
                <w:sz w:val="16"/>
                <w:szCs w:val="16"/>
              </w:rPr>
            </w:pPr>
            <w:r w:rsidRPr="00324341">
              <w:rPr>
                <w:rFonts w:ascii="Arial" w:eastAsia="Times New Roman" w:hAnsi="Arial" w:cs="Arial"/>
              </w:rPr>
              <w:t xml:space="preserve">No presenta ninguna </w:t>
            </w:r>
            <w:r w:rsidR="009556F7" w:rsidRPr="00324341">
              <w:rPr>
                <w:rFonts w:ascii="Arial" w:eastAsia="Times New Roman" w:hAnsi="Arial" w:cs="Arial"/>
              </w:rPr>
              <w:t>fotografía</w:t>
            </w:r>
            <w:r w:rsidR="009556F7" w:rsidRPr="0082052E">
              <w:rPr>
                <w:rFonts w:ascii="Arial" w:eastAsia="Times New Roman" w:hAnsi="Arial" w:cs="Arial"/>
                <w:sz w:val="16"/>
                <w:szCs w:val="16"/>
              </w:rPr>
              <w:t>.</w:t>
            </w:r>
          </w:p>
          <w:p w14:paraId="528A2288" w14:textId="297AFDEB" w:rsidR="0048185C" w:rsidRPr="00324341" w:rsidRDefault="0048185C" w:rsidP="0084039A">
            <w:pPr>
              <w:jc w:val="center"/>
              <w:rPr>
                <w:rFonts w:ascii="Arial" w:eastAsia="Times New Roman" w:hAnsi="Arial" w:cs="Arial"/>
              </w:rPr>
            </w:pPr>
            <w:r w:rsidRPr="0082052E">
              <w:rPr>
                <w:rFonts w:ascii="Arial" w:eastAsia="Times New Roman" w:hAnsi="Arial" w:cs="Arial"/>
                <w:sz w:val="16"/>
                <w:szCs w:val="16"/>
              </w:rPr>
              <w:t>(0 punto)</w:t>
            </w:r>
          </w:p>
        </w:tc>
        <w:tc>
          <w:tcPr>
            <w:tcW w:w="1276" w:type="dxa"/>
            <w:vAlign w:val="center"/>
          </w:tcPr>
          <w:p w14:paraId="185BA775" w14:textId="32B68286" w:rsidR="0048185C" w:rsidRPr="00324341" w:rsidRDefault="0048185C" w:rsidP="0084039A">
            <w:pPr>
              <w:jc w:val="center"/>
              <w:rPr>
                <w:rFonts w:ascii="Arial" w:eastAsia="Times New Roman" w:hAnsi="Arial" w:cs="Arial"/>
              </w:rPr>
            </w:pPr>
            <w:r w:rsidRPr="00324341">
              <w:rPr>
                <w:rFonts w:ascii="Arial" w:eastAsia="Times New Roman" w:hAnsi="Arial" w:cs="Arial"/>
              </w:rPr>
              <w:t>0</w:t>
            </w:r>
          </w:p>
        </w:tc>
      </w:tr>
      <w:tr w:rsidR="0048185C" w:rsidRPr="00324341" w14:paraId="384657BC" w14:textId="1EDB5896" w:rsidTr="00F62695">
        <w:trPr>
          <w:trHeight w:val="5430"/>
          <w:jc w:val="center"/>
        </w:trPr>
        <w:tc>
          <w:tcPr>
            <w:tcW w:w="1838" w:type="dxa"/>
            <w:vMerge w:val="restart"/>
            <w:shd w:val="clear" w:color="auto" w:fill="F2F2F2" w:themeFill="background1" w:themeFillShade="F2"/>
            <w:vAlign w:val="center"/>
          </w:tcPr>
          <w:p w14:paraId="3213738C" w14:textId="5939D12E" w:rsidR="0048185C" w:rsidRPr="00324341" w:rsidRDefault="0048185C" w:rsidP="0084039A">
            <w:pPr>
              <w:jc w:val="center"/>
              <w:rPr>
                <w:rFonts w:ascii="Arial" w:hAnsi="Arial" w:cs="Arial"/>
                <w:b/>
                <w:bCs/>
              </w:rPr>
            </w:pPr>
            <w:bookmarkStart w:id="7" w:name="_Hlk204199601"/>
            <w:r w:rsidRPr="00324341">
              <w:rPr>
                <w:rFonts w:ascii="Arial" w:eastAsia="Times New Roman" w:hAnsi="Arial" w:cs="Arial"/>
                <w:b/>
                <w:bCs/>
              </w:rPr>
              <w:t xml:space="preserve">Experiencia </w:t>
            </w:r>
            <w:bookmarkStart w:id="8" w:name="_Hlk204196901"/>
            <w:r w:rsidRPr="00324341">
              <w:rPr>
                <w:rFonts w:ascii="Arial" w:eastAsia="Times New Roman" w:hAnsi="Arial" w:cs="Arial"/>
                <w:b/>
                <w:bCs/>
              </w:rPr>
              <w:t>comprobable del/a emprendedor/a</w:t>
            </w:r>
            <w:bookmarkEnd w:id="8"/>
          </w:p>
        </w:tc>
        <w:tc>
          <w:tcPr>
            <w:tcW w:w="2552" w:type="dxa"/>
            <w:vMerge w:val="restart"/>
            <w:vAlign w:val="center"/>
          </w:tcPr>
          <w:p w14:paraId="5D5E239F" w14:textId="0F926B1A" w:rsidR="0048185C" w:rsidRPr="00324341" w:rsidRDefault="0048185C" w:rsidP="0082052E">
            <w:pPr>
              <w:rPr>
                <w:rFonts w:ascii="Arial" w:eastAsia="Times New Roman" w:hAnsi="Arial" w:cs="Arial"/>
              </w:rPr>
            </w:pPr>
            <w:r w:rsidRPr="00324341">
              <w:rPr>
                <w:rFonts w:ascii="Arial" w:eastAsia="Times New Roman" w:hAnsi="Arial" w:cs="Arial"/>
              </w:rPr>
              <w:t>El/la postulante presenta 5 Fotografías de eventos similares o copia de permisos municipales.</w:t>
            </w:r>
          </w:p>
        </w:tc>
        <w:tc>
          <w:tcPr>
            <w:tcW w:w="1842" w:type="dxa"/>
            <w:vMerge w:val="restart"/>
            <w:vAlign w:val="center"/>
          </w:tcPr>
          <w:p w14:paraId="7F896ABE" w14:textId="6D1B2AAA" w:rsidR="0048185C" w:rsidRPr="00324341" w:rsidRDefault="0048185C" w:rsidP="0082052E">
            <w:pPr>
              <w:rPr>
                <w:rFonts w:ascii="Arial" w:eastAsia="Times New Roman" w:hAnsi="Arial" w:cs="Arial"/>
              </w:rPr>
            </w:pPr>
            <w:r w:rsidRPr="00324341">
              <w:rPr>
                <w:rFonts w:ascii="Arial" w:eastAsia="Times New Roman" w:hAnsi="Arial" w:cs="Arial"/>
              </w:rPr>
              <w:t>Fotografía o copia pago permisos municipales</w:t>
            </w:r>
            <w:r w:rsidR="0082052E">
              <w:rPr>
                <w:rFonts w:ascii="Arial" w:eastAsia="Times New Roman" w:hAnsi="Arial" w:cs="Arial"/>
              </w:rPr>
              <w:t>.</w:t>
            </w:r>
          </w:p>
        </w:tc>
        <w:tc>
          <w:tcPr>
            <w:tcW w:w="1701" w:type="dxa"/>
            <w:vAlign w:val="center"/>
          </w:tcPr>
          <w:p w14:paraId="78655534" w14:textId="77777777" w:rsidR="007559AF" w:rsidRDefault="0048185C" w:rsidP="0082052E">
            <w:pPr>
              <w:pStyle w:val="Prrafodelista"/>
              <w:ind w:left="0"/>
              <w:rPr>
                <w:rFonts w:ascii="Arial" w:eastAsia="Times New Roman" w:hAnsi="Arial" w:cs="Arial"/>
              </w:rPr>
            </w:pPr>
            <w:r w:rsidRPr="00324341">
              <w:rPr>
                <w:rFonts w:ascii="Arial" w:eastAsia="Times New Roman" w:hAnsi="Arial" w:cs="Arial"/>
              </w:rPr>
              <w:t xml:space="preserve">Presenta de 1 a 5 fotografías que evidencien el evento en el cual participó o permisos municipales que permitan verificar experiencia previa en eventos similares </w:t>
            </w:r>
          </w:p>
          <w:p w14:paraId="5FBC7A82" w14:textId="68ED7318" w:rsidR="0048185C" w:rsidRPr="00324341" w:rsidRDefault="0048185C" w:rsidP="007559AF">
            <w:pPr>
              <w:pStyle w:val="Prrafodelista"/>
              <w:ind w:left="0"/>
              <w:jc w:val="center"/>
              <w:rPr>
                <w:rFonts w:ascii="Arial" w:eastAsia="Times New Roman" w:hAnsi="Arial" w:cs="Arial"/>
              </w:rPr>
            </w:pPr>
            <w:r w:rsidRPr="0082052E">
              <w:rPr>
                <w:rFonts w:ascii="Arial" w:eastAsia="Times New Roman" w:hAnsi="Arial" w:cs="Arial"/>
                <w:sz w:val="16"/>
                <w:szCs w:val="16"/>
              </w:rPr>
              <w:t>(2 puntos por cada fotografía o permisos que demuestren experiencia).</w:t>
            </w:r>
          </w:p>
          <w:p w14:paraId="00DC9DE8" w14:textId="1E097BF3" w:rsidR="0048185C" w:rsidRPr="00324341" w:rsidRDefault="0048185C" w:rsidP="0084039A">
            <w:pPr>
              <w:pStyle w:val="Prrafodelista"/>
              <w:tabs>
                <w:tab w:val="left" w:pos="184"/>
              </w:tabs>
              <w:ind w:left="184"/>
              <w:rPr>
                <w:rFonts w:ascii="Arial" w:eastAsia="Times New Roman" w:hAnsi="Arial" w:cs="Arial"/>
              </w:rPr>
            </w:pPr>
          </w:p>
        </w:tc>
        <w:tc>
          <w:tcPr>
            <w:tcW w:w="1276" w:type="dxa"/>
            <w:vAlign w:val="center"/>
          </w:tcPr>
          <w:p w14:paraId="2AA287F4" w14:textId="1D71EB73" w:rsidR="0048185C" w:rsidRPr="00324341" w:rsidRDefault="0048185C" w:rsidP="0084039A">
            <w:pPr>
              <w:jc w:val="center"/>
              <w:rPr>
                <w:rFonts w:ascii="Arial" w:eastAsia="Times New Roman" w:hAnsi="Arial" w:cs="Arial"/>
              </w:rPr>
            </w:pPr>
            <w:r w:rsidRPr="00324341">
              <w:rPr>
                <w:rFonts w:ascii="Arial" w:eastAsia="Times New Roman" w:hAnsi="Arial" w:cs="Arial"/>
              </w:rPr>
              <w:t>10</w:t>
            </w:r>
          </w:p>
        </w:tc>
      </w:tr>
      <w:tr w:rsidR="0048185C" w:rsidRPr="00324341" w14:paraId="2C356A08" w14:textId="77777777" w:rsidTr="00F62695">
        <w:trPr>
          <w:trHeight w:val="1638"/>
          <w:jc w:val="center"/>
        </w:trPr>
        <w:tc>
          <w:tcPr>
            <w:tcW w:w="1838" w:type="dxa"/>
            <w:vMerge/>
            <w:shd w:val="clear" w:color="auto" w:fill="F2F2F2" w:themeFill="background1" w:themeFillShade="F2"/>
            <w:vAlign w:val="center"/>
          </w:tcPr>
          <w:p w14:paraId="349ADA0D" w14:textId="77777777" w:rsidR="0048185C" w:rsidRPr="00324341" w:rsidRDefault="0048185C" w:rsidP="0084039A">
            <w:pPr>
              <w:jc w:val="center"/>
              <w:rPr>
                <w:rFonts w:ascii="Arial" w:eastAsia="Times New Roman" w:hAnsi="Arial" w:cs="Arial"/>
                <w:b/>
                <w:bCs/>
              </w:rPr>
            </w:pPr>
          </w:p>
        </w:tc>
        <w:tc>
          <w:tcPr>
            <w:tcW w:w="2552" w:type="dxa"/>
            <w:vMerge/>
            <w:vAlign w:val="center"/>
          </w:tcPr>
          <w:p w14:paraId="33ABE2C4" w14:textId="77777777" w:rsidR="0048185C" w:rsidRPr="00324341" w:rsidRDefault="0048185C" w:rsidP="0084039A">
            <w:pPr>
              <w:jc w:val="center"/>
              <w:rPr>
                <w:rFonts w:ascii="Arial" w:eastAsia="Times New Roman" w:hAnsi="Arial" w:cs="Arial"/>
              </w:rPr>
            </w:pPr>
          </w:p>
        </w:tc>
        <w:tc>
          <w:tcPr>
            <w:tcW w:w="1842" w:type="dxa"/>
            <w:vMerge/>
            <w:vAlign w:val="center"/>
          </w:tcPr>
          <w:p w14:paraId="64273BF6" w14:textId="77777777" w:rsidR="0048185C" w:rsidRPr="00324341" w:rsidRDefault="0048185C" w:rsidP="0084039A">
            <w:pPr>
              <w:jc w:val="center"/>
              <w:rPr>
                <w:rFonts w:ascii="Arial" w:eastAsia="Times New Roman" w:hAnsi="Arial" w:cs="Arial"/>
              </w:rPr>
            </w:pPr>
          </w:p>
        </w:tc>
        <w:tc>
          <w:tcPr>
            <w:tcW w:w="1701" w:type="dxa"/>
            <w:vAlign w:val="center"/>
          </w:tcPr>
          <w:p w14:paraId="7FFEE264" w14:textId="77777777" w:rsidR="0082052E" w:rsidRDefault="0048185C" w:rsidP="0082052E">
            <w:pPr>
              <w:pStyle w:val="Prrafodelista"/>
              <w:tabs>
                <w:tab w:val="left" w:pos="37"/>
              </w:tabs>
              <w:ind w:left="37"/>
              <w:rPr>
                <w:rFonts w:ascii="Arial" w:eastAsia="Times New Roman" w:hAnsi="Arial" w:cs="Arial"/>
              </w:rPr>
            </w:pPr>
            <w:r w:rsidRPr="00324341">
              <w:rPr>
                <w:rFonts w:ascii="Arial" w:eastAsia="Times New Roman" w:hAnsi="Arial" w:cs="Arial"/>
              </w:rPr>
              <w:t>No presenta ninguna fotografía o permiso municipal</w:t>
            </w:r>
            <w:r w:rsidR="0082052E">
              <w:rPr>
                <w:rFonts w:ascii="Arial" w:eastAsia="Times New Roman" w:hAnsi="Arial" w:cs="Arial"/>
              </w:rPr>
              <w:t>.</w:t>
            </w:r>
          </w:p>
          <w:p w14:paraId="50344680" w14:textId="694B1203" w:rsidR="0048185C" w:rsidRPr="00324341" w:rsidRDefault="0048185C" w:rsidP="007559AF">
            <w:pPr>
              <w:pStyle w:val="Prrafodelista"/>
              <w:tabs>
                <w:tab w:val="left" w:pos="37"/>
              </w:tabs>
              <w:ind w:left="37"/>
              <w:jc w:val="center"/>
              <w:rPr>
                <w:rFonts w:ascii="Arial" w:eastAsia="Times New Roman" w:hAnsi="Arial" w:cs="Arial"/>
              </w:rPr>
            </w:pPr>
            <w:r w:rsidRPr="0082052E">
              <w:rPr>
                <w:rFonts w:ascii="Arial" w:eastAsia="Times New Roman" w:hAnsi="Arial" w:cs="Arial"/>
                <w:sz w:val="16"/>
                <w:szCs w:val="16"/>
              </w:rPr>
              <w:t>(0 punto)</w:t>
            </w:r>
          </w:p>
        </w:tc>
        <w:tc>
          <w:tcPr>
            <w:tcW w:w="1276" w:type="dxa"/>
            <w:vAlign w:val="center"/>
          </w:tcPr>
          <w:p w14:paraId="00817931" w14:textId="1EBA25E6" w:rsidR="0048185C" w:rsidRPr="00324341" w:rsidRDefault="0048185C" w:rsidP="0084039A">
            <w:pPr>
              <w:jc w:val="center"/>
              <w:rPr>
                <w:rFonts w:ascii="Arial" w:eastAsia="Times New Roman" w:hAnsi="Arial" w:cs="Arial"/>
              </w:rPr>
            </w:pPr>
            <w:r w:rsidRPr="00324341">
              <w:rPr>
                <w:rFonts w:ascii="Arial" w:eastAsia="Times New Roman" w:hAnsi="Arial" w:cs="Arial"/>
              </w:rPr>
              <w:t>0</w:t>
            </w:r>
          </w:p>
        </w:tc>
      </w:tr>
      <w:tr w:rsidR="00F62695" w:rsidRPr="005540F9" w14:paraId="282AC7F5" w14:textId="77777777" w:rsidTr="00F62695">
        <w:tblPrEx>
          <w:jc w:val="left"/>
        </w:tblPrEx>
        <w:trPr>
          <w:trHeight w:val="1531"/>
        </w:trPr>
        <w:tc>
          <w:tcPr>
            <w:tcW w:w="1838" w:type="dxa"/>
            <w:shd w:val="clear" w:color="auto" w:fill="F2F2F2" w:themeFill="background1" w:themeFillShade="F2"/>
          </w:tcPr>
          <w:p w14:paraId="52D0A578" w14:textId="77777777" w:rsidR="00F62695" w:rsidRPr="002E5852" w:rsidRDefault="00F62695" w:rsidP="007559AF">
            <w:pPr>
              <w:jc w:val="center"/>
              <w:rPr>
                <w:rFonts w:ascii="Arial" w:hAnsi="Arial" w:cs="Arial"/>
                <w:b/>
                <w:bCs/>
              </w:rPr>
            </w:pPr>
            <w:r w:rsidRPr="002E5852">
              <w:rPr>
                <w:rFonts w:ascii="Arial" w:hAnsi="Arial" w:cs="Arial"/>
                <w:b/>
                <w:bCs/>
              </w:rPr>
              <w:t>Propuesta alusiva a la Fiesta de la Primavera</w:t>
            </w:r>
          </w:p>
        </w:tc>
        <w:tc>
          <w:tcPr>
            <w:tcW w:w="2552" w:type="dxa"/>
          </w:tcPr>
          <w:p w14:paraId="2968CE14" w14:textId="77777777" w:rsidR="00F62695" w:rsidRPr="002E5852" w:rsidRDefault="00F62695" w:rsidP="005766C6">
            <w:pPr>
              <w:rPr>
                <w:rFonts w:ascii="Arial" w:hAnsi="Arial" w:cs="Arial"/>
              </w:rPr>
            </w:pPr>
            <w:r w:rsidRPr="002E5852">
              <w:rPr>
                <w:rFonts w:ascii="Arial" w:hAnsi="Arial" w:cs="Arial"/>
              </w:rPr>
              <w:t>El/la postulante presenta una propuesta de decoración y presentación de su stand acorde a la temática de la Fiesta de la Primavera.</w:t>
            </w:r>
          </w:p>
        </w:tc>
        <w:tc>
          <w:tcPr>
            <w:tcW w:w="1842" w:type="dxa"/>
          </w:tcPr>
          <w:p w14:paraId="34B694CE" w14:textId="77777777" w:rsidR="00F62695" w:rsidRPr="002E5852" w:rsidRDefault="00F62695" w:rsidP="005766C6">
            <w:pPr>
              <w:rPr>
                <w:rFonts w:ascii="Arial" w:hAnsi="Arial" w:cs="Arial"/>
              </w:rPr>
            </w:pPr>
            <w:r w:rsidRPr="002E5852">
              <w:rPr>
                <w:rFonts w:ascii="Arial" w:hAnsi="Arial" w:cs="Arial"/>
              </w:rPr>
              <w:t>Información contenida en Anexo N°1 de postulación.</w:t>
            </w:r>
          </w:p>
        </w:tc>
        <w:tc>
          <w:tcPr>
            <w:tcW w:w="1701" w:type="dxa"/>
          </w:tcPr>
          <w:p w14:paraId="7A054BC2" w14:textId="054437C5" w:rsidR="00A37DE6" w:rsidRDefault="00F62695" w:rsidP="007559AF">
            <w:pPr>
              <w:tabs>
                <w:tab w:val="left" w:pos="175"/>
              </w:tabs>
              <w:rPr>
                <w:rFonts w:ascii="Arial" w:hAnsi="Arial" w:cs="Arial"/>
              </w:rPr>
            </w:pPr>
            <w:r w:rsidRPr="002E5852">
              <w:rPr>
                <w:rFonts w:ascii="Arial" w:hAnsi="Arial" w:cs="Arial"/>
              </w:rPr>
              <w:t>•</w:t>
            </w:r>
            <w:r w:rsidR="00A37DE6">
              <w:rPr>
                <w:rFonts w:ascii="Arial" w:hAnsi="Arial" w:cs="Arial"/>
              </w:rPr>
              <w:t>La</w:t>
            </w:r>
            <w:r w:rsidR="00A37DE6" w:rsidRPr="00A37DE6">
              <w:rPr>
                <w:rFonts w:ascii="Arial" w:hAnsi="Arial" w:cs="Arial"/>
              </w:rPr>
              <w:t xml:space="preserve"> presentación del stand o puesto, considera una propuesta decorativa alusiva a la Fiesta de la Primavera y una exhibición de productos acorde a la temática del evento</w:t>
            </w:r>
            <w:r w:rsidR="001331F2">
              <w:rPr>
                <w:rFonts w:ascii="Arial" w:hAnsi="Arial" w:cs="Arial"/>
              </w:rPr>
              <w:t>.</w:t>
            </w:r>
          </w:p>
          <w:p w14:paraId="48FCF2E1" w14:textId="723BDBE6" w:rsidR="007559AF" w:rsidRPr="00A37DE6" w:rsidRDefault="00A37DE6" w:rsidP="00A37DE6">
            <w:pPr>
              <w:tabs>
                <w:tab w:val="left" w:pos="175"/>
              </w:tabs>
              <w:jc w:val="center"/>
              <w:rPr>
                <w:rFonts w:ascii="Arial" w:hAnsi="Arial" w:cs="Arial"/>
                <w:sz w:val="16"/>
                <w:szCs w:val="16"/>
              </w:rPr>
            </w:pPr>
            <w:r w:rsidRPr="00A37DE6">
              <w:rPr>
                <w:rFonts w:ascii="Arial" w:hAnsi="Arial" w:cs="Arial"/>
                <w:sz w:val="16"/>
                <w:szCs w:val="16"/>
              </w:rPr>
              <w:t>(</w:t>
            </w:r>
            <w:r>
              <w:rPr>
                <w:rFonts w:ascii="Arial" w:hAnsi="Arial" w:cs="Arial"/>
                <w:sz w:val="16"/>
                <w:szCs w:val="16"/>
              </w:rPr>
              <w:t>3</w:t>
            </w:r>
            <w:r w:rsidRPr="00A37DE6">
              <w:rPr>
                <w:rFonts w:ascii="Arial" w:hAnsi="Arial" w:cs="Arial"/>
                <w:sz w:val="16"/>
                <w:szCs w:val="16"/>
              </w:rPr>
              <w:t xml:space="preserve"> </w:t>
            </w:r>
            <w:proofErr w:type="spellStart"/>
            <w:r w:rsidRPr="00A37DE6">
              <w:rPr>
                <w:rFonts w:ascii="Arial" w:hAnsi="Arial" w:cs="Arial"/>
                <w:sz w:val="16"/>
                <w:szCs w:val="16"/>
              </w:rPr>
              <w:t>pts</w:t>
            </w:r>
            <w:proofErr w:type="spellEnd"/>
            <w:r w:rsidRPr="00A37DE6">
              <w:rPr>
                <w:rFonts w:ascii="Arial" w:hAnsi="Arial" w:cs="Arial"/>
                <w:sz w:val="16"/>
                <w:szCs w:val="16"/>
              </w:rPr>
              <w:t>)</w:t>
            </w:r>
          </w:p>
          <w:p w14:paraId="6EB6519E" w14:textId="251C33AB" w:rsidR="001331F2" w:rsidRDefault="00F62695" w:rsidP="001331F2">
            <w:pPr>
              <w:tabs>
                <w:tab w:val="left" w:pos="175"/>
              </w:tabs>
              <w:rPr>
                <w:rFonts w:ascii="Arial" w:hAnsi="Arial" w:cs="Arial"/>
              </w:rPr>
            </w:pPr>
            <w:r w:rsidRPr="002E5852">
              <w:rPr>
                <w:rFonts w:ascii="Arial" w:hAnsi="Arial" w:cs="Arial"/>
              </w:rPr>
              <w:br/>
              <w:t>•</w:t>
            </w:r>
            <w:r w:rsidR="001331F2">
              <w:rPr>
                <w:rFonts w:ascii="Arial" w:hAnsi="Arial" w:cs="Arial"/>
              </w:rPr>
              <w:t>La</w:t>
            </w:r>
            <w:r w:rsidR="001331F2" w:rsidRPr="00A37DE6">
              <w:rPr>
                <w:rFonts w:ascii="Arial" w:hAnsi="Arial" w:cs="Arial"/>
              </w:rPr>
              <w:t xml:space="preserve"> presentación del stand o puesto</w:t>
            </w:r>
            <w:r w:rsidR="001331F2">
              <w:rPr>
                <w:rFonts w:ascii="Arial" w:hAnsi="Arial" w:cs="Arial"/>
              </w:rPr>
              <w:t xml:space="preserve"> no</w:t>
            </w:r>
            <w:r w:rsidR="001331F2" w:rsidRPr="00A37DE6">
              <w:rPr>
                <w:rFonts w:ascii="Arial" w:hAnsi="Arial" w:cs="Arial"/>
              </w:rPr>
              <w:t xml:space="preserve"> considera una propuesta decorativa alusiva a la Fiesta de la Primavera </w:t>
            </w:r>
            <w:r w:rsidR="001331F2">
              <w:rPr>
                <w:rFonts w:ascii="Arial" w:hAnsi="Arial" w:cs="Arial"/>
              </w:rPr>
              <w:t>o</w:t>
            </w:r>
            <w:r w:rsidR="001331F2" w:rsidRPr="00A37DE6">
              <w:rPr>
                <w:rFonts w:ascii="Arial" w:hAnsi="Arial" w:cs="Arial"/>
              </w:rPr>
              <w:t xml:space="preserve"> una exhibición de productos acorde a la temática del evento</w:t>
            </w:r>
            <w:r w:rsidR="001331F2">
              <w:rPr>
                <w:rFonts w:ascii="Arial" w:hAnsi="Arial" w:cs="Arial"/>
              </w:rPr>
              <w:t>.</w:t>
            </w:r>
          </w:p>
          <w:p w14:paraId="636609AA" w14:textId="497F7032" w:rsidR="001331F2" w:rsidRPr="00A37DE6" w:rsidRDefault="001331F2" w:rsidP="001331F2">
            <w:pPr>
              <w:tabs>
                <w:tab w:val="left" w:pos="175"/>
              </w:tabs>
              <w:jc w:val="center"/>
              <w:rPr>
                <w:rFonts w:ascii="Arial" w:hAnsi="Arial" w:cs="Arial"/>
                <w:sz w:val="16"/>
                <w:szCs w:val="16"/>
              </w:rPr>
            </w:pPr>
            <w:r w:rsidRPr="00A37DE6">
              <w:rPr>
                <w:rFonts w:ascii="Arial" w:hAnsi="Arial" w:cs="Arial"/>
                <w:sz w:val="16"/>
                <w:szCs w:val="16"/>
              </w:rPr>
              <w:t>(</w:t>
            </w:r>
            <w:r w:rsidR="00372F28">
              <w:rPr>
                <w:rFonts w:ascii="Arial" w:hAnsi="Arial" w:cs="Arial"/>
                <w:sz w:val="16"/>
                <w:szCs w:val="16"/>
              </w:rPr>
              <w:t>0</w:t>
            </w:r>
            <w:r w:rsidRPr="00A37DE6">
              <w:rPr>
                <w:rFonts w:ascii="Arial" w:hAnsi="Arial" w:cs="Arial"/>
                <w:sz w:val="16"/>
                <w:szCs w:val="16"/>
              </w:rPr>
              <w:t xml:space="preserve"> </w:t>
            </w:r>
            <w:proofErr w:type="spellStart"/>
            <w:r w:rsidRPr="00A37DE6">
              <w:rPr>
                <w:rFonts w:ascii="Arial" w:hAnsi="Arial" w:cs="Arial"/>
                <w:sz w:val="16"/>
                <w:szCs w:val="16"/>
              </w:rPr>
              <w:t>pts</w:t>
            </w:r>
            <w:proofErr w:type="spellEnd"/>
            <w:r w:rsidRPr="00A37DE6">
              <w:rPr>
                <w:rFonts w:ascii="Arial" w:hAnsi="Arial" w:cs="Arial"/>
                <w:sz w:val="16"/>
                <w:szCs w:val="16"/>
              </w:rPr>
              <w:t>)</w:t>
            </w:r>
          </w:p>
          <w:p w14:paraId="5B777DDF" w14:textId="713EFC43" w:rsidR="00F62695" w:rsidRPr="007559AF" w:rsidRDefault="00F62695" w:rsidP="001331F2">
            <w:pPr>
              <w:tabs>
                <w:tab w:val="left" w:pos="175"/>
              </w:tabs>
              <w:rPr>
                <w:rFonts w:ascii="Arial" w:hAnsi="Arial" w:cs="Arial"/>
                <w:sz w:val="16"/>
                <w:szCs w:val="16"/>
              </w:rPr>
            </w:pPr>
          </w:p>
        </w:tc>
        <w:tc>
          <w:tcPr>
            <w:tcW w:w="1276" w:type="dxa"/>
          </w:tcPr>
          <w:p w14:paraId="1224C874" w14:textId="2F3A770F" w:rsidR="00F62695" w:rsidRPr="005540F9" w:rsidRDefault="007A2069" w:rsidP="005766C6">
            <w:pPr>
              <w:jc w:val="center"/>
              <w:rPr>
                <w:rFonts w:ascii="Arial" w:eastAsia="Times New Roman" w:hAnsi="Arial" w:cs="Arial"/>
              </w:rPr>
            </w:pPr>
            <w:r>
              <w:rPr>
                <w:rFonts w:ascii="Arial" w:eastAsia="Times New Roman" w:hAnsi="Arial" w:cs="Arial"/>
              </w:rPr>
              <w:t>3</w:t>
            </w:r>
          </w:p>
        </w:tc>
      </w:tr>
      <w:bookmarkEnd w:id="7"/>
      <w:tr w:rsidR="0048185C" w:rsidRPr="00324341" w14:paraId="58656552" w14:textId="7C0AABB5" w:rsidTr="00F62695">
        <w:trPr>
          <w:trHeight w:val="1839"/>
          <w:jc w:val="center"/>
        </w:trPr>
        <w:tc>
          <w:tcPr>
            <w:tcW w:w="1838" w:type="dxa"/>
            <w:shd w:val="clear" w:color="auto" w:fill="F2F2F2" w:themeFill="background1" w:themeFillShade="F2"/>
            <w:vAlign w:val="center"/>
          </w:tcPr>
          <w:p w14:paraId="0E3296D1" w14:textId="38527BFB" w:rsidR="0048185C" w:rsidRPr="00324341" w:rsidRDefault="0048185C" w:rsidP="0082052E">
            <w:pPr>
              <w:pStyle w:val="TableParagraph"/>
              <w:spacing w:line="249" w:lineRule="auto"/>
              <w:jc w:val="center"/>
              <w:rPr>
                <w:rFonts w:ascii="Arial" w:eastAsia="Times New Roman" w:hAnsi="Arial" w:cs="Arial"/>
                <w:b/>
                <w:bCs/>
                <w:lang w:val="es-CL"/>
              </w:rPr>
            </w:pPr>
            <w:r w:rsidRPr="00324341">
              <w:rPr>
                <w:rFonts w:ascii="Arial" w:eastAsia="Times New Roman" w:hAnsi="Arial" w:cs="Arial"/>
                <w:b/>
                <w:bCs/>
                <w:lang w:val="es-CL"/>
              </w:rPr>
              <w:t xml:space="preserve">Ponderación </w:t>
            </w:r>
            <w:r w:rsidR="00D45A7C">
              <w:rPr>
                <w:rFonts w:ascii="Arial" w:eastAsia="Times New Roman" w:hAnsi="Arial" w:cs="Arial"/>
                <w:b/>
                <w:bCs/>
                <w:lang w:val="es-CL"/>
              </w:rPr>
              <w:t>e</w:t>
            </w:r>
            <w:r w:rsidRPr="00324341">
              <w:rPr>
                <w:rFonts w:ascii="Arial" w:eastAsia="Times New Roman" w:hAnsi="Arial" w:cs="Arial"/>
                <w:b/>
                <w:bCs/>
                <w:lang w:val="es-CL"/>
              </w:rPr>
              <w:t>special</w:t>
            </w:r>
          </w:p>
          <w:p w14:paraId="153903DF" w14:textId="069145E2" w:rsidR="0048185C" w:rsidRPr="00324341" w:rsidRDefault="0048185C" w:rsidP="0048185C">
            <w:pPr>
              <w:jc w:val="center"/>
              <w:rPr>
                <w:rFonts w:ascii="Arial" w:hAnsi="Arial" w:cs="Arial"/>
                <w:b/>
                <w:bCs/>
              </w:rPr>
            </w:pPr>
          </w:p>
        </w:tc>
        <w:tc>
          <w:tcPr>
            <w:tcW w:w="2552" w:type="dxa"/>
            <w:vAlign w:val="center"/>
          </w:tcPr>
          <w:p w14:paraId="6CDA863E" w14:textId="28D47BF2" w:rsidR="0048185C" w:rsidRPr="00324341" w:rsidRDefault="0048185C" w:rsidP="0048185C">
            <w:pPr>
              <w:rPr>
                <w:rFonts w:ascii="Arial" w:hAnsi="Arial" w:cs="Arial"/>
              </w:rPr>
            </w:pPr>
            <w:r w:rsidRPr="00324341">
              <w:rPr>
                <w:rFonts w:ascii="Arial" w:hAnsi="Arial" w:cs="Arial"/>
              </w:rPr>
              <w:t xml:space="preserve">El/la </w:t>
            </w:r>
            <w:r w:rsidR="001751F6" w:rsidRPr="00324341">
              <w:rPr>
                <w:rFonts w:ascii="Arial" w:hAnsi="Arial" w:cs="Arial"/>
              </w:rPr>
              <w:t>postulante participa</w:t>
            </w:r>
            <w:r w:rsidRPr="00324341">
              <w:rPr>
                <w:rFonts w:ascii="Arial" w:hAnsi="Arial" w:cs="Arial"/>
              </w:rPr>
              <w:t xml:space="preserve"> en programas pertenecientes a una de las siguientes oficinas del municipio:</w:t>
            </w:r>
          </w:p>
          <w:p w14:paraId="165CD8A9" w14:textId="34DA2D38" w:rsidR="0048185C" w:rsidRDefault="0048185C" w:rsidP="0048185C">
            <w:pPr>
              <w:pStyle w:val="Prrafodelista"/>
              <w:numPr>
                <w:ilvl w:val="0"/>
                <w:numId w:val="18"/>
              </w:numPr>
              <w:ind w:left="321" w:hanging="161"/>
              <w:jc w:val="left"/>
              <w:rPr>
                <w:rFonts w:ascii="Arial" w:hAnsi="Arial" w:cs="Arial"/>
              </w:rPr>
            </w:pPr>
            <w:r w:rsidRPr="00324341">
              <w:rPr>
                <w:rFonts w:ascii="Arial" w:hAnsi="Arial" w:cs="Arial"/>
              </w:rPr>
              <w:t>PMJH</w:t>
            </w:r>
            <w:r w:rsidR="0082052E">
              <w:rPr>
                <w:rFonts w:ascii="Arial" w:hAnsi="Arial" w:cs="Arial"/>
              </w:rPr>
              <w:t>.</w:t>
            </w:r>
          </w:p>
          <w:p w14:paraId="2EE3CC48" w14:textId="30A9988F" w:rsidR="004A09F9" w:rsidRPr="00324341" w:rsidRDefault="004A09F9" w:rsidP="0048185C">
            <w:pPr>
              <w:pStyle w:val="Prrafodelista"/>
              <w:numPr>
                <w:ilvl w:val="0"/>
                <w:numId w:val="18"/>
              </w:numPr>
              <w:ind w:left="321" w:hanging="161"/>
              <w:jc w:val="left"/>
              <w:rPr>
                <w:rFonts w:ascii="Arial" w:hAnsi="Arial" w:cs="Arial"/>
              </w:rPr>
            </w:pPr>
            <w:r>
              <w:rPr>
                <w:rFonts w:ascii="Arial" w:hAnsi="Arial" w:cs="Arial"/>
              </w:rPr>
              <w:t>SSYO</w:t>
            </w:r>
          </w:p>
          <w:p w14:paraId="02F080AC" w14:textId="63404D16" w:rsidR="0048185C" w:rsidRPr="00324341" w:rsidRDefault="0048185C" w:rsidP="0048185C">
            <w:pPr>
              <w:pStyle w:val="Prrafodelista"/>
              <w:numPr>
                <w:ilvl w:val="0"/>
                <w:numId w:val="18"/>
              </w:numPr>
              <w:ind w:left="321" w:hanging="161"/>
              <w:jc w:val="left"/>
              <w:rPr>
                <w:rFonts w:ascii="Arial" w:hAnsi="Arial" w:cs="Arial"/>
              </w:rPr>
            </w:pPr>
            <w:r w:rsidRPr="00324341">
              <w:rPr>
                <w:rFonts w:ascii="Arial" w:hAnsi="Arial" w:cs="Arial"/>
              </w:rPr>
              <w:t>Discapacidad</w:t>
            </w:r>
            <w:r w:rsidR="0082052E">
              <w:rPr>
                <w:rFonts w:ascii="Arial" w:hAnsi="Arial" w:cs="Arial"/>
              </w:rPr>
              <w:t>.</w:t>
            </w:r>
          </w:p>
          <w:p w14:paraId="0C2AF8F6" w14:textId="70400658" w:rsidR="0048185C" w:rsidRPr="00324341" w:rsidRDefault="0048185C" w:rsidP="0048185C">
            <w:pPr>
              <w:pStyle w:val="Prrafodelista"/>
              <w:numPr>
                <w:ilvl w:val="0"/>
                <w:numId w:val="18"/>
              </w:numPr>
              <w:ind w:left="321" w:hanging="161"/>
              <w:jc w:val="left"/>
              <w:rPr>
                <w:rFonts w:ascii="Arial" w:hAnsi="Arial" w:cs="Arial"/>
              </w:rPr>
            </w:pPr>
            <w:r w:rsidRPr="00324341">
              <w:rPr>
                <w:rFonts w:ascii="Arial" w:hAnsi="Arial" w:cs="Arial"/>
              </w:rPr>
              <w:t>Programa de la Mujer</w:t>
            </w:r>
            <w:r w:rsidR="0082052E">
              <w:rPr>
                <w:rFonts w:ascii="Arial" w:hAnsi="Arial" w:cs="Arial"/>
              </w:rPr>
              <w:t>.</w:t>
            </w:r>
          </w:p>
        </w:tc>
        <w:tc>
          <w:tcPr>
            <w:tcW w:w="1842" w:type="dxa"/>
            <w:vAlign w:val="center"/>
          </w:tcPr>
          <w:p w14:paraId="679D9EF3" w14:textId="1CF289D4" w:rsidR="0048185C" w:rsidRPr="00324341" w:rsidRDefault="0048185C" w:rsidP="0048185C">
            <w:pPr>
              <w:jc w:val="center"/>
              <w:rPr>
                <w:rFonts w:ascii="Arial" w:hAnsi="Arial" w:cs="Arial"/>
              </w:rPr>
            </w:pPr>
            <w:r w:rsidRPr="00324341">
              <w:rPr>
                <w:rFonts w:ascii="Arial" w:hAnsi="Arial" w:cs="Arial"/>
              </w:rPr>
              <w:t>Certificado de la oficina correspondiente o credencial de discapacidad.</w:t>
            </w:r>
          </w:p>
        </w:tc>
        <w:tc>
          <w:tcPr>
            <w:tcW w:w="1701" w:type="dxa"/>
            <w:vAlign w:val="center"/>
          </w:tcPr>
          <w:p w14:paraId="15C66FA5" w14:textId="77777777" w:rsidR="0048185C" w:rsidRPr="00324341" w:rsidRDefault="0048185C" w:rsidP="0082052E">
            <w:pPr>
              <w:pStyle w:val="Prrafodelista"/>
              <w:numPr>
                <w:ilvl w:val="0"/>
                <w:numId w:val="19"/>
              </w:numPr>
              <w:tabs>
                <w:tab w:val="left" w:pos="167"/>
              </w:tabs>
              <w:ind w:left="0" w:firstLine="0"/>
              <w:rPr>
                <w:rFonts w:ascii="Arial" w:hAnsi="Arial" w:cs="Arial"/>
              </w:rPr>
            </w:pPr>
            <w:r w:rsidRPr="00324341">
              <w:rPr>
                <w:rFonts w:ascii="Arial" w:eastAsia="Times New Roman" w:hAnsi="Arial" w:cs="Arial"/>
              </w:rPr>
              <w:t xml:space="preserve">El/la postulante presenta </w:t>
            </w:r>
            <w:r w:rsidRPr="00324341">
              <w:rPr>
                <w:rFonts w:ascii="Arial" w:hAnsi="Arial" w:cs="Arial"/>
              </w:rPr>
              <w:t xml:space="preserve">Certificado correspondiente o Credencial de discapacidad. </w:t>
            </w:r>
            <w:r w:rsidRPr="0082052E">
              <w:rPr>
                <w:rFonts w:ascii="Arial" w:hAnsi="Arial" w:cs="Arial"/>
                <w:sz w:val="16"/>
                <w:szCs w:val="16"/>
              </w:rPr>
              <w:t>(2 puntos).</w:t>
            </w:r>
            <w:r w:rsidRPr="00324341">
              <w:rPr>
                <w:rFonts w:ascii="Arial" w:hAnsi="Arial" w:cs="Arial"/>
              </w:rPr>
              <w:t xml:space="preserve"> </w:t>
            </w:r>
          </w:p>
          <w:p w14:paraId="1ED8ED0E" w14:textId="78B5CDFA" w:rsidR="0048185C" w:rsidRPr="00324341" w:rsidRDefault="0048185C" w:rsidP="0082052E">
            <w:pPr>
              <w:tabs>
                <w:tab w:val="left" w:pos="167"/>
              </w:tabs>
              <w:rPr>
                <w:rFonts w:ascii="Arial" w:hAnsi="Arial" w:cs="Arial"/>
              </w:rPr>
            </w:pPr>
            <w:r w:rsidRPr="00324341">
              <w:rPr>
                <w:rFonts w:ascii="Arial" w:eastAsia="Times New Roman" w:hAnsi="Arial" w:cs="Arial"/>
              </w:rPr>
              <w:t>No presenta ningún Certificado</w:t>
            </w:r>
            <w:r w:rsidRPr="00324341">
              <w:rPr>
                <w:rFonts w:ascii="Arial" w:hAnsi="Arial" w:cs="Arial"/>
              </w:rPr>
              <w:t xml:space="preserve"> o Credencial de discapacidad. </w:t>
            </w:r>
            <w:r w:rsidRPr="0082052E">
              <w:rPr>
                <w:rFonts w:ascii="Arial" w:eastAsia="Times New Roman" w:hAnsi="Arial" w:cs="Arial"/>
                <w:sz w:val="16"/>
                <w:szCs w:val="16"/>
              </w:rPr>
              <w:t>(0 punto)</w:t>
            </w:r>
          </w:p>
        </w:tc>
        <w:tc>
          <w:tcPr>
            <w:tcW w:w="1276" w:type="dxa"/>
            <w:vAlign w:val="center"/>
          </w:tcPr>
          <w:p w14:paraId="030B0257" w14:textId="6A357E2B" w:rsidR="0048185C" w:rsidRPr="00324341" w:rsidRDefault="0048185C" w:rsidP="0048185C">
            <w:pPr>
              <w:jc w:val="center"/>
              <w:rPr>
                <w:rFonts w:ascii="Arial" w:eastAsia="Times New Roman" w:hAnsi="Arial" w:cs="Arial"/>
              </w:rPr>
            </w:pPr>
            <w:r w:rsidRPr="00324341">
              <w:rPr>
                <w:rFonts w:ascii="Arial" w:eastAsia="Times New Roman" w:hAnsi="Arial" w:cs="Arial"/>
              </w:rPr>
              <w:t>2</w:t>
            </w:r>
          </w:p>
        </w:tc>
      </w:tr>
      <w:tr w:rsidR="0048185C" w:rsidRPr="00324341" w14:paraId="76628C74" w14:textId="77777777" w:rsidTr="00F62695">
        <w:trPr>
          <w:trHeight w:val="416"/>
          <w:jc w:val="center"/>
        </w:trPr>
        <w:tc>
          <w:tcPr>
            <w:tcW w:w="7933" w:type="dxa"/>
            <w:gridSpan w:val="4"/>
            <w:shd w:val="clear" w:color="auto" w:fill="F2F2F2" w:themeFill="background1" w:themeFillShade="F2"/>
            <w:vAlign w:val="center"/>
          </w:tcPr>
          <w:p w14:paraId="3B8E40EC" w14:textId="4A620542" w:rsidR="0048185C" w:rsidRPr="00324341" w:rsidRDefault="004F0D1B" w:rsidP="001751F6">
            <w:pPr>
              <w:jc w:val="center"/>
              <w:rPr>
                <w:rFonts w:ascii="Arial" w:hAnsi="Arial" w:cs="Arial"/>
                <w:b/>
                <w:bCs/>
              </w:rPr>
            </w:pPr>
            <w:r>
              <w:rPr>
                <w:rFonts w:ascii="Arial" w:hAnsi="Arial" w:cs="Arial"/>
                <w:b/>
                <w:bCs/>
              </w:rPr>
              <w:t xml:space="preserve">PUNTAJE </w:t>
            </w:r>
            <w:r w:rsidR="0048185C" w:rsidRPr="00324341">
              <w:rPr>
                <w:rFonts w:ascii="Arial" w:hAnsi="Arial" w:cs="Arial"/>
                <w:b/>
                <w:bCs/>
              </w:rPr>
              <w:t xml:space="preserve">TOTAL </w:t>
            </w:r>
          </w:p>
        </w:tc>
        <w:tc>
          <w:tcPr>
            <w:tcW w:w="1276" w:type="dxa"/>
            <w:vAlign w:val="center"/>
          </w:tcPr>
          <w:p w14:paraId="5B5D6703" w14:textId="29144C2A" w:rsidR="0048185C" w:rsidRPr="00324341" w:rsidRDefault="0048185C" w:rsidP="0084039A">
            <w:pPr>
              <w:jc w:val="center"/>
              <w:rPr>
                <w:rFonts w:ascii="Arial" w:eastAsia="Times New Roman" w:hAnsi="Arial" w:cs="Arial"/>
                <w:b/>
                <w:bCs/>
              </w:rPr>
            </w:pPr>
            <w:r w:rsidRPr="00324341">
              <w:rPr>
                <w:rFonts w:ascii="Arial" w:eastAsia="Times New Roman" w:hAnsi="Arial" w:cs="Arial"/>
                <w:b/>
                <w:bCs/>
              </w:rPr>
              <w:t>2</w:t>
            </w:r>
            <w:r w:rsidR="00D45A7C">
              <w:rPr>
                <w:rFonts w:ascii="Arial" w:eastAsia="Times New Roman" w:hAnsi="Arial" w:cs="Arial"/>
                <w:b/>
                <w:bCs/>
              </w:rPr>
              <w:t>5</w:t>
            </w:r>
          </w:p>
        </w:tc>
      </w:tr>
    </w:tbl>
    <w:p w14:paraId="1EBD93D4" w14:textId="77777777" w:rsidR="00B20D9A" w:rsidRPr="00324341" w:rsidRDefault="00B20D9A" w:rsidP="00F97584">
      <w:pPr>
        <w:spacing w:after="0" w:line="240" w:lineRule="auto"/>
        <w:rPr>
          <w:rFonts w:ascii="Arial" w:eastAsia="Times New Roman" w:hAnsi="Arial" w:cs="Arial"/>
        </w:rPr>
      </w:pPr>
    </w:p>
    <w:p w14:paraId="1C06B2FD" w14:textId="374FF5D3" w:rsidR="008152B0" w:rsidRDefault="008152B0" w:rsidP="007B24E2">
      <w:pPr>
        <w:spacing w:after="0" w:line="276" w:lineRule="auto"/>
        <w:ind w:firstLine="720"/>
        <w:rPr>
          <w:rFonts w:ascii="Arial" w:hAnsi="Arial" w:cs="Arial"/>
        </w:rPr>
      </w:pPr>
      <w:r w:rsidRPr="00324341">
        <w:rPr>
          <w:rFonts w:ascii="Arial" w:hAnsi="Arial" w:cs="Arial"/>
        </w:rPr>
        <w:t>Si no cumple con alguno de los requisitos planteados en la pauta, se irá descontando el puntaje correspondiente.</w:t>
      </w:r>
    </w:p>
    <w:p w14:paraId="51784E35" w14:textId="77777777" w:rsidR="007B24E2" w:rsidRPr="007B24E2" w:rsidRDefault="007B24E2" w:rsidP="007B24E2">
      <w:pPr>
        <w:pStyle w:val="Sinespaciado"/>
      </w:pPr>
    </w:p>
    <w:p w14:paraId="69DCDCF1" w14:textId="314E184B" w:rsidR="00B20D9A" w:rsidRPr="00324341" w:rsidRDefault="00B20D9A" w:rsidP="007B24E2">
      <w:pPr>
        <w:spacing w:line="276" w:lineRule="auto"/>
        <w:ind w:firstLine="720"/>
        <w:rPr>
          <w:rFonts w:ascii="Arial" w:eastAsia="Times New Roman" w:hAnsi="Arial" w:cs="Arial"/>
        </w:rPr>
      </w:pPr>
      <w:r w:rsidRPr="00324341">
        <w:rPr>
          <w:rFonts w:ascii="Arial" w:eastAsia="Times New Roman" w:hAnsi="Arial" w:cs="Arial"/>
        </w:rPr>
        <w:t xml:space="preserve">Los postulantes seleccionados se categorizarán en orden de prelación, considerando del mayor a menor puntaje obtenido en su postulación. En caso de producirse un empate, se evaluarán los siguientes factores </w:t>
      </w:r>
      <w:r w:rsidR="00AA6ABA" w:rsidRPr="00324341">
        <w:rPr>
          <w:rFonts w:ascii="Arial" w:eastAsia="Times New Roman" w:hAnsi="Arial" w:cs="Arial"/>
        </w:rPr>
        <w:t>d</w:t>
      </w:r>
      <w:r w:rsidRPr="00324341">
        <w:rPr>
          <w:rFonts w:ascii="Arial" w:eastAsia="Times New Roman" w:hAnsi="Arial" w:cs="Arial"/>
        </w:rPr>
        <w:t>e selección:</w:t>
      </w:r>
    </w:p>
    <w:p w14:paraId="5914FAD7" w14:textId="6869F3DB" w:rsidR="00B20D9A" w:rsidRPr="00324341" w:rsidRDefault="00FF4F59" w:rsidP="007B24E2">
      <w:pPr>
        <w:pStyle w:val="Prrafodelista"/>
        <w:numPr>
          <w:ilvl w:val="0"/>
          <w:numId w:val="15"/>
        </w:numPr>
        <w:tabs>
          <w:tab w:val="left" w:pos="142"/>
          <w:tab w:val="left" w:pos="284"/>
        </w:tabs>
        <w:spacing w:after="0" w:line="276" w:lineRule="auto"/>
        <w:ind w:left="0" w:firstLine="0"/>
        <w:rPr>
          <w:rFonts w:ascii="Arial" w:eastAsia="Times New Roman" w:hAnsi="Arial" w:cs="Arial"/>
        </w:rPr>
      </w:pPr>
      <w:r w:rsidRPr="00324341">
        <w:rPr>
          <w:rFonts w:ascii="Arial" w:eastAsia="Times New Roman" w:hAnsi="Arial" w:cs="Arial"/>
        </w:rPr>
        <w:t>Identidad Local</w:t>
      </w:r>
      <w:r w:rsidR="007B24E2">
        <w:rPr>
          <w:rFonts w:ascii="Arial" w:eastAsia="Times New Roman" w:hAnsi="Arial" w:cs="Arial"/>
        </w:rPr>
        <w:t>.</w:t>
      </w:r>
    </w:p>
    <w:p w14:paraId="660E090F" w14:textId="43BD00EF" w:rsidR="0029336F" w:rsidRPr="00324341" w:rsidRDefault="0029336F" w:rsidP="007B24E2">
      <w:pPr>
        <w:pStyle w:val="Prrafodelista"/>
        <w:numPr>
          <w:ilvl w:val="0"/>
          <w:numId w:val="15"/>
        </w:numPr>
        <w:tabs>
          <w:tab w:val="left" w:pos="142"/>
          <w:tab w:val="left" w:pos="284"/>
        </w:tabs>
        <w:spacing w:after="0" w:line="276" w:lineRule="auto"/>
        <w:ind w:left="0" w:firstLine="0"/>
        <w:rPr>
          <w:rFonts w:ascii="Arial" w:eastAsia="Times New Roman" w:hAnsi="Arial" w:cs="Arial"/>
        </w:rPr>
      </w:pPr>
      <w:r w:rsidRPr="00324341">
        <w:rPr>
          <w:rFonts w:ascii="Arial" w:eastAsia="Times New Roman" w:hAnsi="Arial" w:cs="Arial"/>
        </w:rPr>
        <w:t>Experiencia comprobable del/a emprendedor/a</w:t>
      </w:r>
      <w:r w:rsidR="007B24E2">
        <w:rPr>
          <w:rFonts w:ascii="Arial" w:eastAsia="Times New Roman" w:hAnsi="Arial" w:cs="Arial"/>
        </w:rPr>
        <w:t>.</w:t>
      </w:r>
    </w:p>
    <w:p w14:paraId="22CF622B" w14:textId="44D9ABA3" w:rsidR="00B20D9A" w:rsidRPr="00324341" w:rsidRDefault="0048185C" w:rsidP="007B24E2">
      <w:pPr>
        <w:pStyle w:val="Prrafodelista"/>
        <w:numPr>
          <w:ilvl w:val="0"/>
          <w:numId w:val="15"/>
        </w:numPr>
        <w:tabs>
          <w:tab w:val="left" w:pos="142"/>
          <w:tab w:val="left" w:pos="284"/>
        </w:tabs>
        <w:spacing w:after="0" w:line="276" w:lineRule="auto"/>
        <w:ind w:left="0" w:firstLine="0"/>
        <w:rPr>
          <w:rFonts w:ascii="Arial" w:eastAsia="Times New Roman" w:hAnsi="Arial" w:cs="Arial"/>
        </w:rPr>
      </w:pPr>
      <w:r w:rsidRPr="00324341">
        <w:rPr>
          <w:rFonts w:ascii="Arial" w:eastAsia="Times New Roman" w:hAnsi="Arial" w:cs="Arial"/>
        </w:rPr>
        <w:t>Ponderación Especial</w:t>
      </w:r>
      <w:r w:rsidR="007B24E2">
        <w:rPr>
          <w:rFonts w:ascii="Arial" w:eastAsia="Times New Roman" w:hAnsi="Arial" w:cs="Arial"/>
        </w:rPr>
        <w:t>.</w:t>
      </w:r>
    </w:p>
    <w:p w14:paraId="6E62B0A4" w14:textId="77777777" w:rsidR="0048185C" w:rsidRPr="00324341" w:rsidRDefault="0048185C" w:rsidP="007B24E2">
      <w:pPr>
        <w:pStyle w:val="Sinespaciado"/>
      </w:pPr>
    </w:p>
    <w:p w14:paraId="62932E21" w14:textId="4109322D" w:rsidR="00FD5099" w:rsidRPr="00324341" w:rsidRDefault="00FD5099" w:rsidP="007B24E2">
      <w:pPr>
        <w:spacing w:after="0" w:line="276" w:lineRule="auto"/>
        <w:ind w:firstLine="720"/>
        <w:rPr>
          <w:rFonts w:ascii="Arial" w:eastAsia="Times New Roman" w:hAnsi="Arial" w:cs="Arial"/>
        </w:rPr>
      </w:pPr>
      <w:r w:rsidRPr="00324341">
        <w:rPr>
          <w:rFonts w:ascii="Arial" w:eastAsia="Times New Roman" w:hAnsi="Arial" w:cs="Arial"/>
        </w:rPr>
        <w:t>En caso de seguir el empate, se seleccionará en función al horario y día de entrega de</w:t>
      </w:r>
      <w:r w:rsidR="00917A68">
        <w:rPr>
          <w:rFonts w:ascii="Arial" w:eastAsia="Times New Roman" w:hAnsi="Arial" w:cs="Arial"/>
        </w:rPr>
        <w:t>l</w:t>
      </w:r>
      <w:r w:rsidRPr="00324341">
        <w:rPr>
          <w:rFonts w:ascii="Arial" w:eastAsia="Times New Roman" w:hAnsi="Arial" w:cs="Arial"/>
        </w:rPr>
        <w:t xml:space="preserve"> sobre de postulación</w:t>
      </w:r>
      <w:r w:rsidR="00917A68">
        <w:rPr>
          <w:rFonts w:ascii="Arial" w:eastAsia="Times New Roman" w:hAnsi="Arial" w:cs="Arial"/>
        </w:rPr>
        <w:t>,</w:t>
      </w:r>
      <w:r w:rsidRPr="00324341">
        <w:rPr>
          <w:rFonts w:ascii="Arial" w:eastAsia="Times New Roman" w:hAnsi="Arial" w:cs="Arial"/>
        </w:rPr>
        <w:t xml:space="preserve"> registrado en la hoja de registro de postulaciones. </w:t>
      </w:r>
    </w:p>
    <w:p w14:paraId="29942CB8" w14:textId="77777777" w:rsidR="00EB4C94" w:rsidRPr="00324341" w:rsidRDefault="00EB4C94" w:rsidP="001751F6">
      <w:pPr>
        <w:spacing w:after="0" w:line="276" w:lineRule="auto"/>
        <w:rPr>
          <w:rFonts w:ascii="Arial" w:eastAsia="Times New Roman" w:hAnsi="Arial" w:cs="Arial"/>
        </w:rPr>
      </w:pPr>
    </w:p>
    <w:p w14:paraId="77781A98" w14:textId="18D6C902" w:rsidR="00FD5099" w:rsidRPr="00324341" w:rsidRDefault="00FD5099" w:rsidP="001751F6">
      <w:pPr>
        <w:spacing w:after="200" w:line="276" w:lineRule="auto"/>
        <w:ind w:left="360"/>
        <w:rPr>
          <w:rFonts w:ascii="Arial" w:eastAsia="Times New Roman" w:hAnsi="Arial" w:cs="Arial"/>
          <w:b/>
          <w:bCs/>
        </w:rPr>
      </w:pPr>
      <w:r w:rsidRPr="00324341">
        <w:rPr>
          <w:rFonts w:ascii="Arial" w:eastAsia="Times New Roman" w:hAnsi="Arial" w:cs="Arial"/>
          <w:b/>
          <w:bCs/>
        </w:rPr>
        <w:t>C.- Comisión Evaluadora</w:t>
      </w:r>
      <w:r w:rsidR="00917A68">
        <w:rPr>
          <w:rFonts w:ascii="Arial" w:eastAsia="Times New Roman" w:hAnsi="Arial" w:cs="Arial"/>
          <w:b/>
          <w:bCs/>
        </w:rPr>
        <w:t>.</w:t>
      </w:r>
    </w:p>
    <w:p w14:paraId="6BF59A0F" w14:textId="0AED4FE9" w:rsidR="0048185C" w:rsidRPr="00324341" w:rsidRDefault="0048185C" w:rsidP="007B24E2">
      <w:pPr>
        <w:spacing w:line="276" w:lineRule="auto"/>
        <w:ind w:firstLine="720"/>
        <w:rPr>
          <w:rFonts w:ascii="Arial" w:hAnsi="Arial" w:cs="Arial"/>
        </w:rPr>
      </w:pPr>
      <w:r w:rsidRPr="00324341">
        <w:rPr>
          <w:rFonts w:ascii="Arial" w:hAnsi="Arial" w:cs="Arial"/>
        </w:rPr>
        <w:t>La Comisión Evaluador</w:t>
      </w:r>
      <w:r w:rsidR="00E92DFF">
        <w:rPr>
          <w:rFonts w:ascii="Arial" w:hAnsi="Arial" w:cs="Arial"/>
        </w:rPr>
        <w:t>a</w:t>
      </w:r>
      <w:r w:rsidRPr="00324341">
        <w:rPr>
          <w:rFonts w:ascii="Arial" w:hAnsi="Arial" w:cs="Arial"/>
        </w:rPr>
        <w:t xml:space="preserve"> estará compuesta por 3 integrantes, </w:t>
      </w:r>
      <w:r w:rsidR="00E92DFF">
        <w:rPr>
          <w:rFonts w:ascii="Arial" w:hAnsi="Arial" w:cs="Arial"/>
        </w:rPr>
        <w:t xml:space="preserve">esta </w:t>
      </w:r>
      <w:r w:rsidRPr="00324341">
        <w:rPr>
          <w:rFonts w:ascii="Arial" w:hAnsi="Arial" w:cs="Arial"/>
        </w:rPr>
        <w:t>será quien revise, evalué y sancione las postulaciones</w:t>
      </w:r>
      <w:r w:rsidR="00E92DFF">
        <w:rPr>
          <w:rFonts w:ascii="Arial" w:hAnsi="Arial" w:cs="Arial"/>
        </w:rPr>
        <w:t>. La compondrán</w:t>
      </w:r>
      <w:r w:rsidRPr="00324341">
        <w:rPr>
          <w:rFonts w:ascii="Arial" w:hAnsi="Arial" w:cs="Arial"/>
        </w:rPr>
        <w:t>:</w:t>
      </w:r>
    </w:p>
    <w:p w14:paraId="482423F1" w14:textId="77777777" w:rsidR="0048185C" w:rsidRPr="00324341" w:rsidRDefault="0048185C" w:rsidP="007B24E2">
      <w:pPr>
        <w:tabs>
          <w:tab w:val="left" w:pos="284"/>
        </w:tabs>
        <w:spacing w:line="276" w:lineRule="auto"/>
        <w:rPr>
          <w:rFonts w:ascii="Arial" w:hAnsi="Arial" w:cs="Arial"/>
        </w:rPr>
      </w:pPr>
      <w:r w:rsidRPr="00324341">
        <w:rPr>
          <w:rFonts w:ascii="Arial" w:hAnsi="Arial" w:cs="Arial"/>
        </w:rPr>
        <w:t xml:space="preserve">a) </w:t>
      </w:r>
      <w:proofErr w:type="gramStart"/>
      <w:r w:rsidRPr="00324341">
        <w:rPr>
          <w:rFonts w:ascii="Arial" w:hAnsi="Arial" w:cs="Arial"/>
        </w:rPr>
        <w:t>Directora</w:t>
      </w:r>
      <w:proofErr w:type="gramEnd"/>
      <w:r w:rsidRPr="00324341">
        <w:rPr>
          <w:rFonts w:ascii="Arial" w:hAnsi="Arial" w:cs="Arial"/>
        </w:rPr>
        <w:t xml:space="preserve"> Desarrollo Comunitario o quien designe.</w:t>
      </w:r>
    </w:p>
    <w:p w14:paraId="2D839D02" w14:textId="4D1F52D8" w:rsidR="0048185C" w:rsidRPr="00324341" w:rsidRDefault="0048185C" w:rsidP="007B24E2">
      <w:pPr>
        <w:tabs>
          <w:tab w:val="left" w:pos="284"/>
        </w:tabs>
        <w:spacing w:line="276" w:lineRule="auto"/>
        <w:rPr>
          <w:rFonts w:ascii="Arial" w:hAnsi="Arial" w:cs="Arial"/>
        </w:rPr>
      </w:pPr>
      <w:r w:rsidRPr="00324341">
        <w:rPr>
          <w:rFonts w:ascii="Arial" w:hAnsi="Arial" w:cs="Arial"/>
        </w:rPr>
        <w:t>b) Coordinador/a de Control de Gestión DIDECO</w:t>
      </w:r>
      <w:r w:rsidR="00E92DFF">
        <w:rPr>
          <w:rFonts w:ascii="Arial" w:hAnsi="Arial" w:cs="Arial"/>
        </w:rPr>
        <w:t>.</w:t>
      </w:r>
    </w:p>
    <w:p w14:paraId="2D2B2201" w14:textId="77777777" w:rsidR="0048185C" w:rsidRPr="00324341" w:rsidRDefault="0048185C" w:rsidP="007B24E2">
      <w:pPr>
        <w:tabs>
          <w:tab w:val="left" w:pos="284"/>
        </w:tabs>
        <w:spacing w:line="276" w:lineRule="auto"/>
        <w:rPr>
          <w:rFonts w:ascii="Arial" w:hAnsi="Arial" w:cs="Arial"/>
        </w:rPr>
      </w:pPr>
      <w:r w:rsidRPr="00324341">
        <w:rPr>
          <w:rFonts w:ascii="Arial" w:hAnsi="Arial" w:cs="Arial"/>
        </w:rPr>
        <w:t>c) Encargada del Departamento de Desarrollo Económico Local.</w:t>
      </w:r>
    </w:p>
    <w:p w14:paraId="6AC456C1" w14:textId="77777777" w:rsidR="0048185C" w:rsidRPr="00324341" w:rsidRDefault="0048185C" w:rsidP="007B24E2">
      <w:pPr>
        <w:spacing w:line="276" w:lineRule="auto"/>
        <w:ind w:firstLine="720"/>
        <w:rPr>
          <w:rFonts w:ascii="Arial" w:hAnsi="Arial" w:cs="Arial"/>
        </w:rPr>
      </w:pPr>
      <w:r w:rsidRPr="00324341">
        <w:rPr>
          <w:rFonts w:ascii="Arial" w:hAnsi="Arial" w:cs="Arial"/>
        </w:rPr>
        <w:t>La comisión realizará la evaluación técnica de cada postulación, generando una categorización en orden de prelación con los/as seleccionados/as y una lista de espera para reemplazar a quienes no confirmen su participación, no paguen el permiso municipal en las fechas estipuladas o presenten algún incumplimiento a estas bases.</w:t>
      </w:r>
    </w:p>
    <w:p w14:paraId="21F69A0C" w14:textId="1E7B520E" w:rsidR="00FD5099" w:rsidRPr="00324341" w:rsidRDefault="0048185C" w:rsidP="007B24E2">
      <w:pPr>
        <w:spacing w:after="200" w:line="276" w:lineRule="auto"/>
        <w:ind w:firstLine="720"/>
        <w:contextualSpacing/>
        <w:rPr>
          <w:rFonts w:ascii="Arial" w:eastAsia="Times New Roman" w:hAnsi="Arial" w:cs="Arial"/>
        </w:rPr>
      </w:pPr>
      <w:r w:rsidRPr="00324341">
        <w:rPr>
          <w:rFonts w:ascii="Arial" w:hAnsi="Arial" w:cs="Arial"/>
        </w:rPr>
        <w:t>La decisión que adopte la comisión será inapelable y así lo aceptarán quienes se inscriban como postulantes</w:t>
      </w:r>
      <w:r w:rsidR="007B24E2">
        <w:rPr>
          <w:rFonts w:ascii="Arial" w:hAnsi="Arial" w:cs="Arial"/>
        </w:rPr>
        <w:t>.</w:t>
      </w:r>
    </w:p>
    <w:p w14:paraId="724182D2" w14:textId="77777777" w:rsidR="0029336F" w:rsidRPr="00324341" w:rsidRDefault="0029336F" w:rsidP="001751F6">
      <w:pPr>
        <w:spacing w:after="0" w:line="276" w:lineRule="auto"/>
        <w:rPr>
          <w:rFonts w:ascii="Arial" w:eastAsia="Times New Roman" w:hAnsi="Arial" w:cs="Arial"/>
          <w:b/>
        </w:rPr>
      </w:pPr>
      <w:bookmarkStart w:id="9" w:name="_Hlk204033405"/>
    </w:p>
    <w:p w14:paraId="3F0EB6E0" w14:textId="5A7285B0" w:rsidR="00E57E04" w:rsidRPr="00324341" w:rsidRDefault="00E94FDA" w:rsidP="007B24E2">
      <w:pPr>
        <w:tabs>
          <w:tab w:val="left" w:pos="284"/>
        </w:tabs>
        <w:spacing w:line="276" w:lineRule="auto"/>
        <w:rPr>
          <w:rFonts w:ascii="Arial" w:eastAsia="Times New Roman" w:hAnsi="Arial" w:cs="Arial"/>
          <w:b/>
        </w:rPr>
      </w:pPr>
      <w:r>
        <w:rPr>
          <w:rFonts w:ascii="Arial" w:eastAsia="Times New Roman" w:hAnsi="Arial" w:cs="Arial"/>
          <w:b/>
        </w:rPr>
        <w:t>X</w:t>
      </w:r>
      <w:r w:rsidR="00E57E04" w:rsidRPr="00324341">
        <w:rPr>
          <w:rFonts w:ascii="Arial" w:eastAsia="Times New Roman" w:hAnsi="Arial" w:cs="Arial"/>
          <w:b/>
        </w:rPr>
        <w:t>.</w:t>
      </w:r>
      <w:r w:rsidR="007B24E2">
        <w:rPr>
          <w:rFonts w:ascii="Arial" w:eastAsia="Times New Roman" w:hAnsi="Arial" w:cs="Arial"/>
          <w:b/>
        </w:rPr>
        <w:t xml:space="preserve"> </w:t>
      </w:r>
      <w:r w:rsidR="00E57E04" w:rsidRPr="00324341">
        <w:rPr>
          <w:rFonts w:ascii="Arial" w:eastAsia="Times New Roman" w:hAnsi="Arial" w:cs="Arial"/>
          <w:b/>
        </w:rPr>
        <w:t>PUBLICACIÓN DE RESULTADOS</w:t>
      </w:r>
      <w:r w:rsidR="00F62930">
        <w:rPr>
          <w:rFonts w:ascii="Arial" w:eastAsia="Times New Roman" w:hAnsi="Arial" w:cs="Arial"/>
          <w:b/>
        </w:rPr>
        <w:t>.</w:t>
      </w:r>
    </w:p>
    <w:p w14:paraId="328A834C" w14:textId="1A71308B" w:rsidR="00E57E04" w:rsidRPr="00324341" w:rsidRDefault="00E57E04" w:rsidP="007B24E2">
      <w:pPr>
        <w:spacing w:line="276" w:lineRule="auto"/>
        <w:ind w:firstLine="720"/>
        <w:rPr>
          <w:rFonts w:ascii="Arial" w:eastAsia="Times New Roman" w:hAnsi="Arial" w:cs="Arial"/>
          <w:bCs/>
        </w:rPr>
      </w:pPr>
      <w:r w:rsidRPr="00324341">
        <w:rPr>
          <w:rFonts w:ascii="Arial" w:eastAsia="Times New Roman" w:hAnsi="Arial" w:cs="Arial"/>
          <w:bCs/>
        </w:rPr>
        <w:t>Los resultados serán informados a contar desde el miércoles 04 de noviembre vía telefónica y al correo electrónico indicado en el formulario de postulación.</w:t>
      </w:r>
    </w:p>
    <w:p w14:paraId="7E7DFD39" w14:textId="73C6B4E9" w:rsidR="00E57E04" w:rsidRPr="00324341" w:rsidRDefault="00E57E04" w:rsidP="007B24E2">
      <w:pPr>
        <w:spacing w:after="0" w:line="276" w:lineRule="auto"/>
        <w:ind w:firstLine="720"/>
        <w:rPr>
          <w:rFonts w:ascii="Arial" w:eastAsia="Times New Roman" w:hAnsi="Arial" w:cs="Arial"/>
          <w:bCs/>
        </w:rPr>
      </w:pPr>
      <w:r w:rsidRPr="00324341">
        <w:rPr>
          <w:rFonts w:ascii="Arial" w:eastAsia="Times New Roman" w:hAnsi="Arial" w:cs="Arial"/>
          <w:bCs/>
        </w:rPr>
        <w:t xml:space="preserve">A quienes no </w:t>
      </w:r>
      <w:r w:rsidR="0029336F" w:rsidRPr="00324341">
        <w:rPr>
          <w:rFonts w:ascii="Arial" w:eastAsia="Times New Roman" w:hAnsi="Arial" w:cs="Arial"/>
          <w:bCs/>
        </w:rPr>
        <w:t>sean</w:t>
      </w:r>
      <w:r w:rsidRPr="00324341">
        <w:rPr>
          <w:rFonts w:ascii="Arial" w:eastAsia="Times New Roman" w:hAnsi="Arial" w:cs="Arial"/>
          <w:bCs/>
        </w:rPr>
        <w:t xml:space="preserve"> seleccionados se les hará llegar resultado al correo </w:t>
      </w:r>
      <w:r w:rsidR="0029336F" w:rsidRPr="00324341">
        <w:rPr>
          <w:rFonts w:ascii="Arial" w:eastAsia="Times New Roman" w:hAnsi="Arial" w:cs="Arial"/>
          <w:bCs/>
        </w:rPr>
        <w:t xml:space="preserve">electrónico </w:t>
      </w:r>
      <w:r w:rsidRPr="00324341">
        <w:rPr>
          <w:rFonts w:ascii="Arial" w:eastAsia="Times New Roman" w:hAnsi="Arial" w:cs="Arial"/>
          <w:bCs/>
        </w:rPr>
        <w:t xml:space="preserve">indicado en su </w:t>
      </w:r>
      <w:r w:rsidR="0029336F" w:rsidRPr="00324341">
        <w:rPr>
          <w:rFonts w:ascii="Arial" w:eastAsia="Times New Roman" w:hAnsi="Arial" w:cs="Arial"/>
          <w:bCs/>
        </w:rPr>
        <w:t xml:space="preserve">formulario de </w:t>
      </w:r>
      <w:r w:rsidRPr="00324341">
        <w:rPr>
          <w:rFonts w:ascii="Arial" w:eastAsia="Times New Roman" w:hAnsi="Arial" w:cs="Arial"/>
          <w:bCs/>
        </w:rPr>
        <w:t>postulación</w:t>
      </w:r>
      <w:r w:rsidR="0029336F" w:rsidRPr="00324341">
        <w:rPr>
          <w:rFonts w:ascii="Arial" w:eastAsia="Times New Roman" w:hAnsi="Arial" w:cs="Arial"/>
          <w:bCs/>
        </w:rPr>
        <w:t>,</w:t>
      </w:r>
      <w:r w:rsidRPr="00324341">
        <w:rPr>
          <w:rFonts w:ascii="Arial" w:eastAsia="Times New Roman" w:hAnsi="Arial" w:cs="Arial"/>
          <w:bCs/>
        </w:rPr>
        <w:t xml:space="preserve"> detallando puntaje de corte del proceso y puntaje obtenido </w:t>
      </w:r>
      <w:r w:rsidR="0029336F" w:rsidRPr="00324341">
        <w:rPr>
          <w:rFonts w:ascii="Arial" w:eastAsia="Times New Roman" w:hAnsi="Arial" w:cs="Arial"/>
          <w:bCs/>
        </w:rPr>
        <w:t>en su evaluación.</w:t>
      </w:r>
      <w:bookmarkEnd w:id="9"/>
    </w:p>
    <w:p w14:paraId="4EB2F705" w14:textId="77777777" w:rsidR="00EB4C94" w:rsidRPr="00324341" w:rsidRDefault="00EB4C94" w:rsidP="00F97584">
      <w:pPr>
        <w:spacing w:after="0" w:line="240" w:lineRule="auto"/>
        <w:rPr>
          <w:rFonts w:ascii="Arial" w:eastAsia="Times New Roman" w:hAnsi="Arial" w:cs="Arial"/>
          <w:b/>
        </w:rPr>
      </w:pPr>
    </w:p>
    <w:p w14:paraId="0C807CB4" w14:textId="70E79F0D" w:rsidR="00FD5099" w:rsidRPr="00324341" w:rsidRDefault="00E94FDA" w:rsidP="00F97584">
      <w:pPr>
        <w:spacing w:after="200" w:line="240" w:lineRule="auto"/>
        <w:rPr>
          <w:rFonts w:ascii="Arial" w:hAnsi="Arial" w:cs="Arial"/>
        </w:rPr>
      </w:pPr>
      <w:r>
        <w:rPr>
          <w:rFonts w:ascii="Arial" w:eastAsia="Times New Roman" w:hAnsi="Arial" w:cs="Arial"/>
          <w:b/>
        </w:rPr>
        <w:t>XI</w:t>
      </w:r>
      <w:r w:rsidR="00FD5099" w:rsidRPr="00324341">
        <w:rPr>
          <w:rFonts w:ascii="Arial" w:eastAsia="Times New Roman" w:hAnsi="Arial" w:cs="Arial"/>
          <w:b/>
        </w:rPr>
        <w:t>. INSTALACIÓN Y FUNCIONAMIENTO</w:t>
      </w:r>
      <w:r w:rsidR="007B24E2">
        <w:rPr>
          <w:rFonts w:ascii="Arial" w:eastAsia="Times New Roman" w:hAnsi="Arial" w:cs="Arial"/>
          <w:b/>
        </w:rPr>
        <w:t>.</w:t>
      </w:r>
    </w:p>
    <w:p w14:paraId="383CBDAA" w14:textId="442A0DFE" w:rsidR="00FD5099" w:rsidRPr="00324341" w:rsidRDefault="00FD5099" w:rsidP="0079792C">
      <w:pPr>
        <w:spacing w:after="200" w:line="276" w:lineRule="auto"/>
        <w:ind w:firstLine="720"/>
        <w:rPr>
          <w:rFonts w:ascii="Arial" w:eastAsia="Times New Roman" w:hAnsi="Arial" w:cs="Arial"/>
        </w:rPr>
      </w:pPr>
      <w:r w:rsidRPr="00324341">
        <w:rPr>
          <w:rFonts w:ascii="Arial" w:eastAsia="Times New Roman" w:hAnsi="Arial" w:cs="Arial"/>
        </w:rPr>
        <w:t>Los/as seleccionados/as deberán presentarse el viernes 20 de noviembre de 2026 en el recinto para la instalación de sus stand, horario y ubicación será indicado en reunión de coordinación previa al inicio de las Fiestas.</w:t>
      </w:r>
    </w:p>
    <w:p w14:paraId="0D44E60C" w14:textId="682C584C" w:rsidR="00FD5099" w:rsidRPr="00324341" w:rsidRDefault="00FD5099" w:rsidP="0079792C">
      <w:pPr>
        <w:spacing w:after="0" w:line="276" w:lineRule="auto"/>
        <w:ind w:firstLine="720"/>
        <w:rPr>
          <w:rFonts w:ascii="Arial" w:eastAsia="Times New Roman" w:hAnsi="Arial" w:cs="Arial"/>
        </w:rPr>
      </w:pPr>
      <w:r w:rsidRPr="00324341">
        <w:rPr>
          <w:rFonts w:ascii="Arial" w:eastAsia="Times New Roman" w:hAnsi="Arial" w:cs="Arial"/>
        </w:rPr>
        <w:t>El horario de funcionamiento será el establecido en el punto II. ANTECEDENTES DE LAS FIESTA DE LA PRIMAVERA 2026, de estas bases.</w:t>
      </w:r>
    </w:p>
    <w:p w14:paraId="74383B76" w14:textId="77777777" w:rsidR="000E5B53" w:rsidRPr="00324341" w:rsidRDefault="000E5B53" w:rsidP="00F97584">
      <w:pPr>
        <w:spacing w:after="0" w:line="240" w:lineRule="auto"/>
        <w:rPr>
          <w:rFonts w:ascii="Arial" w:eastAsia="Times New Roman" w:hAnsi="Arial" w:cs="Arial"/>
        </w:rPr>
      </w:pPr>
    </w:p>
    <w:p w14:paraId="4660D7B4" w14:textId="6B9B8A3F" w:rsidR="0048185C" w:rsidRPr="00324341" w:rsidRDefault="0048185C" w:rsidP="00873952">
      <w:pPr>
        <w:tabs>
          <w:tab w:val="left" w:pos="284"/>
        </w:tabs>
        <w:rPr>
          <w:rFonts w:ascii="Arial" w:hAnsi="Arial" w:cs="Arial"/>
        </w:rPr>
      </w:pPr>
      <w:r w:rsidRPr="00324341">
        <w:rPr>
          <w:rFonts w:ascii="Arial" w:eastAsia="Times New Roman" w:hAnsi="Arial" w:cs="Arial"/>
          <w:b/>
        </w:rPr>
        <w:t>X</w:t>
      </w:r>
      <w:r w:rsidR="00E94FDA">
        <w:rPr>
          <w:rFonts w:ascii="Arial" w:eastAsia="Times New Roman" w:hAnsi="Arial" w:cs="Arial"/>
          <w:b/>
        </w:rPr>
        <w:t>II.</w:t>
      </w:r>
      <w:r w:rsidRPr="00324341">
        <w:rPr>
          <w:rFonts w:ascii="Arial" w:eastAsia="Times New Roman" w:hAnsi="Arial" w:cs="Arial"/>
          <w:b/>
        </w:rPr>
        <w:t>OBLIGACIONES, PROHIBICIONES Y DEBERES DE LOS/AS SELECCIONADOS/AS</w:t>
      </w:r>
      <w:r w:rsidR="0079792C">
        <w:rPr>
          <w:rFonts w:ascii="Arial" w:eastAsia="Times New Roman" w:hAnsi="Arial" w:cs="Arial"/>
          <w:b/>
        </w:rPr>
        <w:t>.</w:t>
      </w:r>
    </w:p>
    <w:p w14:paraId="3D0DE82F" w14:textId="77777777" w:rsidR="0048185C" w:rsidRPr="00324341" w:rsidRDefault="0048185C" w:rsidP="007B24E2">
      <w:pPr>
        <w:spacing w:line="276" w:lineRule="auto"/>
        <w:ind w:firstLine="720"/>
        <w:rPr>
          <w:rFonts w:ascii="Arial" w:eastAsia="Times New Roman" w:hAnsi="Arial" w:cs="Arial"/>
        </w:rPr>
      </w:pPr>
      <w:r w:rsidRPr="00324341">
        <w:rPr>
          <w:rFonts w:ascii="Arial" w:eastAsia="Times New Roman" w:hAnsi="Arial" w:cs="Arial"/>
        </w:rPr>
        <w:t xml:space="preserve">La selección es hacía la persona o empresa, por lo que no es transferible y no se permitirá la fusión o subarriendo del puesto. </w:t>
      </w:r>
    </w:p>
    <w:p w14:paraId="599135E7" w14:textId="77777777" w:rsidR="0048185C" w:rsidRPr="00324341" w:rsidRDefault="0048185C" w:rsidP="007B24E2">
      <w:pPr>
        <w:spacing w:line="276" w:lineRule="auto"/>
        <w:ind w:firstLine="720"/>
        <w:rPr>
          <w:rFonts w:ascii="Arial" w:hAnsi="Arial" w:cs="Arial"/>
        </w:rPr>
      </w:pPr>
      <w:r w:rsidRPr="00324341">
        <w:rPr>
          <w:rFonts w:ascii="Arial" w:eastAsia="Times New Roman" w:hAnsi="Arial" w:cs="Arial"/>
        </w:rPr>
        <w:t>Durante la actividad, los/as seleccionados/as deberán:</w:t>
      </w:r>
    </w:p>
    <w:p w14:paraId="32CDCF29" w14:textId="18411C1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 xml:space="preserve">Entre 08:00 y 11:00 hrs, limpiar y abastecer </w:t>
      </w:r>
      <w:r w:rsidR="00FC6BFC">
        <w:rPr>
          <w:rFonts w:ascii="Arial" w:eastAsia="Times New Roman" w:hAnsi="Arial" w:cs="Arial"/>
        </w:rPr>
        <w:t>su espacio</w:t>
      </w:r>
      <w:r w:rsidRPr="00324341">
        <w:rPr>
          <w:rFonts w:ascii="Arial" w:eastAsia="Times New Roman" w:hAnsi="Arial" w:cs="Arial"/>
        </w:rPr>
        <w:t xml:space="preserve"> para el funcionamiento diario.</w:t>
      </w:r>
    </w:p>
    <w:p w14:paraId="1C91357C" w14:textId="7777777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lastRenderedPageBreak/>
        <w:t>Disponer de bolsas y contenedores plásticos con tapa higienizados y trasladarlos, cuando sea necesario, al sector de acopio dispuesto por el municipio.</w:t>
      </w:r>
    </w:p>
    <w:p w14:paraId="09BD8482" w14:textId="7777777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Mantener la oferta de productos y servicios según lo comprometido y en los horarios establecidos.</w:t>
      </w:r>
    </w:p>
    <w:p w14:paraId="46911404" w14:textId="7777777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Mantener limpio y ordenado el espacio a su cargo en todo momento.</w:t>
      </w:r>
    </w:p>
    <w:p w14:paraId="46B9BE69" w14:textId="7777777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Cumplir con las normativas sanitarias y de seguridad vigentes.</w:t>
      </w:r>
    </w:p>
    <w:p w14:paraId="5ECA9DA1" w14:textId="77777777"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Desarrollar la actividad sin exceder el espacio asignado respetando el entorno.</w:t>
      </w:r>
    </w:p>
    <w:p w14:paraId="0C8DDF47" w14:textId="27C07F4C" w:rsidR="00DD0A86"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hAnsi="Arial" w:cs="Arial"/>
        </w:rPr>
        <w:t xml:space="preserve">La seguridad de cada uno </w:t>
      </w:r>
      <w:r w:rsidR="0017322F" w:rsidRPr="00324341">
        <w:rPr>
          <w:rFonts w:ascii="Arial" w:hAnsi="Arial" w:cs="Arial"/>
        </w:rPr>
        <w:t>de los stands</w:t>
      </w:r>
      <w:r w:rsidRPr="00324341">
        <w:rPr>
          <w:rFonts w:ascii="Arial" w:hAnsi="Arial" w:cs="Arial"/>
        </w:rPr>
        <w:t>, durante el día como en la noche, será de exclusiva responsabilidad de los seleccionados.</w:t>
      </w:r>
    </w:p>
    <w:p w14:paraId="64DEC765" w14:textId="72D5BBAD" w:rsidR="00DD0A86" w:rsidRPr="00324341" w:rsidRDefault="00DD0A86"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hAnsi="Arial" w:cs="Arial"/>
        </w:rPr>
        <w:t>Ningún expositor(a) seleccionado podrá intervenir o modificar la estructura de la carpa. De incurrir en esta acción, el municipio cursará las multas correspondientes, debiendo además pagar todos los costos asociados al daño ocasionado.</w:t>
      </w:r>
    </w:p>
    <w:p w14:paraId="23420BFC" w14:textId="0BDF8F0F"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eastAsia="Times New Roman" w:hAnsi="Arial" w:cs="Arial"/>
        </w:rPr>
        <w:t xml:space="preserve">En caso de incumplimiento, la </w:t>
      </w:r>
      <w:r w:rsidR="008C2772">
        <w:rPr>
          <w:rFonts w:ascii="Arial" w:eastAsia="Times New Roman" w:hAnsi="Arial" w:cs="Arial"/>
        </w:rPr>
        <w:t>m</w:t>
      </w:r>
      <w:r w:rsidRPr="00324341">
        <w:rPr>
          <w:rFonts w:ascii="Arial" w:eastAsia="Times New Roman" w:hAnsi="Arial" w:cs="Arial"/>
        </w:rPr>
        <w:t>unicipalidad queda facultada para sancionar de acuerdo a lo indicado en el numeral IV. PAGO DE LOS PERMISOS MUNICIPALES Y/O MULTAS PARA LOS PARTICIPANTES, de estas bases.</w:t>
      </w:r>
    </w:p>
    <w:p w14:paraId="37D28D8D" w14:textId="37D56492" w:rsidR="0048185C" w:rsidRPr="00324341" w:rsidRDefault="0048185C" w:rsidP="007B24E2">
      <w:pPr>
        <w:pStyle w:val="Listaconvietas"/>
        <w:numPr>
          <w:ilvl w:val="0"/>
          <w:numId w:val="17"/>
        </w:numPr>
        <w:tabs>
          <w:tab w:val="left" w:pos="284"/>
        </w:tabs>
        <w:spacing w:after="200" w:line="276" w:lineRule="auto"/>
        <w:ind w:left="0" w:firstLine="0"/>
        <w:rPr>
          <w:rFonts w:ascii="Arial" w:hAnsi="Arial" w:cs="Arial"/>
        </w:rPr>
      </w:pPr>
      <w:r w:rsidRPr="00324341">
        <w:rPr>
          <w:rFonts w:ascii="Arial" w:hAnsi="Arial" w:cs="Arial"/>
        </w:rPr>
        <w:t>Queda prohibido fumar dentro del recinto, tanto dentro como fuera de la carpa. Tal prohibición se hace exigible tanto a personal en servicio como a los clientes, de acuerdo a lo preceptuado en el Art</w:t>
      </w:r>
      <w:r w:rsidR="008C2772">
        <w:rPr>
          <w:rFonts w:ascii="Arial" w:hAnsi="Arial" w:cs="Arial"/>
        </w:rPr>
        <w:t>í</w:t>
      </w:r>
      <w:r w:rsidRPr="00324341">
        <w:rPr>
          <w:rFonts w:ascii="Arial" w:hAnsi="Arial" w:cs="Arial"/>
        </w:rPr>
        <w:t xml:space="preserve">culo 10, de la Ley </w:t>
      </w:r>
      <w:proofErr w:type="spellStart"/>
      <w:r w:rsidRPr="00324341">
        <w:rPr>
          <w:rFonts w:ascii="Arial" w:hAnsi="Arial" w:cs="Arial"/>
        </w:rPr>
        <w:t>N°</w:t>
      </w:r>
      <w:proofErr w:type="spellEnd"/>
      <w:r w:rsidRPr="00324341">
        <w:rPr>
          <w:rFonts w:ascii="Arial" w:hAnsi="Arial" w:cs="Arial"/>
        </w:rPr>
        <w:t xml:space="preserve"> 20.660 que regula los Ambientes Libres de Humo de Tabaco, estableciendo prohibiciones de fumar en ciertos lugares.</w:t>
      </w:r>
    </w:p>
    <w:p w14:paraId="238D2D3F" w14:textId="77777777" w:rsidR="0048185C" w:rsidRPr="00324341" w:rsidRDefault="0048185C" w:rsidP="007B24E2">
      <w:pPr>
        <w:pStyle w:val="Listaconvietas"/>
        <w:numPr>
          <w:ilvl w:val="0"/>
          <w:numId w:val="16"/>
        </w:numPr>
        <w:tabs>
          <w:tab w:val="left" w:pos="284"/>
        </w:tabs>
        <w:spacing w:after="200" w:line="276" w:lineRule="auto"/>
        <w:ind w:left="0" w:firstLine="0"/>
        <w:rPr>
          <w:rFonts w:ascii="Arial" w:hAnsi="Arial" w:cs="Arial"/>
        </w:rPr>
      </w:pPr>
      <w:r w:rsidRPr="00324341">
        <w:rPr>
          <w:rFonts w:ascii="Arial" w:hAnsi="Arial" w:cs="Arial"/>
        </w:rPr>
        <w:t>De conformidad a lo establecido en el Código del Trabajo, no está autorizado emplear a menores de 15 años de edad, y quienes tengan entre 15 y 17 años, deberán contar con autorización notarial de sus padres o tutores.</w:t>
      </w:r>
    </w:p>
    <w:p w14:paraId="7A0D8740" w14:textId="77777777" w:rsidR="0048185C" w:rsidRPr="00324341" w:rsidRDefault="0048185C" w:rsidP="007B24E2">
      <w:pPr>
        <w:pStyle w:val="Listaconvietas"/>
        <w:numPr>
          <w:ilvl w:val="0"/>
          <w:numId w:val="16"/>
        </w:numPr>
        <w:tabs>
          <w:tab w:val="left" w:pos="284"/>
        </w:tabs>
        <w:spacing w:after="200" w:line="276" w:lineRule="auto"/>
        <w:ind w:left="0" w:firstLine="0"/>
        <w:rPr>
          <w:rFonts w:ascii="Arial" w:hAnsi="Arial" w:cs="Arial"/>
        </w:rPr>
      </w:pPr>
      <w:r w:rsidRPr="00324341">
        <w:rPr>
          <w:rFonts w:ascii="Arial" w:hAnsi="Arial" w:cs="Arial"/>
        </w:rPr>
        <w:t>Queda prohibido conectar y/o traspasar luz eléctrica, desde un lugar hacia otros comerciantes y/o personas. Es decir, utilizar alargadores para compartir electricidad a otro stand.</w:t>
      </w:r>
    </w:p>
    <w:p w14:paraId="25677100" w14:textId="77777777" w:rsidR="0048185C" w:rsidRPr="00324341" w:rsidRDefault="0048185C" w:rsidP="007B24E2">
      <w:pPr>
        <w:pStyle w:val="Listaconvietas"/>
        <w:numPr>
          <w:ilvl w:val="0"/>
          <w:numId w:val="16"/>
        </w:numPr>
        <w:tabs>
          <w:tab w:val="left" w:pos="284"/>
        </w:tabs>
        <w:spacing w:after="200" w:line="276" w:lineRule="auto"/>
        <w:ind w:left="0" w:firstLine="0"/>
        <w:rPr>
          <w:rFonts w:ascii="Arial" w:hAnsi="Arial" w:cs="Arial"/>
        </w:rPr>
      </w:pPr>
      <w:r w:rsidRPr="00324341">
        <w:rPr>
          <w:rFonts w:ascii="Arial" w:hAnsi="Arial" w:cs="Arial"/>
          <w:lang w:val="es-MX"/>
        </w:rPr>
        <w:t>Instalar música o equipos de amplificación al interior o exterior de los stands, tales como parlantes o radios, salvo uso personal mediante audífonos, con el fin de no interferir con las actividades oficiales del evento.</w:t>
      </w:r>
    </w:p>
    <w:p w14:paraId="0C66D2FD" w14:textId="77777777" w:rsidR="0048185C" w:rsidRPr="00324341" w:rsidRDefault="0048185C" w:rsidP="007B24E2">
      <w:pPr>
        <w:pStyle w:val="Listaconvietas"/>
        <w:numPr>
          <w:ilvl w:val="0"/>
          <w:numId w:val="16"/>
        </w:numPr>
        <w:tabs>
          <w:tab w:val="left" w:pos="284"/>
        </w:tabs>
        <w:spacing w:after="200" w:line="276" w:lineRule="auto"/>
        <w:ind w:left="0" w:firstLine="0"/>
        <w:rPr>
          <w:rFonts w:ascii="Arial" w:hAnsi="Arial" w:cs="Arial"/>
          <w:lang w:val="es-MX"/>
        </w:rPr>
      </w:pPr>
      <w:r w:rsidRPr="00324341">
        <w:rPr>
          <w:rFonts w:ascii="Arial" w:hAnsi="Arial" w:cs="Arial"/>
          <w:lang w:val="es-MX"/>
        </w:rPr>
        <w:t xml:space="preserve">Mantener conductas inadecuadas, incluyendo vocabulario ofensivo, mal trato al público, a otros expositores o al personal municipal. </w:t>
      </w:r>
    </w:p>
    <w:p w14:paraId="5FB8DA0C" w14:textId="77777777" w:rsidR="0048185C" w:rsidRPr="00324341" w:rsidRDefault="0048185C" w:rsidP="0071357D">
      <w:pPr>
        <w:pStyle w:val="Listaconvietas"/>
        <w:numPr>
          <w:ilvl w:val="0"/>
          <w:numId w:val="16"/>
        </w:numPr>
        <w:tabs>
          <w:tab w:val="left" w:pos="284"/>
        </w:tabs>
        <w:spacing w:after="200" w:line="276" w:lineRule="auto"/>
        <w:ind w:left="0" w:firstLine="0"/>
        <w:rPr>
          <w:rFonts w:ascii="Arial" w:hAnsi="Arial" w:cs="Arial"/>
          <w:lang w:val="es-MX"/>
        </w:rPr>
      </w:pPr>
      <w:r w:rsidRPr="00324341">
        <w:rPr>
          <w:rFonts w:ascii="Arial" w:hAnsi="Arial" w:cs="Arial"/>
          <w:lang w:val="es-MX"/>
        </w:rPr>
        <w:t>Abandonar el stand asignado durante el desarrollo del evento, salvo en caso de desistimiento formal de la participación, lo que deberá informarse mediante carta formal ingresada por Oficina de Partes de la Municipalidad de Chiguayante, ubicada en Orozimbo Barbosa N°104, con al menos 5 días de anticipación a la realización del evento.</w:t>
      </w:r>
    </w:p>
    <w:p w14:paraId="05C616ED" w14:textId="4EC26182" w:rsidR="00AA6ABA" w:rsidRPr="0071357D" w:rsidRDefault="0048185C" w:rsidP="007B24E2">
      <w:pPr>
        <w:pStyle w:val="Listaconvietas"/>
        <w:numPr>
          <w:ilvl w:val="0"/>
          <w:numId w:val="16"/>
        </w:numPr>
        <w:tabs>
          <w:tab w:val="left" w:pos="284"/>
        </w:tabs>
        <w:spacing w:after="200" w:line="276" w:lineRule="auto"/>
        <w:ind w:left="0" w:firstLine="0"/>
        <w:rPr>
          <w:rFonts w:ascii="Arial" w:hAnsi="Arial" w:cs="Arial"/>
          <w:lang w:val="es-MX"/>
        </w:rPr>
      </w:pPr>
      <w:r w:rsidRPr="00324341">
        <w:rPr>
          <w:rFonts w:ascii="Arial" w:hAnsi="Arial" w:cs="Arial"/>
          <w:lang w:val="es-MX"/>
        </w:rPr>
        <w:t>Unir, adosar o fusionar stands entre expositores, debiendo respetarse estrictamente el espacio asignado por la organización.</w:t>
      </w:r>
    </w:p>
    <w:p w14:paraId="54BAC75B" w14:textId="17B1BEA0" w:rsidR="00FD5099" w:rsidRPr="00324341" w:rsidRDefault="00FD5099" w:rsidP="007B24E2">
      <w:pPr>
        <w:spacing w:after="200" w:line="276" w:lineRule="auto"/>
        <w:rPr>
          <w:rFonts w:ascii="Arial" w:hAnsi="Arial" w:cs="Arial"/>
        </w:rPr>
      </w:pPr>
      <w:r w:rsidRPr="00324341">
        <w:rPr>
          <w:rFonts w:ascii="Arial" w:hAnsi="Arial" w:cs="Arial"/>
          <w:b/>
          <w:bCs/>
        </w:rPr>
        <w:t>X</w:t>
      </w:r>
      <w:r w:rsidR="00E57E04" w:rsidRPr="00324341">
        <w:rPr>
          <w:rFonts w:ascii="Arial" w:hAnsi="Arial" w:cs="Arial"/>
          <w:b/>
          <w:bCs/>
        </w:rPr>
        <w:t>I</w:t>
      </w:r>
      <w:r w:rsidRPr="00324341">
        <w:rPr>
          <w:rFonts w:ascii="Arial" w:hAnsi="Arial" w:cs="Arial"/>
          <w:b/>
          <w:bCs/>
        </w:rPr>
        <w:t>I</w:t>
      </w:r>
      <w:r w:rsidR="00E94FDA">
        <w:rPr>
          <w:rFonts w:ascii="Arial" w:hAnsi="Arial" w:cs="Arial"/>
          <w:b/>
          <w:bCs/>
        </w:rPr>
        <w:t>I</w:t>
      </w:r>
      <w:r w:rsidRPr="00324341">
        <w:rPr>
          <w:rFonts w:ascii="Arial" w:hAnsi="Arial" w:cs="Arial"/>
          <w:b/>
          <w:bCs/>
        </w:rPr>
        <w:t>.- DE LOS ORGANIZADORES</w:t>
      </w:r>
      <w:r w:rsidR="0071357D">
        <w:rPr>
          <w:rFonts w:ascii="Arial" w:hAnsi="Arial" w:cs="Arial"/>
          <w:b/>
          <w:bCs/>
        </w:rPr>
        <w:t>.</w:t>
      </w:r>
      <w:r w:rsidRPr="00324341">
        <w:rPr>
          <w:rFonts w:ascii="Arial" w:hAnsi="Arial" w:cs="Arial"/>
        </w:rPr>
        <w:t xml:space="preserve"> </w:t>
      </w:r>
    </w:p>
    <w:p w14:paraId="6B788C83" w14:textId="5F4FA511" w:rsidR="00FD5099" w:rsidRPr="00324341" w:rsidRDefault="006F6D51" w:rsidP="006F6D51">
      <w:pPr>
        <w:spacing w:after="0" w:line="276" w:lineRule="auto"/>
        <w:ind w:firstLine="720"/>
        <w:rPr>
          <w:rFonts w:ascii="Arial" w:hAnsi="Arial" w:cs="Arial"/>
        </w:rPr>
      </w:pPr>
      <w:r w:rsidRPr="006F6D51">
        <w:rPr>
          <w:rFonts w:ascii="Arial" w:hAnsi="Arial" w:cs="Arial"/>
        </w:rPr>
        <w:t>La Municipalidad de Chiguayante organiza y financia la Fiesta de la Primavera 2026. La coordinación del evento, así como la asignación e instalación de los distintos participantes, estará a cargo del Departamento de Desarrollo Económico Local</w:t>
      </w:r>
      <w:r>
        <w:rPr>
          <w:rFonts w:ascii="Arial" w:hAnsi="Arial" w:cs="Arial"/>
        </w:rPr>
        <w:t>.</w:t>
      </w:r>
    </w:p>
    <w:p w14:paraId="36D6CC31" w14:textId="77777777" w:rsidR="00EB4C94" w:rsidRPr="00324341" w:rsidRDefault="00EB4C94" w:rsidP="00F97584">
      <w:pPr>
        <w:spacing w:after="0" w:line="240" w:lineRule="auto"/>
        <w:rPr>
          <w:rFonts w:ascii="Arial" w:hAnsi="Arial" w:cs="Arial"/>
        </w:rPr>
      </w:pPr>
    </w:p>
    <w:p w14:paraId="37AA544E" w14:textId="77777777" w:rsidR="008A2E2C" w:rsidRPr="00324341" w:rsidRDefault="008A2E2C" w:rsidP="00F97584">
      <w:pPr>
        <w:spacing w:line="240" w:lineRule="auto"/>
        <w:rPr>
          <w:rFonts w:ascii="Arial" w:eastAsia="Arial" w:hAnsi="Arial" w:cs="Arial"/>
          <w:b/>
        </w:rPr>
      </w:pPr>
      <w:r w:rsidRPr="00324341">
        <w:rPr>
          <w:rFonts w:ascii="Arial" w:eastAsia="Arial" w:hAnsi="Arial" w:cs="Arial"/>
          <w:b/>
        </w:rPr>
        <w:br w:type="page"/>
      </w:r>
    </w:p>
    <w:p w14:paraId="122FA23D" w14:textId="50BB2C96" w:rsidR="005043B1" w:rsidRPr="00324341" w:rsidRDefault="005043B1" w:rsidP="008E3FB0">
      <w:pPr>
        <w:spacing w:after="0" w:line="240" w:lineRule="auto"/>
        <w:jc w:val="center"/>
        <w:rPr>
          <w:rFonts w:ascii="Arial" w:eastAsia="Arial" w:hAnsi="Arial" w:cs="Arial"/>
          <w:b/>
        </w:rPr>
      </w:pPr>
      <w:r w:rsidRPr="00324341">
        <w:rPr>
          <w:rFonts w:ascii="Arial" w:eastAsia="Arial" w:hAnsi="Arial" w:cs="Arial"/>
          <w:b/>
        </w:rPr>
        <w:lastRenderedPageBreak/>
        <w:t>ANEXO N°1</w:t>
      </w:r>
    </w:p>
    <w:p w14:paraId="2B243485" w14:textId="28D0B960" w:rsidR="005043B1" w:rsidRPr="00B5173C" w:rsidRDefault="005043B1" w:rsidP="00B5173C">
      <w:pPr>
        <w:spacing w:after="0" w:line="240" w:lineRule="auto"/>
        <w:jc w:val="center"/>
        <w:rPr>
          <w:rFonts w:ascii="Arial" w:eastAsia="Arial" w:hAnsi="Arial" w:cs="Arial"/>
          <w:b/>
        </w:rPr>
      </w:pPr>
      <w:r w:rsidRPr="00324341">
        <w:rPr>
          <w:rFonts w:ascii="Arial" w:eastAsia="Arial" w:hAnsi="Arial" w:cs="Arial"/>
          <w:b/>
        </w:rPr>
        <w:t>FORMULARIO DE POSTULACIÓN</w:t>
      </w:r>
      <w:r w:rsidR="00B5173C">
        <w:rPr>
          <w:rFonts w:ascii="Arial" w:eastAsia="Arial" w:hAnsi="Arial" w:cs="Arial"/>
          <w:b/>
        </w:rPr>
        <w:t xml:space="preserve"> </w:t>
      </w:r>
      <w:r w:rsidRPr="00324341">
        <w:rPr>
          <w:rFonts w:ascii="Arial" w:hAnsi="Arial" w:cs="Arial"/>
          <w:b/>
          <w:bCs/>
        </w:rPr>
        <w:t>STAND DE ARTESANÍA Y MANUALIDADES</w:t>
      </w:r>
    </w:p>
    <w:p w14:paraId="37BE2BF4" w14:textId="0B659D04" w:rsidR="005043B1" w:rsidRPr="00324341" w:rsidRDefault="005043B1" w:rsidP="008E3FB0">
      <w:pPr>
        <w:spacing w:after="0" w:line="240" w:lineRule="auto"/>
        <w:jc w:val="center"/>
        <w:rPr>
          <w:rFonts w:ascii="Arial" w:eastAsia="Times New Roman" w:hAnsi="Arial" w:cs="Arial"/>
          <w:b/>
          <w:bCs/>
        </w:rPr>
      </w:pPr>
      <w:r w:rsidRPr="00324341">
        <w:rPr>
          <w:rFonts w:ascii="Arial" w:eastAsia="Times New Roman" w:hAnsi="Arial" w:cs="Arial"/>
          <w:b/>
          <w:bCs/>
        </w:rPr>
        <w:t>FIESTA DE LA PRIMAVERA 2026</w:t>
      </w:r>
    </w:p>
    <w:p w14:paraId="15A903B7" w14:textId="173D1B2C" w:rsidR="005043B1" w:rsidRPr="00324341" w:rsidRDefault="005F1BF6" w:rsidP="008E3FB0">
      <w:pPr>
        <w:spacing w:after="0" w:line="240" w:lineRule="auto"/>
        <w:jc w:val="center"/>
        <w:rPr>
          <w:rFonts w:ascii="Arial" w:hAnsi="Arial" w:cs="Arial"/>
          <w:b/>
          <w:bCs/>
        </w:rPr>
      </w:pPr>
      <w:r w:rsidRPr="00324341">
        <w:rPr>
          <w:rFonts w:ascii="Arial" w:hAnsi="Arial" w:cs="Arial"/>
          <w:b/>
          <w:bCs/>
        </w:rPr>
        <w:t>MUNICIPALIDAD DE CHIGUAYANTE</w:t>
      </w:r>
    </w:p>
    <w:p w14:paraId="06A1C550" w14:textId="77777777" w:rsidR="005F1BF6" w:rsidRPr="00324341" w:rsidRDefault="005F1BF6" w:rsidP="00F97584">
      <w:pPr>
        <w:spacing w:after="0" w:line="240" w:lineRule="auto"/>
        <w:rPr>
          <w:rFonts w:ascii="Arial" w:eastAsia="Arial" w:hAnsi="Arial" w:cs="Arial"/>
        </w:rPr>
      </w:pP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1300"/>
        <w:gridCol w:w="3094"/>
        <w:gridCol w:w="22"/>
      </w:tblGrid>
      <w:tr w:rsidR="005043B1" w:rsidRPr="00324341" w14:paraId="5064ACA9" w14:textId="77777777" w:rsidTr="00835112">
        <w:trPr>
          <w:jc w:val="center"/>
        </w:trPr>
        <w:tc>
          <w:tcPr>
            <w:tcW w:w="10086" w:type="dxa"/>
            <w:gridSpan w:val="5"/>
            <w:tcBorders>
              <w:top w:val="nil"/>
              <w:left w:val="nil"/>
              <w:right w:val="nil"/>
            </w:tcBorders>
          </w:tcPr>
          <w:p w14:paraId="10003AC8" w14:textId="71219DCF" w:rsidR="005043B1" w:rsidRPr="00B5173C" w:rsidRDefault="005043B1" w:rsidP="00F97584">
            <w:pPr>
              <w:spacing w:after="0" w:line="240" w:lineRule="auto"/>
              <w:rPr>
                <w:rFonts w:ascii="Arial" w:eastAsia="Arial" w:hAnsi="Arial" w:cs="Arial"/>
                <w:b/>
              </w:rPr>
            </w:pPr>
            <w:r w:rsidRPr="00B5173C">
              <w:rPr>
                <w:rFonts w:ascii="Arial" w:eastAsia="Arial" w:hAnsi="Arial" w:cs="Arial"/>
                <w:b/>
              </w:rPr>
              <w:t>1.- Datos del postulante</w:t>
            </w:r>
            <w:r w:rsidR="00D36496">
              <w:rPr>
                <w:rFonts w:ascii="Arial" w:eastAsia="Arial" w:hAnsi="Arial" w:cs="Arial"/>
                <w:b/>
              </w:rPr>
              <w:t>.</w:t>
            </w:r>
          </w:p>
          <w:p w14:paraId="73DBC014" w14:textId="77777777" w:rsidR="005043B1" w:rsidRPr="00324341" w:rsidRDefault="005043B1" w:rsidP="00F97584">
            <w:pPr>
              <w:spacing w:after="0" w:line="240" w:lineRule="auto"/>
              <w:rPr>
                <w:rFonts w:ascii="Arial" w:eastAsia="Arial" w:hAnsi="Arial" w:cs="Arial"/>
                <w:b/>
                <w:u w:val="single"/>
              </w:rPr>
            </w:pPr>
          </w:p>
        </w:tc>
      </w:tr>
      <w:tr w:rsidR="005043B1" w:rsidRPr="00324341" w14:paraId="51D0160C" w14:textId="77777777" w:rsidTr="00835112">
        <w:trPr>
          <w:gridAfter w:val="1"/>
          <w:wAfter w:w="22" w:type="dxa"/>
          <w:trHeight w:val="454"/>
          <w:jc w:val="center"/>
        </w:trPr>
        <w:tc>
          <w:tcPr>
            <w:tcW w:w="2835" w:type="dxa"/>
            <w:shd w:val="clear" w:color="auto" w:fill="F2F2F2" w:themeFill="background1" w:themeFillShade="F2"/>
            <w:vAlign w:val="center"/>
          </w:tcPr>
          <w:p w14:paraId="4140B0BA" w14:textId="2EC4BF8F"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Nombre del</w:t>
            </w:r>
            <w:r w:rsidR="008D55B6" w:rsidRPr="00B5173C">
              <w:rPr>
                <w:rFonts w:ascii="Arial" w:eastAsia="Arial" w:hAnsi="Arial" w:cs="Arial"/>
                <w:b/>
                <w:bCs/>
              </w:rPr>
              <w:t>/a</w:t>
            </w:r>
            <w:r w:rsidRPr="00B5173C">
              <w:rPr>
                <w:rFonts w:ascii="Arial" w:eastAsia="Arial" w:hAnsi="Arial" w:cs="Arial"/>
                <w:b/>
                <w:bCs/>
              </w:rPr>
              <w:t xml:space="preserve"> </w:t>
            </w:r>
            <w:r w:rsidR="00150177">
              <w:rPr>
                <w:rFonts w:ascii="Arial" w:eastAsia="Arial" w:hAnsi="Arial" w:cs="Arial"/>
                <w:b/>
                <w:bCs/>
              </w:rPr>
              <w:t>p</w:t>
            </w:r>
            <w:r w:rsidRPr="00B5173C">
              <w:rPr>
                <w:rFonts w:ascii="Arial" w:eastAsia="Arial" w:hAnsi="Arial" w:cs="Arial"/>
                <w:b/>
                <w:bCs/>
              </w:rPr>
              <w:t>ostulante</w:t>
            </w:r>
          </w:p>
        </w:tc>
        <w:tc>
          <w:tcPr>
            <w:tcW w:w="7229" w:type="dxa"/>
            <w:gridSpan w:val="3"/>
          </w:tcPr>
          <w:p w14:paraId="69C8A789" w14:textId="77777777" w:rsidR="005043B1" w:rsidRPr="00324341" w:rsidRDefault="005043B1" w:rsidP="00F97584">
            <w:pPr>
              <w:spacing w:after="0" w:line="240" w:lineRule="auto"/>
              <w:rPr>
                <w:rFonts w:ascii="Arial" w:eastAsia="Arial" w:hAnsi="Arial" w:cs="Arial"/>
              </w:rPr>
            </w:pPr>
          </w:p>
        </w:tc>
      </w:tr>
      <w:tr w:rsidR="005043B1" w:rsidRPr="00324341" w14:paraId="4D3AD432" w14:textId="77777777" w:rsidTr="00835112">
        <w:trPr>
          <w:gridAfter w:val="1"/>
          <w:wAfter w:w="22" w:type="dxa"/>
          <w:trHeight w:val="454"/>
          <w:jc w:val="center"/>
        </w:trPr>
        <w:tc>
          <w:tcPr>
            <w:tcW w:w="2835" w:type="dxa"/>
            <w:shd w:val="clear" w:color="auto" w:fill="F2F2F2" w:themeFill="background1" w:themeFillShade="F2"/>
            <w:vAlign w:val="center"/>
          </w:tcPr>
          <w:p w14:paraId="36EABE0D" w14:textId="39B1CEE2"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Apellidos del</w:t>
            </w:r>
            <w:r w:rsidR="008D55B6" w:rsidRPr="00B5173C">
              <w:rPr>
                <w:rFonts w:ascii="Arial" w:eastAsia="Arial" w:hAnsi="Arial" w:cs="Arial"/>
                <w:b/>
                <w:bCs/>
              </w:rPr>
              <w:t>/a</w:t>
            </w:r>
            <w:r w:rsidRPr="00B5173C">
              <w:rPr>
                <w:rFonts w:ascii="Arial" w:eastAsia="Arial" w:hAnsi="Arial" w:cs="Arial"/>
                <w:b/>
                <w:bCs/>
              </w:rPr>
              <w:t xml:space="preserve"> </w:t>
            </w:r>
            <w:r w:rsidR="00150177">
              <w:rPr>
                <w:rFonts w:ascii="Arial" w:eastAsia="Arial" w:hAnsi="Arial" w:cs="Arial"/>
                <w:b/>
                <w:bCs/>
              </w:rPr>
              <w:t>p</w:t>
            </w:r>
            <w:r w:rsidRPr="00B5173C">
              <w:rPr>
                <w:rFonts w:ascii="Arial" w:eastAsia="Arial" w:hAnsi="Arial" w:cs="Arial"/>
                <w:b/>
                <w:bCs/>
              </w:rPr>
              <w:t>ostulante</w:t>
            </w:r>
          </w:p>
        </w:tc>
        <w:tc>
          <w:tcPr>
            <w:tcW w:w="7229" w:type="dxa"/>
            <w:gridSpan w:val="3"/>
          </w:tcPr>
          <w:p w14:paraId="6689BD94" w14:textId="77777777" w:rsidR="005043B1" w:rsidRPr="00324341" w:rsidRDefault="005043B1" w:rsidP="00F97584">
            <w:pPr>
              <w:spacing w:after="0" w:line="240" w:lineRule="auto"/>
              <w:rPr>
                <w:rFonts w:ascii="Arial" w:eastAsia="Arial" w:hAnsi="Arial" w:cs="Arial"/>
              </w:rPr>
            </w:pPr>
          </w:p>
        </w:tc>
      </w:tr>
      <w:tr w:rsidR="005043B1" w:rsidRPr="00324341" w14:paraId="24A596F2" w14:textId="77777777" w:rsidTr="00835112">
        <w:trPr>
          <w:gridAfter w:val="1"/>
          <w:wAfter w:w="22" w:type="dxa"/>
          <w:trHeight w:val="454"/>
          <w:jc w:val="center"/>
        </w:trPr>
        <w:tc>
          <w:tcPr>
            <w:tcW w:w="2835" w:type="dxa"/>
            <w:shd w:val="clear" w:color="auto" w:fill="F2F2F2" w:themeFill="background1" w:themeFillShade="F2"/>
            <w:vAlign w:val="center"/>
          </w:tcPr>
          <w:p w14:paraId="64EB5E8C" w14:textId="067526C4"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C</w:t>
            </w:r>
            <w:r w:rsidR="00150177">
              <w:rPr>
                <w:rFonts w:ascii="Arial" w:eastAsia="Arial" w:hAnsi="Arial" w:cs="Arial"/>
                <w:b/>
                <w:bCs/>
              </w:rPr>
              <w:t>é</w:t>
            </w:r>
            <w:r w:rsidRPr="00B5173C">
              <w:rPr>
                <w:rFonts w:ascii="Arial" w:eastAsia="Arial" w:hAnsi="Arial" w:cs="Arial"/>
                <w:b/>
                <w:bCs/>
              </w:rPr>
              <w:t>dula de identidad</w:t>
            </w:r>
          </w:p>
        </w:tc>
        <w:tc>
          <w:tcPr>
            <w:tcW w:w="7229" w:type="dxa"/>
            <w:gridSpan w:val="3"/>
          </w:tcPr>
          <w:p w14:paraId="34971FA4" w14:textId="77777777" w:rsidR="005043B1" w:rsidRPr="00324341" w:rsidRDefault="005043B1" w:rsidP="00F97584">
            <w:pPr>
              <w:spacing w:after="0" w:line="240" w:lineRule="auto"/>
              <w:rPr>
                <w:rFonts w:ascii="Arial" w:eastAsia="Arial" w:hAnsi="Arial" w:cs="Arial"/>
              </w:rPr>
            </w:pPr>
          </w:p>
        </w:tc>
      </w:tr>
      <w:tr w:rsidR="005043B1" w:rsidRPr="00324341" w14:paraId="32D93977" w14:textId="77777777" w:rsidTr="00835112">
        <w:trPr>
          <w:gridAfter w:val="1"/>
          <w:wAfter w:w="22" w:type="dxa"/>
          <w:trHeight w:val="454"/>
          <w:jc w:val="center"/>
        </w:trPr>
        <w:tc>
          <w:tcPr>
            <w:tcW w:w="2835" w:type="dxa"/>
            <w:shd w:val="clear" w:color="auto" w:fill="F2F2F2" w:themeFill="background1" w:themeFillShade="F2"/>
            <w:vAlign w:val="center"/>
          </w:tcPr>
          <w:p w14:paraId="7F9C7683" w14:textId="234C2C0E"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 xml:space="preserve">Nombre </w:t>
            </w:r>
            <w:r w:rsidR="00150177">
              <w:rPr>
                <w:rFonts w:ascii="Arial" w:eastAsia="Arial" w:hAnsi="Arial" w:cs="Arial"/>
                <w:b/>
                <w:bCs/>
              </w:rPr>
              <w:t>e</w:t>
            </w:r>
            <w:r w:rsidRPr="00B5173C">
              <w:rPr>
                <w:rFonts w:ascii="Arial" w:eastAsia="Arial" w:hAnsi="Arial" w:cs="Arial"/>
                <w:b/>
                <w:bCs/>
              </w:rPr>
              <w:t>mpresa</w:t>
            </w:r>
          </w:p>
          <w:p w14:paraId="307B6D10" w14:textId="00F0F2A3" w:rsidR="005043B1" w:rsidRPr="00B5173C" w:rsidRDefault="005043B1" w:rsidP="00B5173C">
            <w:pPr>
              <w:spacing w:after="0" w:line="240" w:lineRule="auto"/>
              <w:jc w:val="center"/>
              <w:rPr>
                <w:rFonts w:ascii="Arial" w:eastAsia="Arial" w:hAnsi="Arial" w:cs="Arial"/>
                <w:b/>
                <w:bCs/>
              </w:rPr>
            </w:pPr>
          </w:p>
        </w:tc>
        <w:tc>
          <w:tcPr>
            <w:tcW w:w="7229" w:type="dxa"/>
            <w:gridSpan w:val="3"/>
          </w:tcPr>
          <w:p w14:paraId="0A13C0D4" w14:textId="77777777" w:rsidR="005043B1" w:rsidRPr="00324341" w:rsidRDefault="005043B1" w:rsidP="00F97584">
            <w:pPr>
              <w:spacing w:after="0" w:line="240" w:lineRule="auto"/>
              <w:rPr>
                <w:rFonts w:ascii="Arial" w:eastAsia="Arial" w:hAnsi="Arial" w:cs="Arial"/>
              </w:rPr>
            </w:pPr>
          </w:p>
        </w:tc>
      </w:tr>
      <w:tr w:rsidR="005043B1" w:rsidRPr="00324341" w14:paraId="2273AEA3" w14:textId="77777777" w:rsidTr="00835112">
        <w:trPr>
          <w:gridAfter w:val="1"/>
          <w:wAfter w:w="22" w:type="dxa"/>
          <w:trHeight w:val="454"/>
          <w:jc w:val="center"/>
        </w:trPr>
        <w:tc>
          <w:tcPr>
            <w:tcW w:w="2835" w:type="dxa"/>
            <w:shd w:val="clear" w:color="auto" w:fill="F2F2F2" w:themeFill="background1" w:themeFillShade="F2"/>
            <w:vAlign w:val="center"/>
          </w:tcPr>
          <w:p w14:paraId="527E69C3" w14:textId="6B2BB5ED"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 xml:space="preserve">Rut </w:t>
            </w:r>
            <w:r w:rsidR="00150177">
              <w:rPr>
                <w:rFonts w:ascii="Arial" w:eastAsia="Arial" w:hAnsi="Arial" w:cs="Arial"/>
                <w:b/>
                <w:bCs/>
              </w:rPr>
              <w:t>e</w:t>
            </w:r>
            <w:r w:rsidRPr="00B5173C">
              <w:rPr>
                <w:rFonts w:ascii="Arial" w:eastAsia="Arial" w:hAnsi="Arial" w:cs="Arial"/>
                <w:b/>
                <w:bCs/>
              </w:rPr>
              <w:t>mpresa</w:t>
            </w:r>
          </w:p>
          <w:p w14:paraId="56AC4E62" w14:textId="5A3140C8" w:rsidR="005043B1" w:rsidRPr="00B5173C" w:rsidRDefault="005043B1" w:rsidP="00B5173C">
            <w:pPr>
              <w:spacing w:after="0" w:line="240" w:lineRule="auto"/>
              <w:jc w:val="center"/>
              <w:rPr>
                <w:rFonts w:ascii="Arial" w:eastAsia="Arial" w:hAnsi="Arial" w:cs="Arial"/>
                <w:b/>
                <w:bCs/>
              </w:rPr>
            </w:pPr>
          </w:p>
        </w:tc>
        <w:tc>
          <w:tcPr>
            <w:tcW w:w="2835" w:type="dxa"/>
          </w:tcPr>
          <w:p w14:paraId="2B47D8B3" w14:textId="77777777" w:rsidR="005043B1" w:rsidRPr="00324341" w:rsidRDefault="005043B1" w:rsidP="00F97584">
            <w:pPr>
              <w:spacing w:after="0" w:line="240" w:lineRule="auto"/>
              <w:rPr>
                <w:rFonts w:ascii="Arial" w:eastAsia="Arial" w:hAnsi="Arial" w:cs="Arial"/>
              </w:rPr>
            </w:pPr>
          </w:p>
        </w:tc>
        <w:tc>
          <w:tcPr>
            <w:tcW w:w="1300" w:type="dxa"/>
            <w:shd w:val="clear" w:color="auto" w:fill="F2F2F2" w:themeFill="background1" w:themeFillShade="F2"/>
            <w:vAlign w:val="center"/>
          </w:tcPr>
          <w:p w14:paraId="7E510F5C" w14:textId="77777777"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Teléfono</w:t>
            </w:r>
          </w:p>
        </w:tc>
        <w:tc>
          <w:tcPr>
            <w:tcW w:w="3094" w:type="dxa"/>
          </w:tcPr>
          <w:p w14:paraId="06C72F71" w14:textId="77777777" w:rsidR="005043B1" w:rsidRPr="00324341" w:rsidRDefault="005043B1" w:rsidP="00F97584">
            <w:pPr>
              <w:spacing w:after="0" w:line="240" w:lineRule="auto"/>
              <w:rPr>
                <w:rFonts w:ascii="Arial" w:eastAsia="Arial" w:hAnsi="Arial" w:cs="Arial"/>
              </w:rPr>
            </w:pPr>
          </w:p>
        </w:tc>
      </w:tr>
      <w:tr w:rsidR="005043B1" w:rsidRPr="00324341" w14:paraId="2B196C95" w14:textId="77777777" w:rsidTr="00835112">
        <w:trPr>
          <w:gridAfter w:val="1"/>
          <w:wAfter w:w="22" w:type="dxa"/>
          <w:trHeight w:val="454"/>
          <w:jc w:val="center"/>
        </w:trPr>
        <w:tc>
          <w:tcPr>
            <w:tcW w:w="2835" w:type="dxa"/>
            <w:shd w:val="clear" w:color="auto" w:fill="F2F2F2" w:themeFill="background1" w:themeFillShade="F2"/>
            <w:vAlign w:val="center"/>
          </w:tcPr>
          <w:p w14:paraId="4AFF599D" w14:textId="77777777"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Dirección</w:t>
            </w:r>
          </w:p>
        </w:tc>
        <w:tc>
          <w:tcPr>
            <w:tcW w:w="7229" w:type="dxa"/>
            <w:gridSpan w:val="3"/>
          </w:tcPr>
          <w:p w14:paraId="411DB0EE" w14:textId="77777777" w:rsidR="005043B1" w:rsidRPr="00324341" w:rsidRDefault="005043B1" w:rsidP="00F97584">
            <w:pPr>
              <w:spacing w:after="0" w:line="240" w:lineRule="auto"/>
              <w:rPr>
                <w:rFonts w:ascii="Arial" w:eastAsia="Arial" w:hAnsi="Arial" w:cs="Arial"/>
              </w:rPr>
            </w:pPr>
          </w:p>
        </w:tc>
      </w:tr>
      <w:tr w:rsidR="005043B1" w:rsidRPr="00324341" w14:paraId="344B6438" w14:textId="77777777" w:rsidTr="00835112">
        <w:trPr>
          <w:gridAfter w:val="1"/>
          <w:wAfter w:w="22" w:type="dxa"/>
          <w:trHeight w:val="454"/>
          <w:jc w:val="center"/>
        </w:trPr>
        <w:tc>
          <w:tcPr>
            <w:tcW w:w="2835" w:type="dxa"/>
            <w:shd w:val="clear" w:color="auto" w:fill="F2F2F2" w:themeFill="background1" w:themeFillShade="F2"/>
            <w:vAlign w:val="center"/>
          </w:tcPr>
          <w:p w14:paraId="09676CF8" w14:textId="77777777" w:rsidR="005043B1" w:rsidRPr="00B5173C" w:rsidRDefault="005043B1" w:rsidP="00B5173C">
            <w:pPr>
              <w:spacing w:after="0" w:line="240" w:lineRule="auto"/>
              <w:jc w:val="center"/>
              <w:rPr>
                <w:rFonts w:ascii="Arial" w:eastAsia="Arial" w:hAnsi="Arial" w:cs="Arial"/>
                <w:b/>
                <w:bCs/>
              </w:rPr>
            </w:pPr>
            <w:r w:rsidRPr="00B5173C">
              <w:rPr>
                <w:rFonts w:ascii="Arial" w:eastAsia="Arial" w:hAnsi="Arial" w:cs="Arial"/>
                <w:b/>
                <w:bCs/>
              </w:rPr>
              <w:t>Correo electrónico</w:t>
            </w:r>
          </w:p>
        </w:tc>
        <w:tc>
          <w:tcPr>
            <w:tcW w:w="7229" w:type="dxa"/>
            <w:gridSpan w:val="3"/>
          </w:tcPr>
          <w:p w14:paraId="5FCC1B97" w14:textId="77777777" w:rsidR="005043B1" w:rsidRPr="00324341" w:rsidRDefault="005043B1" w:rsidP="00F97584">
            <w:pPr>
              <w:spacing w:after="0" w:line="240" w:lineRule="auto"/>
              <w:rPr>
                <w:rFonts w:ascii="Arial" w:eastAsia="Arial" w:hAnsi="Arial" w:cs="Arial"/>
              </w:rPr>
            </w:pPr>
          </w:p>
        </w:tc>
      </w:tr>
    </w:tbl>
    <w:p w14:paraId="4B50958E" w14:textId="77777777" w:rsidR="005043B1" w:rsidRPr="00324341" w:rsidRDefault="005043B1" w:rsidP="00F97584">
      <w:pPr>
        <w:spacing w:line="240" w:lineRule="auto"/>
        <w:rPr>
          <w:rFonts w:ascii="Arial" w:eastAsia="Arial" w:hAnsi="Arial" w:cs="Arial"/>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gridCol w:w="142"/>
      </w:tblGrid>
      <w:tr w:rsidR="005043B1" w:rsidRPr="00324341" w14:paraId="5275A3DB" w14:textId="77777777" w:rsidTr="00835112">
        <w:trPr>
          <w:gridAfter w:val="1"/>
          <w:wAfter w:w="142" w:type="dxa"/>
          <w:jc w:val="center"/>
        </w:trPr>
        <w:tc>
          <w:tcPr>
            <w:tcW w:w="9639" w:type="dxa"/>
            <w:tcBorders>
              <w:top w:val="nil"/>
              <w:left w:val="nil"/>
              <w:bottom w:val="nil"/>
              <w:right w:val="nil"/>
            </w:tcBorders>
          </w:tcPr>
          <w:p w14:paraId="15D0366E" w14:textId="0CCFE3EF" w:rsidR="00826F53" w:rsidRPr="00324341" w:rsidRDefault="005043B1" w:rsidP="00B5173C">
            <w:pPr>
              <w:spacing w:after="0" w:line="276" w:lineRule="auto"/>
              <w:rPr>
                <w:rFonts w:ascii="Arial" w:eastAsia="Arial" w:hAnsi="Arial" w:cs="Arial"/>
                <w:b/>
              </w:rPr>
            </w:pPr>
            <w:r w:rsidRPr="00324341">
              <w:rPr>
                <w:rFonts w:ascii="Arial" w:eastAsia="Arial" w:hAnsi="Arial" w:cs="Arial"/>
                <w:b/>
              </w:rPr>
              <w:t xml:space="preserve">2.- </w:t>
            </w:r>
            <w:r w:rsidR="00826F53" w:rsidRPr="00324341">
              <w:rPr>
                <w:rFonts w:ascii="Arial" w:eastAsia="Arial" w:hAnsi="Arial" w:cs="Arial"/>
                <w:b/>
              </w:rPr>
              <w:t xml:space="preserve">En caso de trabajar la Identidad </w:t>
            </w:r>
            <w:r w:rsidR="0087683B">
              <w:rPr>
                <w:rFonts w:ascii="Arial" w:eastAsia="Arial" w:hAnsi="Arial" w:cs="Arial"/>
                <w:b/>
              </w:rPr>
              <w:t>l</w:t>
            </w:r>
            <w:r w:rsidR="00826F53" w:rsidRPr="00324341">
              <w:rPr>
                <w:rFonts w:ascii="Arial" w:eastAsia="Arial" w:hAnsi="Arial" w:cs="Arial"/>
                <w:b/>
              </w:rPr>
              <w:t xml:space="preserve">ocal en sus </w:t>
            </w:r>
            <w:r w:rsidR="008D55B6" w:rsidRPr="00324341">
              <w:rPr>
                <w:rFonts w:ascii="Arial" w:eastAsia="Arial" w:hAnsi="Arial" w:cs="Arial"/>
                <w:b/>
              </w:rPr>
              <w:t>artesanías</w:t>
            </w:r>
            <w:r w:rsidR="00826F53" w:rsidRPr="00324341">
              <w:rPr>
                <w:rFonts w:ascii="Arial" w:eastAsia="Arial" w:hAnsi="Arial" w:cs="Arial"/>
                <w:b/>
              </w:rPr>
              <w:t>, describa dónde y cómo podemos visualizarla en sus productos.</w:t>
            </w:r>
          </w:p>
          <w:p w14:paraId="5E4E3AEE" w14:textId="1E6800FF" w:rsidR="005043B1" w:rsidRPr="00324341" w:rsidRDefault="00826F53" w:rsidP="00B5173C">
            <w:pPr>
              <w:spacing w:after="0" w:line="276" w:lineRule="auto"/>
              <w:rPr>
                <w:rFonts w:ascii="Arial" w:eastAsia="Arial" w:hAnsi="Arial" w:cs="Arial"/>
              </w:rPr>
            </w:pPr>
            <w:r w:rsidRPr="00324341">
              <w:rPr>
                <w:rFonts w:ascii="Arial" w:eastAsia="Arial" w:hAnsi="Arial" w:cs="Arial"/>
              </w:rPr>
              <w:t>Recuerde incluir fotografías de los productos identitarios con los que cuenta (máximo 5 fotos)</w:t>
            </w:r>
            <w:r w:rsidR="0087683B">
              <w:rPr>
                <w:rFonts w:ascii="Arial" w:eastAsia="Arial" w:hAnsi="Arial" w:cs="Arial"/>
              </w:rPr>
              <w:t>.</w:t>
            </w:r>
          </w:p>
          <w:p w14:paraId="6D8640ED" w14:textId="7DA7345A" w:rsidR="00826F53" w:rsidRPr="00324341" w:rsidRDefault="00826F53" w:rsidP="00F97584">
            <w:pPr>
              <w:spacing w:after="0" w:line="240" w:lineRule="auto"/>
              <w:rPr>
                <w:rFonts w:ascii="Arial" w:eastAsia="Arial" w:hAnsi="Arial" w:cs="Arial"/>
                <w:b/>
              </w:rPr>
            </w:pPr>
          </w:p>
        </w:tc>
      </w:tr>
      <w:tr w:rsidR="005043B1" w:rsidRPr="00324341" w14:paraId="17C7C24D" w14:textId="77777777" w:rsidTr="00835112">
        <w:trPr>
          <w:jc w:val="center"/>
        </w:trPr>
        <w:tc>
          <w:tcPr>
            <w:tcW w:w="9781" w:type="dxa"/>
            <w:gridSpan w:val="2"/>
          </w:tcPr>
          <w:p w14:paraId="061BE7CC" w14:textId="528AEB61" w:rsidR="005043B1" w:rsidRPr="00324341" w:rsidRDefault="005043B1" w:rsidP="00F97584">
            <w:pPr>
              <w:spacing w:after="0" w:line="240" w:lineRule="auto"/>
              <w:rPr>
                <w:rFonts w:ascii="Arial" w:eastAsia="Arial" w:hAnsi="Arial" w:cs="Arial"/>
              </w:rPr>
            </w:pPr>
          </w:p>
          <w:p w14:paraId="77982B69" w14:textId="77777777" w:rsidR="005043B1" w:rsidRPr="00324341" w:rsidRDefault="005043B1" w:rsidP="00F97584">
            <w:pPr>
              <w:spacing w:after="0" w:line="240" w:lineRule="auto"/>
              <w:rPr>
                <w:rFonts w:ascii="Arial" w:eastAsia="Arial" w:hAnsi="Arial" w:cs="Arial"/>
              </w:rPr>
            </w:pPr>
          </w:p>
          <w:p w14:paraId="23C66517" w14:textId="77777777" w:rsidR="005043B1" w:rsidRPr="00324341" w:rsidRDefault="005043B1" w:rsidP="00F97584">
            <w:pPr>
              <w:spacing w:after="0" w:line="240" w:lineRule="auto"/>
              <w:rPr>
                <w:rFonts w:ascii="Arial" w:eastAsia="Arial" w:hAnsi="Arial" w:cs="Arial"/>
              </w:rPr>
            </w:pPr>
          </w:p>
          <w:p w14:paraId="0D20E645" w14:textId="77777777" w:rsidR="005043B1" w:rsidRPr="00324341" w:rsidRDefault="005043B1" w:rsidP="00F97584">
            <w:pPr>
              <w:spacing w:after="0" w:line="240" w:lineRule="auto"/>
              <w:rPr>
                <w:rFonts w:ascii="Arial" w:eastAsia="Arial" w:hAnsi="Arial" w:cs="Arial"/>
              </w:rPr>
            </w:pPr>
          </w:p>
          <w:p w14:paraId="422EA069" w14:textId="77777777" w:rsidR="005043B1" w:rsidRPr="00324341" w:rsidRDefault="005043B1" w:rsidP="00F97584">
            <w:pPr>
              <w:spacing w:after="0" w:line="240" w:lineRule="auto"/>
              <w:rPr>
                <w:rFonts w:ascii="Arial" w:eastAsia="Arial" w:hAnsi="Arial" w:cs="Arial"/>
              </w:rPr>
            </w:pPr>
          </w:p>
          <w:p w14:paraId="11CCB098" w14:textId="77777777" w:rsidR="005043B1" w:rsidRPr="00324341" w:rsidRDefault="005043B1" w:rsidP="00F97584">
            <w:pPr>
              <w:spacing w:after="0" w:line="240" w:lineRule="auto"/>
              <w:rPr>
                <w:rFonts w:ascii="Arial" w:eastAsia="Arial" w:hAnsi="Arial" w:cs="Arial"/>
              </w:rPr>
            </w:pPr>
          </w:p>
          <w:p w14:paraId="749F5F87" w14:textId="77777777" w:rsidR="005043B1" w:rsidRPr="00324341" w:rsidRDefault="005043B1" w:rsidP="00F97584">
            <w:pPr>
              <w:spacing w:after="0" w:line="240" w:lineRule="auto"/>
              <w:rPr>
                <w:rFonts w:ascii="Arial" w:eastAsia="Arial" w:hAnsi="Arial" w:cs="Arial"/>
              </w:rPr>
            </w:pPr>
          </w:p>
          <w:p w14:paraId="2E9239DE" w14:textId="77777777" w:rsidR="00EB022B" w:rsidRPr="00324341" w:rsidRDefault="00EB022B" w:rsidP="00F97584">
            <w:pPr>
              <w:spacing w:after="0" w:line="240" w:lineRule="auto"/>
              <w:rPr>
                <w:rFonts w:ascii="Arial" w:eastAsia="Arial" w:hAnsi="Arial" w:cs="Arial"/>
              </w:rPr>
            </w:pPr>
          </w:p>
          <w:p w14:paraId="7E0FD2EF" w14:textId="77777777" w:rsidR="005043B1" w:rsidRPr="00324341" w:rsidRDefault="005043B1" w:rsidP="00F97584">
            <w:pPr>
              <w:spacing w:after="0" w:line="240" w:lineRule="auto"/>
              <w:rPr>
                <w:rFonts w:ascii="Arial" w:eastAsia="Arial" w:hAnsi="Arial" w:cs="Arial"/>
              </w:rPr>
            </w:pPr>
          </w:p>
          <w:p w14:paraId="401C1422" w14:textId="77777777" w:rsidR="005043B1" w:rsidRPr="00324341" w:rsidRDefault="005043B1" w:rsidP="00F97584">
            <w:pPr>
              <w:spacing w:after="0" w:line="240" w:lineRule="auto"/>
              <w:rPr>
                <w:rFonts w:ascii="Arial" w:eastAsia="Arial" w:hAnsi="Arial" w:cs="Arial"/>
              </w:rPr>
            </w:pPr>
          </w:p>
          <w:p w14:paraId="103D3931" w14:textId="77777777" w:rsidR="005043B1" w:rsidRPr="00324341" w:rsidRDefault="005043B1" w:rsidP="00F97584">
            <w:pPr>
              <w:spacing w:after="0" w:line="240" w:lineRule="auto"/>
              <w:rPr>
                <w:rFonts w:ascii="Arial" w:eastAsia="Arial" w:hAnsi="Arial" w:cs="Arial"/>
              </w:rPr>
            </w:pPr>
          </w:p>
        </w:tc>
      </w:tr>
    </w:tbl>
    <w:p w14:paraId="1201B60A" w14:textId="77777777" w:rsidR="00F62695" w:rsidRDefault="00F62695" w:rsidP="00F62695">
      <w:pPr>
        <w:spacing w:after="0" w:line="240" w:lineRule="auto"/>
        <w:rPr>
          <w:rFonts w:ascii="Arial" w:hAnsi="Arial" w:cs="Arial"/>
        </w:rPr>
      </w:pPr>
    </w:p>
    <w:p w14:paraId="3D309D72" w14:textId="77777777" w:rsidR="00F62695" w:rsidRDefault="00F62695" w:rsidP="00F62695">
      <w:pPr>
        <w:spacing w:after="0" w:line="240" w:lineRule="auto"/>
        <w:rPr>
          <w:rFonts w:ascii="Arial" w:hAnsi="Arial" w:cs="Arial"/>
        </w:rPr>
      </w:pPr>
    </w:p>
    <w:p w14:paraId="18071AF3" w14:textId="16FB00D2" w:rsidR="00F62695" w:rsidRPr="00F62695" w:rsidRDefault="00F62695" w:rsidP="00F62695">
      <w:pPr>
        <w:spacing w:after="0" w:line="240" w:lineRule="auto"/>
        <w:ind w:left="-567" w:firstLine="141"/>
        <w:rPr>
          <w:rFonts w:ascii="Arial" w:eastAsia="Arial" w:hAnsi="Arial" w:cs="Arial"/>
          <w:b/>
        </w:rPr>
      </w:pPr>
      <w:r w:rsidRPr="00F62695">
        <w:rPr>
          <w:rFonts w:ascii="Arial" w:eastAsia="Arial" w:hAnsi="Arial" w:cs="Arial"/>
          <w:b/>
          <w:bCs/>
        </w:rPr>
        <w:t>3.</w:t>
      </w:r>
      <w:r>
        <w:rPr>
          <w:rFonts w:ascii="Arial" w:eastAsia="Arial" w:hAnsi="Arial" w:cs="Arial"/>
          <w:b/>
        </w:rPr>
        <w:t xml:space="preserve"> </w:t>
      </w:r>
      <w:r w:rsidRPr="00F62695">
        <w:rPr>
          <w:rFonts w:ascii="Arial" w:eastAsia="Arial" w:hAnsi="Arial" w:cs="Arial"/>
          <w:b/>
        </w:rPr>
        <w:t>Propuesta alusiva a la Fiesta de la Primavera (productos y/o decoración)</w:t>
      </w:r>
      <w:r w:rsidR="0087683B">
        <w:rPr>
          <w:rFonts w:ascii="Arial" w:eastAsia="Arial" w:hAnsi="Arial" w:cs="Arial"/>
          <w:b/>
        </w:rPr>
        <w:t>.</w:t>
      </w:r>
    </w:p>
    <w:tbl>
      <w:tblPr>
        <w:tblW w:w="963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F62695" w:rsidRPr="00F62695" w14:paraId="339AEA79" w14:textId="77777777" w:rsidTr="00F62695">
        <w:tc>
          <w:tcPr>
            <w:tcW w:w="9634" w:type="dxa"/>
          </w:tcPr>
          <w:p w14:paraId="5A72AD05" w14:textId="77777777" w:rsidR="00F62695" w:rsidRPr="00F62695" w:rsidRDefault="00F62695" w:rsidP="00F62695">
            <w:pPr>
              <w:spacing w:after="0" w:line="240" w:lineRule="auto"/>
              <w:rPr>
                <w:rFonts w:ascii="Arial" w:eastAsia="Arial" w:hAnsi="Arial" w:cs="Arial"/>
              </w:rPr>
            </w:pPr>
          </w:p>
          <w:p w14:paraId="7C648649" w14:textId="77777777" w:rsidR="00F62695" w:rsidRPr="00F62695" w:rsidRDefault="00F62695" w:rsidP="00F62695">
            <w:pPr>
              <w:spacing w:after="0" w:line="240" w:lineRule="auto"/>
              <w:rPr>
                <w:rFonts w:ascii="Arial" w:eastAsia="Arial" w:hAnsi="Arial" w:cs="Arial"/>
              </w:rPr>
            </w:pPr>
          </w:p>
          <w:p w14:paraId="378086D2" w14:textId="77777777" w:rsidR="00F62695" w:rsidRPr="00F62695" w:rsidRDefault="00F62695" w:rsidP="00F62695">
            <w:pPr>
              <w:spacing w:after="0" w:line="240" w:lineRule="auto"/>
              <w:rPr>
                <w:rFonts w:ascii="Arial" w:eastAsia="Arial" w:hAnsi="Arial" w:cs="Arial"/>
              </w:rPr>
            </w:pPr>
          </w:p>
          <w:p w14:paraId="58C0FA22" w14:textId="77777777" w:rsidR="00F62695" w:rsidRPr="00F62695" w:rsidRDefault="00F62695" w:rsidP="00F62695">
            <w:pPr>
              <w:spacing w:after="0" w:line="240" w:lineRule="auto"/>
              <w:rPr>
                <w:rFonts w:ascii="Arial" w:eastAsia="Arial" w:hAnsi="Arial" w:cs="Arial"/>
              </w:rPr>
            </w:pPr>
          </w:p>
          <w:p w14:paraId="7E48CE01" w14:textId="77777777" w:rsidR="00F62695" w:rsidRPr="00F62695" w:rsidRDefault="00F62695" w:rsidP="00F62695">
            <w:pPr>
              <w:spacing w:after="0" w:line="240" w:lineRule="auto"/>
              <w:rPr>
                <w:rFonts w:ascii="Arial" w:eastAsia="Arial" w:hAnsi="Arial" w:cs="Arial"/>
              </w:rPr>
            </w:pPr>
          </w:p>
          <w:p w14:paraId="4A13EC88" w14:textId="77777777" w:rsidR="00F62695" w:rsidRPr="00F62695" w:rsidRDefault="00F62695" w:rsidP="00F62695">
            <w:pPr>
              <w:spacing w:after="0" w:line="240" w:lineRule="auto"/>
              <w:rPr>
                <w:rFonts w:ascii="Arial" w:eastAsia="Arial" w:hAnsi="Arial" w:cs="Arial"/>
              </w:rPr>
            </w:pPr>
          </w:p>
          <w:p w14:paraId="7965F418" w14:textId="77777777" w:rsidR="00F62695" w:rsidRPr="00F62695" w:rsidRDefault="00F62695" w:rsidP="00F62695">
            <w:pPr>
              <w:spacing w:after="0" w:line="240" w:lineRule="auto"/>
              <w:rPr>
                <w:rFonts w:ascii="Arial" w:eastAsia="Arial" w:hAnsi="Arial" w:cs="Arial"/>
              </w:rPr>
            </w:pPr>
          </w:p>
          <w:p w14:paraId="575242FD" w14:textId="77777777" w:rsidR="00F62695" w:rsidRPr="00F62695" w:rsidRDefault="00F62695" w:rsidP="00F62695">
            <w:pPr>
              <w:spacing w:after="0" w:line="240" w:lineRule="auto"/>
              <w:rPr>
                <w:rFonts w:ascii="Arial" w:eastAsia="Arial" w:hAnsi="Arial" w:cs="Arial"/>
              </w:rPr>
            </w:pPr>
          </w:p>
          <w:p w14:paraId="09E0D0EF" w14:textId="77777777" w:rsidR="00F62695" w:rsidRPr="00F62695" w:rsidRDefault="00F62695" w:rsidP="00F62695">
            <w:pPr>
              <w:spacing w:after="0" w:line="240" w:lineRule="auto"/>
              <w:rPr>
                <w:rFonts w:ascii="Arial" w:eastAsia="Arial" w:hAnsi="Arial" w:cs="Arial"/>
              </w:rPr>
            </w:pPr>
          </w:p>
          <w:p w14:paraId="10BC1F51" w14:textId="77777777" w:rsidR="00F62695" w:rsidRPr="00F62695" w:rsidRDefault="00F62695" w:rsidP="00F62695">
            <w:pPr>
              <w:spacing w:after="0" w:line="240" w:lineRule="auto"/>
              <w:rPr>
                <w:rFonts w:ascii="Arial" w:eastAsia="Arial" w:hAnsi="Arial" w:cs="Arial"/>
              </w:rPr>
            </w:pPr>
          </w:p>
          <w:p w14:paraId="1C0A2CA3" w14:textId="77777777" w:rsidR="00F62695" w:rsidRPr="00F62695" w:rsidRDefault="00F62695" w:rsidP="00F62695">
            <w:pPr>
              <w:spacing w:after="0" w:line="240" w:lineRule="auto"/>
              <w:rPr>
                <w:rFonts w:ascii="Arial" w:eastAsia="Arial" w:hAnsi="Arial" w:cs="Arial"/>
              </w:rPr>
            </w:pPr>
          </w:p>
          <w:p w14:paraId="4D5F2442" w14:textId="77777777" w:rsidR="00F62695" w:rsidRPr="00F62695" w:rsidRDefault="00F62695" w:rsidP="00F62695">
            <w:pPr>
              <w:spacing w:after="0" w:line="240" w:lineRule="auto"/>
              <w:rPr>
                <w:rFonts w:ascii="Arial" w:eastAsia="Arial" w:hAnsi="Arial" w:cs="Arial"/>
              </w:rPr>
            </w:pPr>
          </w:p>
          <w:p w14:paraId="55FED6E9" w14:textId="77777777" w:rsidR="00F62695" w:rsidRPr="00F62695" w:rsidRDefault="00F62695" w:rsidP="00F62695">
            <w:pPr>
              <w:spacing w:after="0" w:line="240" w:lineRule="auto"/>
              <w:rPr>
                <w:rFonts w:ascii="Arial" w:eastAsia="Arial" w:hAnsi="Arial" w:cs="Arial"/>
              </w:rPr>
            </w:pPr>
          </w:p>
          <w:p w14:paraId="2C8787CE" w14:textId="77777777" w:rsidR="00F62695" w:rsidRPr="00F62695" w:rsidRDefault="00F62695" w:rsidP="00F62695">
            <w:pPr>
              <w:spacing w:after="0" w:line="240" w:lineRule="auto"/>
              <w:rPr>
                <w:rFonts w:ascii="Arial" w:eastAsia="Arial" w:hAnsi="Arial" w:cs="Arial"/>
              </w:rPr>
            </w:pPr>
          </w:p>
          <w:p w14:paraId="6671B789" w14:textId="77777777" w:rsidR="00F62695" w:rsidRPr="00F62695" w:rsidRDefault="00F62695" w:rsidP="00F62695">
            <w:pPr>
              <w:spacing w:after="0" w:line="240" w:lineRule="auto"/>
              <w:rPr>
                <w:rFonts w:ascii="Arial" w:eastAsia="Arial" w:hAnsi="Arial" w:cs="Arial"/>
              </w:rPr>
            </w:pPr>
          </w:p>
        </w:tc>
      </w:tr>
    </w:tbl>
    <w:p w14:paraId="319C34F4" w14:textId="5921E66B" w:rsidR="00F62695" w:rsidRDefault="00F62695" w:rsidP="00F97584">
      <w:pPr>
        <w:spacing w:line="240" w:lineRule="auto"/>
        <w:rPr>
          <w:rFonts w:ascii="Arial" w:hAnsi="Arial" w:cs="Arial"/>
        </w:rPr>
      </w:pPr>
    </w:p>
    <w:p w14:paraId="31D46518" w14:textId="77777777" w:rsidR="00F62695" w:rsidRDefault="00F62695" w:rsidP="00F97584">
      <w:pPr>
        <w:spacing w:line="240" w:lineRule="auto"/>
        <w:rPr>
          <w:rFonts w:ascii="Arial" w:hAnsi="Arial" w:cs="Arial"/>
        </w:rPr>
      </w:pPr>
    </w:p>
    <w:p w14:paraId="4B7785E2" w14:textId="4AE292AC" w:rsidR="005043B1" w:rsidRPr="00835112" w:rsidRDefault="00F62695" w:rsidP="00F97584">
      <w:pPr>
        <w:spacing w:line="240" w:lineRule="auto"/>
        <w:rPr>
          <w:rFonts w:ascii="Arial" w:hAnsi="Arial" w:cs="Arial"/>
        </w:rPr>
      </w:pPr>
      <w:r>
        <w:rPr>
          <w:rFonts w:ascii="Arial" w:eastAsia="Arial" w:hAnsi="Arial" w:cs="Arial"/>
          <w:b/>
        </w:rPr>
        <w:lastRenderedPageBreak/>
        <w:t>4</w:t>
      </w:r>
      <w:r w:rsidR="005043B1" w:rsidRPr="00324341">
        <w:rPr>
          <w:rFonts w:ascii="Arial" w:eastAsia="Arial" w:hAnsi="Arial" w:cs="Arial"/>
          <w:b/>
        </w:rPr>
        <w:t>.- Experiencia</w:t>
      </w:r>
      <w:r w:rsidR="00D36496">
        <w:rPr>
          <w:rFonts w:ascii="Arial" w:eastAsia="Arial" w:hAnsi="Arial" w:cs="Arial"/>
          <w:b/>
        </w:rPr>
        <w:t>.</w:t>
      </w:r>
    </w:p>
    <w:p w14:paraId="0024684D" w14:textId="77777777" w:rsidR="00F134CC" w:rsidRPr="00324341" w:rsidRDefault="00F134CC" w:rsidP="00BB22F5">
      <w:pPr>
        <w:pStyle w:val="Prrafodelista"/>
        <w:numPr>
          <w:ilvl w:val="0"/>
          <w:numId w:val="22"/>
        </w:numPr>
        <w:tabs>
          <w:tab w:val="left" w:pos="284"/>
        </w:tabs>
        <w:spacing w:after="0" w:line="276" w:lineRule="auto"/>
        <w:ind w:left="0" w:firstLine="0"/>
        <w:rPr>
          <w:rFonts w:ascii="Arial" w:eastAsia="Arial" w:hAnsi="Arial" w:cs="Arial"/>
        </w:rPr>
      </w:pPr>
      <w:bookmarkStart w:id="10" w:name="_Hlk204029380"/>
      <w:r w:rsidRPr="00324341">
        <w:rPr>
          <w:rFonts w:ascii="Arial" w:eastAsia="Arial" w:hAnsi="Arial" w:cs="Arial"/>
        </w:rPr>
        <w:t>Incluir un máximo de 5 fotografías que demuestren experiencia. Cada fotografía debe demostrar con claridad eventos o actividades distintas.</w:t>
      </w:r>
    </w:p>
    <w:p w14:paraId="0FC1F6FE" w14:textId="5CAE6CC4" w:rsidR="00F134CC" w:rsidRPr="00324341" w:rsidRDefault="00F134CC" w:rsidP="00BB22F5">
      <w:pPr>
        <w:pStyle w:val="Prrafodelista"/>
        <w:numPr>
          <w:ilvl w:val="0"/>
          <w:numId w:val="22"/>
        </w:numPr>
        <w:tabs>
          <w:tab w:val="left" w:pos="284"/>
        </w:tabs>
        <w:spacing w:after="0" w:line="276" w:lineRule="auto"/>
        <w:ind w:left="0" w:firstLine="0"/>
        <w:rPr>
          <w:rFonts w:ascii="Arial" w:eastAsia="Arial" w:hAnsi="Arial" w:cs="Arial"/>
        </w:rPr>
      </w:pPr>
      <w:r w:rsidRPr="00324341">
        <w:rPr>
          <w:rFonts w:ascii="Arial" w:eastAsia="Arial" w:hAnsi="Arial" w:cs="Arial"/>
        </w:rPr>
        <w:t>Recuerde puede presentar copias de pago de permisos municipales en actividades similares</w:t>
      </w:r>
      <w:r w:rsidR="00BB22F5">
        <w:rPr>
          <w:rFonts w:ascii="Arial" w:eastAsia="Arial" w:hAnsi="Arial" w:cs="Arial"/>
        </w:rPr>
        <w:t>.</w:t>
      </w:r>
    </w:p>
    <w:bookmarkEnd w:id="10"/>
    <w:p w14:paraId="5F1FF97C" w14:textId="77777777" w:rsidR="002D20A5" w:rsidRPr="00324341" w:rsidRDefault="002D20A5" w:rsidP="00F97584">
      <w:pPr>
        <w:spacing w:after="0" w:line="240" w:lineRule="auto"/>
        <w:rPr>
          <w:rFonts w:ascii="Arial" w:eastAsia="Arial" w:hAnsi="Arial" w:cs="Arial"/>
        </w:rPr>
      </w:pPr>
    </w:p>
    <w:p w14:paraId="5AF2ECE8" w14:textId="47062BE1" w:rsidR="00DD0A86" w:rsidRPr="00324341" w:rsidRDefault="00F62695" w:rsidP="00DD0A86">
      <w:pPr>
        <w:rPr>
          <w:rFonts w:ascii="Arial" w:eastAsia="Times New Roman" w:hAnsi="Arial" w:cs="Arial"/>
          <w:b/>
          <w:bCs/>
        </w:rPr>
      </w:pPr>
      <w:r>
        <w:rPr>
          <w:rFonts w:ascii="Arial" w:eastAsia="Arial" w:hAnsi="Arial" w:cs="Arial"/>
          <w:b/>
          <w:bCs/>
        </w:rPr>
        <w:t>5</w:t>
      </w:r>
      <w:r w:rsidR="00DD0A86" w:rsidRPr="00324341">
        <w:rPr>
          <w:rFonts w:ascii="Arial" w:eastAsia="Arial" w:hAnsi="Arial" w:cs="Arial"/>
          <w:b/>
          <w:bCs/>
        </w:rPr>
        <w:t>.-</w:t>
      </w:r>
      <w:r w:rsidR="00DD0A86" w:rsidRPr="00324341">
        <w:rPr>
          <w:rFonts w:ascii="Arial" w:eastAsia="Arial" w:hAnsi="Arial" w:cs="Arial"/>
        </w:rPr>
        <w:t xml:space="preserve"> </w:t>
      </w:r>
      <w:r w:rsidR="00DD0A86" w:rsidRPr="00324341">
        <w:rPr>
          <w:rFonts w:ascii="Arial" w:eastAsia="Times New Roman" w:hAnsi="Arial" w:cs="Arial"/>
          <w:b/>
          <w:bCs/>
        </w:rPr>
        <w:t>Ponderación Especial</w:t>
      </w:r>
      <w:r w:rsidR="00D36496">
        <w:rPr>
          <w:rFonts w:ascii="Arial" w:eastAsia="Times New Roman" w:hAnsi="Arial" w:cs="Arial"/>
          <w:b/>
          <w:bCs/>
        </w:rPr>
        <w:t>.</w:t>
      </w:r>
    </w:p>
    <w:p w14:paraId="7BD67484" w14:textId="598F12D1" w:rsidR="00F134CC" w:rsidRPr="00135C68" w:rsidRDefault="00DD0A86" w:rsidP="00135C68">
      <w:pPr>
        <w:spacing w:line="276" w:lineRule="auto"/>
        <w:ind w:firstLine="720"/>
        <w:rPr>
          <w:rFonts w:ascii="Arial" w:eastAsia="Times New Roman" w:hAnsi="Arial" w:cs="Arial"/>
        </w:rPr>
      </w:pPr>
      <w:r w:rsidRPr="00324341">
        <w:rPr>
          <w:rFonts w:ascii="Arial" w:eastAsia="Times New Roman" w:hAnsi="Arial" w:cs="Arial"/>
        </w:rPr>
        <w:t xml:space="preserve">Adjuntar </w:t>
      </w:r>
      <w:r w:rsidR="00D36496">
        <w:rPr>
          <w:rFonts w:ascii="Arial" w:eastAsia="Times New Roman" w:hAnsi="Arial" w:cs="Arial"/>
        </w:rPr>
        <w:t>c</w:t>
      </w:r>
      <w:r w:rsidRPr="00324341">
        <w:rPr>
          <w:rFonts w:ascii="Arial" w:eastAsia="Times New Roman" w:hAnsi="Arial" w:cs="Arial"/>
        </w:rPr>
        <w:t>ertificado</w:t>
      </w:r>
      <w:r w:rsidR="00135C68">
        <w:rPr>
          <w:rFonts w:ascii="Arial" w:eastAsia="Times New Roman" w:hAnsi="Arial" w:cs="Arial"/>
        </w:rPr>
        <w:t xml:space="preserve"> de participación en el año 2026 </w:t>
      </w:r>
      <w:r w:rsidR="00835112">
        <w:rPr>
          <w:rFonts w:ascii="Arial" w:eastAsia="Times New Roman" w:hAnsi="Arial" w:cs="Arial"/>
        </w:rPr>
        <w:t xml:space="preserve">en </w:t>
      </w:r>
      <w:r w:rsidR="00835112" w:rsidRPr="00324341">
        <w:rPr>
          <w:rFonts w:ascii="Arial" w:eastAsia="Times New Roman" w:hAnsi="Arial" w:cs="Arial"/>
        </w:rPr>
        <w:t>alguno</w:t>
      </w:r>
      <w:r w:rsidR="00135C68">
        <w:rPr>
          <w:rFonts w:ascii="Arial" w:eastAsia="Times New Roman" w:hAnsi="Arial" w:cs="Arial"/>
        </w:rPr>
        <w:t xml:space="preserve"> de los siguientes programas: </w:t>
      </w:r>
      <w:r w:rsidRPr="00324341">
        <w:rPr>
          <w:rFonts w:ascii="Arial" w:eastAsia="Times New Roman" w:hAnsi="Arial" w:cs="Arial"/>
        </w:rPr>
        <w:t xml:space="preserve">Mujeres </w:t>
      </w:r>
      <w:proofErr w:type="gramStart"/>
      <w:r w:rsidRPr="00324341">
        <w:rPr>
          <w:rFonts w:ascii="Arial" w:eastAsia="Times New Roman" w:hAnsi="Arial" w:cs="Arial"/>
        </w:rPr>
        <w:t>Jefas</w:t>
      </w:r>
      <w:proofErr w:type="gramEnd"/>
      <w:r w:rsidRPr="00324341">
        <w:rPr>
          <w:rFonts w:ascii="Arial" w:eastAsia="Times New Roman" w:hAnsi="Arial" w:cs="Arial"/>
        </w:rPr>
        <w:t xml:space="preserve"> de Hogar (PMJH), Subsistema de Seguridades y Oportunidades (SSYO) Oficina de la Mujer</w:t>
      </w:r>
      <w:r w:rsidR="00D36496">
        <w:rPr>
          <w:rFonts w:ascii="Arial" w:eastAsia="Times New Roman" w:hAnsi="Arial" w:cs="Arial"/>
        </w:rPr>
        <w:t xml:space="preserve"> </w:t>
      </w:r>
      <w:r w:rsidRPr="00324341">
        <w:rPr>
          <w:rFonts w:ascii="Arial" w:eastAsia="Times New Roman" w:hAnsi="Arial" w:cs="Arial"/>
        </w:rPr>
        <w:t xml:space="preserve">o </w:t>
      </w:r>
      <w:r w:rsidR="00D36496">
        <w:rPr>
          <w:rFonts w:ascii="Arial" w:eastAsia="Times New Roman" w:hAnsi="Arial" w:cs="Arial"/>
        </w:rPr>
        <w:t>f</w:t>
      </w:r>
      <w:r w:rsidRPr="00324341">
        <w:rPr>
          <w:rFonts w:ascii="Arial" w:eastAsia="Times New Roman" w:hAnsi="Arial" w:cs="Arial"/>
        </w:rPr>
        <w:t>otocopia Credencial Discapacidad</w:t>
      </w:r>
      <w:r w:rsidR="00135C68">
        <w:rPr>
          <w:rFonts w:ascii="Arial" w:eastAsia="Times New Roman" w:hAnsi="Arial" w:cs="Arial"/>
        </w:rPr>
        <w:t>.</w:t>
      </w:r>
    </w:p>
    <w:tbl>
      <w:tblPr>
        <w:tblStyle w:val="Tablaconcuadrcula"/>
        <w:tblW w:w="0" w:type="auto"/>
        <w:jc w:val="center"/>
        <w:tblLook w:val="04A0" w:firstRow="1" w:lastRow="0" w:firstColumn="1" w:lastColumn="0" w:noHBand="0" w:noVBand="1"/>
      </w:tblPr>
      <w:tblGrid>
        <w:gridCol w:w="3257"/>
        <w:gridCol w:w="1133"/>
        <w:gridCol w:w="1134"/>
      </w:tblGrid>
      <w:tr w:rsidR="005043B1" w:rsidRPr="00324341" w14:paraId="72791211" w14:textId="77777777" w:rsidTr="00135C68">
        <w:trPr>
          <w:trHeight w:val="607"/>
          <w:jc w:val="center"/>
        </w:trPr>
        <w:tc>
          <w:tcPr>
            <w:tcW w:w="3257" w:type="dxa"/>
            <w:shd w:val="clear" w:color="auto" w:fill="F2F2F2" w:themeFill="background1" w:themeFillShade="F2"/>
            <w:vAlign w:val="center"/>
          </w:tcPr>
          <w:p w14:paraId="5BCD6C3F" w14:textId="77777777" w:rsidR="005043B1" w:rsidRPr="00135C68" w:rsidRDefault="005043B1" w:rsidP="00135C68">
            <w:pPr>
              <w:jc w:val="center"/>
              <w:rPr>
                <w:rFonts w:ascii="Arial" w:eastAsia="Arial" w:hAnsi="Arial" w:cs="Arial"/>
                <w:b/>
                <w:bCs/>
              </w:rPr>
            </w:pPr>
            <w:r w:rsidRPr="00135C68">
              <w:rPr>
                <w:rFonts w:ascii="Arial" w:eastAsia="Arial" w:hAnsi="Arial" w:cs="Arial"/>
                <w:b/>
                <w:bCs/>
              </w:rPr>
              <w:t>Adjunta documento</w:t>
            </w:r>
          </w:p>
        </w:tc>
        <w:tc>
          <w:tcPr>
            <w:tcW w:w="1133" w:type="dxa"/>
            <w:vAlign w:val="center"/>
          </w:tcPr>
          <w:p w14:paraId="72BE951C" w14:textId="77777777" w:rsidR="005043B1" w:rsidRPr="00324341" w:rsidRDefault="005043B1" w:rsidP="00F97584">
            <w:pPr>
              <w:rPr>
                <w:rFonts w:ascii="Arial" w:eastAsia="Arial" w:hAnsi="Arial" w:cs="Arial"/>
              </w:rPr>
            </w:pPr>
            <w:r w:rsidRPr="00324341">
              <w:rPr>
                <w:rFonts w:ascii="Arial" w:eastAsia="Arial" w:hAnsi="Arial" w:cs="Arial"/>
              </w:rPr>
              <w:t>Sí ____</w:t>
            </w:r>
          </w:p>
        </w:tc>
        <w:tc>
          <w:tcPr>
            <w:tcW w:w="1134" w:type="dxa"/>
            <w:vAlign w:val="center"/>
          </w:tcPr>
          <w:p w14:paraId="146B466A" w14:textId="77777777" w:rsidR="005043B1" w:rsidRPr="00324341" w:rsidRDefault="005043B1" w:rsidP="00F97584">
            <w:pPr>
              <w:rPr>
                <w:rFonts w:ascii="Arial" w:eastAsia="Arial" w:hAnsi="Arial" w:cs="Arial"/>
              </w:rPr>
            </w:pPr>
            <w:r w:rsidRPr="00324341">
              <w:rPr>
                <w:rFonts w:ascii="Arial" w:eastAsia="Arial" w:hAnsi="Arial" w:cs="Arial"/>
              </w:rPr>
              <w:t>No ____</w:t>
            </w:r>
          </w:p>
        </w:tc>
      </w:tr>
    </w:tbl>
    <w:p w14:paraId="485AC500" w14:textId="77777777" w:rsidR="00F134CC" w:rsidRDefault="00F134CC" w:rsidP="00F97584">
      <w:pPr>
        <w:spacing w:line="240" w:lineRule="auto"/>
        <w:rPr>
          <w:rFonts w:ascii="Arial" w:eastAsia="Arial" w:hAnsi="Arial" w:cs="Arial"/>
        </w:rPr>
      </w:pPr>
    </w:p>
    <w:p w14:paraId="0EE307C3" w14:textId="77777777" w:rsidR="00F62695" w:rsidRDefault="00F62695" w:rsidP="00F97584">
      <w:pPr>
        <w:spacing w:line="240" w:lineRule="auto"/>
        <w:rPr>
          <w:rFonts w:ascii="Arial" w:eastAsia="Arial" w:hAnsi="Arial" w:cs="Arial"/>
        </w:rPr>
      </w:pPr>
    </w:p>
    <w:p w14:paraId="373A566F" w14:textId="77777777" w:rsidR="00F62695" w:rsidRDefault="00F62695" w:rsidP="00F97584">
      <w:pPr>
        <w:spacing w:line="240" w:lineRule="auto"/>
        <w:rPr>
          <w:rFonts w:ascii="Arial" w:eastAsia="Arial" w:hAnsi="Arial" w:cs="Arial"/>
        </w:rPr>
      </w:pPr>
    </w:p>
    <w:p w14:paraId="6EEF7E3E" w14:textId="77777777" w:rsidR="00F62695" w:rsidRDefault="00F62695" w:rsidP="00F97584">
      <w:pPr>
        <w:spacing w:line="240" w:lineRule="auto"/>
        <w:rPr>
          <w:rFonts w:ascii="Arial" w:eastAsia="Arial" w:hAnsi="Arial" w:cs="Arial"/>
        </w:rPr>
      </w:pPr>
    </w:p>
    <w:p w14:paraId="2E0E18BB" w14:textId="77777777" w:rsidR="00F62695" w:rsidRDefault="00F62695" w:rsidP="00F97584">
      <w:pPr>
        <w:spacing w:line="240" w:lineRule="auto"/>
        <w:rPr>
          <w:rFonts w:ascii="Arial" w:eastAsia="Arial" w:hAnsi="Arial" w:cs="Arial"/>
        </w:rPr>
      </w:pPr>
    </w:p>
    <w:p w14:paraId="7E0C9078" w14:textId="77777777" w:rsidR="00F62695" w:rsidRDefault="00F62695" w:rsidP="00F97584">
      <w:pPr>
        <w:spacing w:line="240" w:lineRule="auto"/>
        <w:rPr>
          <w:rFonts w:ascii="Arial" w:eastAsia="Arial" w:hAnsi="Arial" w:cs="Arial"/>
        </w:rPr>
      </w:pPr>
    </w:p>
    <w:p w14:paraId="39664AB0" w14:textId="77777777" w:rsidR="00F62695" w:rsidRPr="00324341" w:rsidRDefault="00F62695" w:rsidP="00F97584">
      <w:pPr>
        <w:spacing w:line="240" w:lineRule="auto"/>
        <w:rPr>
          <w:rFonts w:ascii="Arial" w:eastAsia="Arial" w:hAnsi="Arial" w:cs="Arial"/>
        </w:rPr>
      </w:pPr>
    </w:p>
    <w:p w14:paraId="00DDFA60" w14:textId="77777777" w:rsidR="00E079F2" w:rsidRPr="00324341" w:rsidRDefault="00E079F2" w:rsidP="00F97584">
      <w:pPr>
        <w:spacing w:line="240" w:lineRule="auto"/>
        <w:rPr>
          <w:rFonts w:ascii="Arial" w:eastAsia="Arial" w:hAnsi="Arial" w:cs="Arial"/>
        </w:rPr>
      </w:pPr>
    </w:p>
    <w:tbl>
      <w:tblPr>
        <w:tblW w:w="3119" w:type="dxa"/>
        <w:tblInd w:w="283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3119"/>
      </w:tblGrid>
      <w:tr w:rsidR="005043B1" w:rsidRPr="00324341" w14:paraId="270068D7" w14:textId="77777777" w:rsidTr="004F0837">
        <w:tc>
          <w:tcPr>
            <w:tcW w:w="3119" w:type="dxa"/>
          </w:tcPr>
          <w:p w14:paraId="195137DD" w14:textId="77777777" w:rsidR="005043B1" w:rsidRPr="00324341" w:rsidRDefault="005043B1" w:rsidP="00F97584">
            <w:pPr>
              <w:spacing w:after="0" w:line="240" w:lineRule="auto"/>
              <w:rPr>
                <w:rFonts w:ascii="Arial" w:eastAsia="Arial" w:hAnsi="Arial" w:cs="Arial"/>
                <w:b/>
              </w:rPr>
            </w:pPr>
            <w:r w:rsidRPr="00324341">
              <w:rPr>
                <w:rFonts w:ascii="Arial" w:eastAsia="Arial" w:hAnsi="Arial" w:cs="Arial"/>
                <w:b/>
              </w:rPr>
              <w:t>FIRMA DEL POSTULANTE</w:t>
            </w:r>
          </w:p>
          <w:p w14:paraId="5BD8CB69" w14:textId="77777777" w:rsidR="005043B1" w:rsidRPr="00324341" w:rsidRDefault="005043B1" w:rsidP="00F97584">
            <w:pPr>
              <w:spacing w:after="0" w:line="240" w:lineRule="auto"/>
              <w:rPr>
                <w:rFonts w:ascii="Arial" w:eastAsia="Arial" w:hAnsi="Arial" w:cs="Arial"/>
              </w:rPr>
            </w:pPr>
          </w:p>
        </w:tc>
      </w:tr>
    </w:tbl>
    <w:p w14:paraId="01A21BA3" w14:textId="6CE22538" w:rsidR="00DD0A86" w:rsidRPr="00324341" w:rsidRDefault="00826F53" w:rsidP="00F97584">
      <w:pPr>
        <w:spacing w:line="240" w:lineRule="auto"/>
        <w:rPr>
          <w:rFonts w:ascii="Arial" w:hAnsi="Arial" w:cs="Arial"/>
          <w:b/>
          <w:bCs/>
        </w:rPr>
      </w:pPr>
      <w:r w:rsidRPr="00324341">
        <w:rPr>
          <w:rFonts w:ascii="Arial" w:hAnsi="Arial" w:cs="Arial"/>
          <w:b/>
          <w:bCs/>
        </w:rPr>
        <w:br w:type="page"/>
      </w:r>
    </w:p>
    <w:p w14:paraId="0BD555CB" w14:textId="707C78B5" w:rsidR="00DD0A86" w:rsidRPr="003C3AA1" w:rsidRDefault="00DD0A86" w:rsidP="003C3AA1">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lastRenderedPageBreak/>
        <w:t>ANEXO 2</w:t>
      </w:r>
    </w:p>
    <w:p w14:paraId="12491548" w14:textId="77777777" w:rsidR="00DD0A86" w:rsidRPr="00324341" w:rsidRDefault="00DD0A86" w:rsidP="00DD0A86">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t>DECLARACIÓN JURADA DE CUMPLIMIENTO LEY 21.368</w:t>
      </w:r>
    </w:p>
    <w:p w14:paraId="29478DA7" w14:textId="77777777" w:rsidR="00F9288A" w:rsidRDefault="00DD0A86" w:rsidP="009740EC">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t>REGULA LA ENTREGA DE PLÁSTICOS DE UN SOLO USO STAND DE ARTESANÍA Y MANUALIDADES</w:t>
      </w:r>
    </w:p>
    <w:p w14:paraId="2F30D2EC" w14:textId="04EDF2F9" w:rsidR="00DD0A86" w:rsidRPr="00324341" w:rsidRDefault="00DD0A86" w:rsidP="00F9288A">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t xml:space="preserve"> FIESTA DE LA PRIMAVERA 2026</w:t>
      </w:r>
      <w:r w:rsidR="00F9288A">
        <w:rPr>
          <w:rFonts w:ascii="Arial" w:hAnsi="Arial" w:cs="Arial"/>
          <w:b/>
          <w:bCs/>
        </w:rPr>
        <w:t xml:space="preserve"> </w:t>
      </w:r>
      <w:r w:rsidRPr="00324341">
        <w:rPr>
          <w:rFonts w:ascii="Arial" w:hAnsi="Arial" w:cs="Arial"/>
          <w:b/>
          <w:bCs/>
        </w:rPr>
        <w:t>MUNICIPALIDAD DE CHIGUAYANTE</w:t>
      </w:r>
    </w:p>
    <w:p w14:paraId="68864936" w14:textId="77777777" w:rsidR="00DD0A86" w:rsidRPr="00324341" w:rsidRDefault="00DD0A86" w:rsidP="003C3AA1">
      <w:pPr>
        <w:pBdr>
          <w:top w:val="nil"/>
          <w:left w:val="nil"/>
          <w:bottom w:val="nil"/>
          <w:right w:val="nil"/>
          <w:between w:val="nil"/>
        </w:pBdr>
        <w:spacing w:after="0" w:line="240" w:lineRule="auto"/>
        <w:rPr>
          <w:rFonts w:ascii="Arial" w:hAnsi="Arial" w:cs="Arial"/>
          <w:b/>
          <w:bCs/>
        </w:rPr>
      </w:pPr>
    </w:p>
    <w:p w14:paraId="02B398A1" w14:textId="77777777" w:rsidR="00DD0A86" w:rsidRPr="00324341" w:rsidRDefault="00DD0A86" w:rsidP="00DD0A86">
      <w:pPr>
        <w:pBdr>
          <w:top w:val="nil"/>
          <w:left w:val="nil"/>
          <w:bottom w:val="nil"/>
          <w:right w:val="nil"/>
          <w:between w:val="nil"/>
        </w:pBdr>
        <w:spacing w:after="0" w:line="240" w:lineRule="auto"/>
        <w:jc w:val="center"/>
        <w:rPr>
          <w:rFonts w:ascii="Arial" w:hAnsi="Arial" w:cs="Arial"/>
          <w:b/>
        </w:rPr>
      </w:pPr>
    </w:p>
    <w:p w14:paraId="1697E75A" w14:textId="6F8BCC42" w:rsidR="00DD0A86" w:rsidRDefault="00DD0A86" w:rsidP="009740EC">
      <w:pPr>
        <w:pBdr>
          <w:top w:val="nil"/>
          <w:left w:val="nil"/>
          <w:bottom w:val="nil"/>
          <w:right w:val="nil"/>
          <w:between w:val="nil"/>
        </w:pBdr>
        <w:spacing w:line="276" w:lineRule="auto"/>
        <w:rPr>
          <w:rFonts w:ascii="Arial" w:hAnsi="Arial" w:cs="Arial"/>
          <w:bCs/>
        </w:rPr>
      </w:pPr>
      <w:r w:rsidRPr="00324341">
        <w:rPr>
          <w:rFonts w:ascii="Arial" w:hAnsi="Arial" w:cs="Arial"/>
          <w:bCs/>
        </w:rPr>
        <w:t>Yo, _______________________________________________, RUT N.º ____________________, en calidad de postulante y responsable stand de artesanía y manualidades, que se presenta para participar en la Actividad Municipal Fiesta de la Primavera 2026, declaro bajo juramento lo siguiente:</w:t>
      </w:r>
    </w:p>
    <w:p w14:paraId="5448B127" w14:textId="77777777" w:rsidR="009740EC" w:rsidRPr="00324341" w:rsidRDefault="009740EC" w:rsidP="00DD149F">
      <w:pPr>
        <w:pStyle w:val="Sinespaciado"/>
      </w:pPr>
    </w:p>
    <w:p w14:paraId="5C932FC6" w14:textId="7131A349" w:rsidR="00DD0A86" w:rsidRPr="00324341" w:rsidRDefault="00DD0A86" w:rsidP="009740EC">
      <w:pPr>
        <w:pBdr>
          <w:top w:val="nil"/>
          <w:left w:val="nil"/>
          <w:bottom w:val="nil"/>
          <w:right w:val="nil"/>
          <w:between w:val="nil"/>
        </w:pBdr>
        <w:spacing w:line="276" w:lineRule="auto"/>
        <w:rPr>
          <w:rFonts w:ascii="Arial" w:hAnsi="Arial" w:cs="Arial"/>
          <w:bCs/>
        </w:rPr>
      </w:pPr>
      <w:r w:rsidRPr="00324341">
        <w:rPr>
          <w:rFonts w:ascii="Arial" w:hAnsi="Arial" w:cs="Arial"/>
          <w:bCs/>
        </w:rPr>
        <w:t xml:space="preserve">Durante la Actividad Municipal “Fiesta de la Primavera 2026” que se llevará a cabo los días viernes 20 y sábado 21, en horario de funcionamiento desde las 12:00 a las 01:00 hrs, </w:t>
      </w:r>
      <w:r w:rsidR="00DA2950">
        <w:rPr>
          <w:rFonts w:ascii="Arial" w:hAnsi="Arial" w:cs="Arial"/>
          <w:bCs/>
        </w:rPr>
        <w:t xml:space="preserve">y </w:t>
      </w:r>
      <w:r w:rsidRPr="00324341">
        <w:rPr>
          <w:rFonts w:ascii="Arial" w:hAnsi="Arial" w:cs="Arial"/>
          <w:bCs/>
        </w:rPr>
        <w:t>domingo 22 de noviembre de 12:00 a 21:00 horas en el lugar dispuesto por la organización, bajo la coordinación del departamento de Desarrollo Económico Local de la Ilustre Municipalidad de Chiguayante, NO REALIZARÉ USO DE ENVASES DE UN SOLO USO DE ORIGEN PLÁSTICO COMO LO SON BOMBILLAS, REVOLVEDORES, CUBIERTOS (TENEDOR, CUCHARA Y CUCHILLO) Y PALILLOS ADEMÁS DEL USO DE POLIESTIRENO EXPANDIDO, LLAMADO COMÚNMENTE PLUMAVIT, PARA TODO TIPO DE PRODUCTOS DE UN SOLO USO.</w:t>
      </w:r>
    </w:p>
    <w:p w14:paraId="159CB518"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37DC1E5B" w14:textId="77777777" w:rsidR="00DD0A86" w:rsidRPr="00324341" w:rsidRDefault="00DD0A86" w:rsidP="00DA2950">
      <w:pPr>
        <w:pBdr>
          <w:top w:val="nil"/>
          <w:left w:val="nil"/>
          <w:bottom w:val="nil"/>
          <w:right w:val="nil"/>
          <w:between w:val="nil"/>
        </w:pBdr>
        <w:spacing w:line="276" w:lineRule="auto"/>
        <w:rPr>
          <w:rFonts w:ascii="Arial" w:hAnsi="Arial" w:cs="Arial"/>
          <w:bCs/>
        </w:rPr>
      </w:pPr>
      <w:r w:rsidRPr="00324341">
        <w:rPr>
          <w:rFonts w:ascii="Arial" w:hAnsi="Arial" w:cs="Arial"/>
          <w:bCs/>
        </w:rPr>
        <w:t>Declaro que la presente información es fidedigna y acepto las condiciones establecidas en las bases de participación del evento.</w:t>
      </w:r>
    </w:p>
    <w:p w14:paraId="12854B39"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1EA38C19"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03424C04" w14:textId="77777777" w:rsidR="00DD0A86" w:rsidRPr="00324341" w:rsidRDefault="00DD0A86" w:rsidP="009740EC">
      <w:pPr>
        <w:pBdr>
          <w:top w:val="nil"/>
          <w:left w:val="nil"/>
          <w:bottom w:val="nil"/>
          <w:right w:val="nil"/>
          <w:between w:val="nil"/>
        </w:pBdr>
        <w:spacing w:line="276" w:lineRule="auto"/>
        <w:rPr>
          <w:rFonts w:ascii="Arial" w:hAnsi="Arial" w:cs="Arial"/>
          <w:bCs/>
        </w:rPr>
      </w:pPr>
      <w:r w:rsidRPr="00324341">
        <w:rPr>
          <w:rFonts w:ascii="Arial" w:hAnsi="Arial" w:cs="Arial"/>
          <w:bCs/>
        </w:rPr>
        <w:t xml:space="preserve">Firmado en CHIGUAYANTE, a ____ </w:t>
      </w:r>
      <w:proofErr w:type="spellStart"/>
      <w:r w:rsidRPr="00324341">
        <w:rPr>
          <w:rFonts w:ascii="Arial" w:hAnsi="Arial" w:cs="Arial"/>
          <w:bCs/>
        </w:rPr>
        <w:t>de</w:t>
      </w:r>
      <w:proofErr w:type="spellEnd"/>
      <w:r w:rsidRPr="00324341">
        <w:rPr>
          <w:rFonts w:ascii="Arial" w:hAnsi="Arial" w:cs="Arial"/>
          <w:bCs/>
        </w:rPr>
        <w:t xml:space="preserve"> _______________ </w:t>
      </w:r>
      <w:proofErr w:type="spellStart"/>
      <w:r w:rsidRPr="00324341">
        <w:rPr>
          <w:rFonts w:ascii="Arial" w:hAnsi="Arial" w:cs="Arial"/>
          <w:bCs/>
        </w:rPr>
        <w:t>de</w:t>
      </w:r>
      <w:proofErr w:type="spellEnd"/>
      <w:r w:rsidRPr="00324341">
        <w:rPr>
          <w:rFonts w:ascii="Arial" w:hAnsi="Arial" w:cs="Arial"/>
          <w:bCs/>
        </w:rPr>
        <w:t xml:space="preserve"> 2026.</w:t>
      </w:r>
    </w:p>
    <w:p w14:paraId="216ADA05"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1B3ABDE0"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3792EC81" w14:textId="77777777" w:rsidR="00DD0A86" w:rsidRPr="00324341" w:rsidRDefault="00DD0A86" w:rsidP="009740EC">
      <w:pPr>
        <w:pBdr>
          <w:top w:val="nil"/>
          <w:left w:val="nil"/>
          <w:bottom w:val="nil"/>
          <w:right w:val="nil"/>
          <w:between w:val="nil"/>
        </w:pBdr>
        <w:spacing w:line="276" w:lineRule="auto"/>
        <w:rPr>
          <w:rFonts w:ascii="Arial" w:hAnsi="Arial" w:cs="Arial"/>
          <w:bCs/>
        </w:rPr>
      </w:pPr>
    </w:p>
    <w:p w14:paraId="1A87D833" w14:textId="570E3610" w:rsidR="00DD0A86" w:rsidRPr="00324341" w:rsidRDefault="00DD0A86" w:rsidP="00DD149F">
      <w:pPr>
        <w:pBdr>
          <w:top w:val="nil"/>
          <w:left w:val="nil"/>
          <w:bottom w:val="nil"/>
          <w:right w:val="nil"/>
          <w:between w:val="nil"/>
        </w:pBdr>
        <w:spacing w:line="276" w:lineRule="auto"/>
        <w:jc w:val="left"/>
        <w:rPr>
          <w:rFonts w:ascii="Arial" w:hAnsi="Arial" w:cs="Arial"/>
          <w:bCs/>
        </w:rPr>
      </w:pPr>
      <w:r w:rsidRPr="00324341">
        <w:rPr>
          <w:rFonts w:ascii="Arial" w:hAnsi="Arial" w:cs="Arial"/>
          <w:b/>
          <w:bCs/>
        </w:rPr>
        <w:t>Firma del</w:t>
      </w:r>
      <w:r w:rsidR="00DD149F">
        <w:rPr>
          <w:rFonts w:ascii="Arial" w:hAnsi="Arial" w:cs="Arial"/>
          <w:b/>
          <w:bCs/>
        </w:rPr>
        <w:t xml:space="preserve"> o </w:t>
      </w:r>
      <w:r w:rsidRPr="00324341">
        <w:rPr>
          <w:rFonts w:ascii="Arial" w:hAnsi="Arial" w:cs="Arial"/>
          <w:b/>
          <w:bCs/>
        </w:rPr>
        <w:t>la postulante:</w:t>
      </w:r>
      <w:r w:rsidRPr="00324341">
        <w:rPr>
          <w:rFonts w:ascii="Arial" w:hAnsi="Arial" w:cs="Arial"/>
          <w:bCs/>
        </w:rPr>
        <w:t xml:space="preserve"> ___________________________________________</w:t>
      </w:r>
      <w:r w:rsidRPr="00324341">
        <w:rPr>
          <w:rFonts w:ascii="Arial" w:hAnsi="Arial" w:cs="Arial"/>
          <w:bCs/>
        </w:rPr>
        <w:br/>
      </w:r>
    </w:p>
    <w:p w14:paraId="687DCD01" w14:textId="77777777" w:rsidR="00DD0A86" w:rsidRPr="00324341" w:rsidRDefault="00DD0A86" w:rsidP="009740EC">
      <w:pPr>
        <w:spacing w:line="276" w:lineRule="auto"/>
        <w:rPr>
          <w:rFonts w:ascii="Arial" w:hAnsi="Arial" w:cs="Arial"/>
          <w:color w:val="000000"/>
        </w:rPr>
      </w:pPr>
    </w:p>
    <w:p w14:paraId="3D2E8D35" w14:textId="77777777" w:rsidR="00DD0A86" w:rsidRPr="00324341" w:rsidRDefault="00DD0A86" w:rsidP="009740EC">
      <w:pPr>
        <w:spacing w:line="276" w:lineRule="auto"/>
        <w:rPr>
          <w:rFonts w:ascii="Arial" w:hAnsi="Arial" w:cs="Arial"/>
        </w:rPr>
      </w:pPr>
    </w:p>
    <w:p w14:paraId="59AB9AFD" w14:textId="77777777" w:rsidR="00DD0A86" w:rsidRPr="00324341" w:rsidRDefault="00DD0A86" w:rsidP="009740EC">
      <w:pPr>
        <w:spacing w:line="276" w:lineRule="auto"/>
        <w:rPr>
          <w:rFonts w:ascii="Arial" w:hAnsi="Arial" w:cs="Arial"/>
        </w:rPr>
      </w:pPr>
    </w:p>
    <w:p w14:paraId="05368A33" w14:textId="77777777" w:rsidR="00DD0A86" w:rsidRPr="00324341" w:rsidRDefault="00DD0A86" w:rsidP="00DD0A86">
      <w:pPr>
        <w:rPr>
          <w:rFonts w:ascii="Arial" w:hAnsi="Arial" w:cs="Arial"/>
        </w:rPr>
      </w:pPr>
    </w:p>
    <w:p w14:paraId="49323EA7" w14:textId="77777777" w:rsidR="00DD0A86" w:rsidRPr="00324341" w:rsidRDefault="00DD0A86" w:rsidP="00DD0A86">
      <w:pPr>
        <w:rPr>
          <w:rFonts w:ascii="Arial" w:hAnsi="Arial" w:cs="Arial"/>
        </w:rPr>
      </w:pPr>
    </w:p>
    <w:p w14:paraId="6C6EF776" w14:textId="77777777" w:rsidR="00DD0A86" w:rsidRPr="00324341" w:rsidRDefault="00DD0A86" w:rsidP="00DD0A86">
      <w:pPr>
        <w:rPr>
          <w:rFonts w:ascii="Arial" w:hAnsi="Arial" w:cs="Arial"/>
        </w:rPr>
      </w:pPr>
    </w:p>
    <w:p w14:paraId="591AA3C5" w14:textId="77777777" w:rsidR="00DD0A86" w:rsidRPr="00324341" w:rsidRDefault="00DD0A86" w:rsidP="00DD0A86">
      <w:pPr>
        <w:rPr>
          <w:rFonts w:ascii="Arial" w:hAnsi="Arial" w:cs="Arial"/>
        </w:rPr>
      </w:pPr>
    </w:p>
    <w:p w14:paraId="04AD397C" w14:textId="77777777" w:rsidR="00DD0A86" w:rsidRPr="00324341" w:rsidRDefault="00DD0A86" w:rsidP="00DD0A86">
      <w:pPr>
        <w:rPr>
          <w:rFonts w:ascii="Arial" w:hAnsi="Arial" w:cs="Arial"/>
        </w:rPr>
      </w:pPr>
    </w:p>
    <w:p w14:paraId="29D3D938" w14:textId="77777777" w:rsidR="003C3AA1" w:rsidRDefault="003C3AA1" w:rsidP="003027D2">
      <w:pPr>
        <w:pBdr>
          <w:top w:val="nil"/>
          <w:left w:val="nil"/>
          <w:bottom w:val="nil"/>
          <w:right w:val="nil"/>
          <w:between w:val="nil"/>
        </w:pBdr>
        <w:spacing w:after="0" w:line="240" w:lineRule="auto"/>
        <w:rPr>
          <w:rFonts w:ascii="Arial" w:hAnsi="Arial" w:cs="Arial"/>
        </w:rPr>
      </w:pPr>
    </w:p>
    <w:p w14:paraId="54D34A0B" w14:textId="77777777" w:rsidR="003027D2" w:rsidRDefault="003027D2" w:rsidP="003027D2">
      <w:pPr>
        <w:pBdr>
          <w:top w:val="nil"/>
          <w:left w:val="nil"/>
          <w:bottom w:val="nil"/>
          <w:right w:val="nil"/>
          <w:between w:val="nil"/>
        </w:pBdr>
        <w:spacing w:after="0" w:line="240" w:lineRule="auto"/>
        <w:rPr>
          <w:rFonts w:ascii="Arial" w:hAnsi="Arial" w:cs="Arial"/>
          <w:b/>
          <w:bCs/>
        </w:rPr>
      </w:pPr>
    </w:p>
    <w:p w14:paraId="3E8F837D" w14:textId="77777777" w:rsidR="003C3AA1" w:rsidRDefault="003C3AA1" w:rsidP="00F97584">
      <w:pPr>
        <w:pBdr>
          <w:top w:val="nil"/>
          <w:left w:val="nil"/>
          <w:bottom w:val="nil"/>
          <w:right w:val="nil"/>
          <w:between w:val="nil"/>
        </w:pBdr>
        <w:spacing w:after="0" w:line="240" w:lineRule="auto"/>
        <w:jc w:val="center"/>
        <w:rPr>
          <w:rFonts w:ascii="Arial" w:hAnsi="Arial" w:cs="Arial"/>
          <w:b/>
          <w:bCs/>
        </w:rPr>
      </w:pPr>
    </w:p>
    <w:p w14:paraId="33CA0538" w14:textId="22B4238F" w:rsidR="005043B1" w:rsidRPr="003C3AA1" w:rsidRDefault="005043B1" w:rsidP="003C3AA1">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lastRenderedPageBreak/>
        <w:t xml:space="preserve">ANEXO </w:t>
      </w:r>
      <w:r w:rsidR="00153DF5" w:rsidRPr="00324341">
        <w:rPr>
          <w:rFonts w:ascii="Arial" w:hAnsi="Arial" w:cs="Arial"/>
          <w:b/>
          <w:bCs/>
        </w:rPr>
        <w:t>N°</w:t>
      </w:r>
      <w:r w:rsidR="00DD0A86" w:rsidRPr="00324341">
        <w:rPr>
          <w:rFonts w:ascii="Arial" w:hAnsi="Arial" w:cs="Arial"/>
          <w:b/>
          <w:bCs/>
        </w:rPr>
        <w:t>3</w:t>
      </w:r>
    </w:p>
    <w:p w14:paraId="6836F482" w14:textId="77777777" w:rsidR="005043B1" w:rsidRPr="00324341" w:rsidRDefault="005043B1" w:rsidP="00F97584">
      <w:pPr>
        <w:pBdr>
          <w:top w:val="nil"/>
          <w:left w:val="nil"/>
          <w:bottom w:val="nil"/>
          <w:right w:val="nil"/>
          <w:between w:val="nil"/>
        </w:pBdr>
        <w:spacing w:after="0" w:line="240" w:lineRule="auto"/>
        <w:jc w:val="center"/>
        <w:rPr>
          <w:rFonts w:ascii="Arial" w:hAnsi="Arial" w:cs="Arial"/>
          <w:b/>
          <w:bCs/>
        </w:rPr>
      </w:pPr>
      <w:r w:rsidRPr="00324341">
        <w:rPr>
          <w:rFonts w:ascii="Arial" w:hAnsi="Arial" w:cs="Arial"/>
          <w:b/>
          <w:bCs/>
        </w:rPr>
        <w:t>DECLARACIÓN JURADA DE RESPONSABILIDAD</w:t>
      </w:r>
    </w:p>
    <w:p w14:paraId="03E2B41B" w14:textId="77777777" w:rsidR="005043B1" w:rsidRPr="00324341" w:rsidRDefault="005043B1" w:rsidP="00F97584">
      <w:pPr>
        <w:pBdr>
          <w:top w:val="nil"/>
          <w:left w:val="nil"/>
          <w:bottom w:val="nil"/>
          <w:right w:val="nil"/>
          <w:between w:val="nil"/>
        </w:pBdr>
        <w:spacing w:after="0" w:line="240" w:lineRule="auto"/>
        <w:jc w:val="center"/>
        <w:rPr>
          <w:rFonts w:ascii="Arial" w:eastAsia="Times New Roman" w:hAnsi="Arial" w:cs="Arial"/>
          <w:b/>
          <w:bCs/>
        </w:rPr>
      </w:pPr>
      <w:r w:rsidRPr="00324341">
        <w:rPr>
          <w:rFonts w:ascii="Arial" w:eastAsia="Times New Roman" w:hAnsi="Arial" w:cs="Arial"/>
          <w:b/>
          <w:bCs/>
        </w:rPr>
        <w:t>STANDS DE ARTESANÍA Y MANUALIDADES</w:t>
      </w:r>
    </w:p>
    <w:p w14:paraId="0A181DB6" w14:textId="292AC880" w:rsidR="005043B1" w:rsidRPr="00DA2950" w:rsidRDefault="005043B1" w:rsidP="00DA2950">
      <w:pPr>
        <w:pBdr>
          <w:top w:val="nil"/>
          <w:left w:val="nil"/>
          <w:bottom w:val="nil"/>
          <w:right w:val="nil"/>
          <w:between w:val="nil"/>
        </w:pBdr>
        <w:spacing w:after="0" w:line="240" w:lineRule="auto"/>
        <w:jc w:val="center"/>
        <w:rPr>
          <w:rFonts w:ascii="Arial" w:eastAsia="Times New Roman" w:hAnsi="Arial" w:cs="Arial"/>
          <w:b/>
          <w:bCs/>
        </w:rPr>
      </w:pPr>
      <w:r w:rsidRPr="00324341">
        <w:rPr>
          <w:rFonts w:ascii="Arial" w:eastAsia="Times New Roman" w:hAnsi="Arial" w:cs="Arial"/>
          <w:b/>
          <w:bCs/>
        </w:rPr>
        <w:t>FIESTA DE LA PRIMAVERA 2026</w:t>
      </w:r>
      <w:r w:rsidR="00DA2950">
        <w:rPr>
          <w:rFonts w:ascii="Arial" w:eastAsia="Times New Roman" w:hAnsi="Arial" w:cs="Arial"/>
          <w:b/>
          <w:bCs/>
        </w:rPr>
        <w:t xml:space="preserve"> </w:t>
      </w:r>
      <w:r w:rsidR="005F1BF6" w:rsidRPr="00324341">
        <w:rPr>
          <w:rFonts w:ascii="Arial" w:hAnsi="Arial" w:cs="Arial"/>
          <w:b/>
          <w:bCs/>
        </w:rPr>
        <w:t>MUNICIPALIDAD DE CHIGUAYANTE</w:t>
      </w:r>
    </w:p>
    <w:p w14:paraId="5A387CD2" w14:textId="77777777" w:rsidR="005043B1" w:rsidRPr="00324341" w:rsidRDefault="005043B1" w:rsidP="00F97584">
      <w:pPr>
        <w:pBdr>
          <w:top w:val="nil"/>
          <w:left w:val="nil"/>
          <w:bottom w:val="nil"/>
          <w:right w:val="nil"/>
          <w:between w:val="nil"/>
        </w:pBdr>
        <w:spacing w:after="0" w:line="240" w:lineRule="auto"/>
        <w:rPr>
          <w:rFonts w:ascii="Arial" w:hAnsi="Arial" w:cs="Arial"/>
          <w:b/>
        </w:rPr>
      </w:pPr>
    </w:p>
    <w:p w14:paraId="44197CD9" w14:textId="01BF83D5" w:rsidR="005043B1" w:rsidRPr="00324341" w:rsidRDefault="005043B1" w:rsidP="00B94846">
      <w:pPr>
        <w:pBdr>
          <w:top w:val="nil"/>
          <w:left w:val="nil"/>
          <w:bottom w:val="nil"/>
          <w:right w:val="nil"/>
          <w:between w:val="nil"/>
        </w:pBdr>
        <w:spacing w:line="276" w:lineRule="auto"/>
        <w:rPr>
          <w:rFonts w:ascii="Arial" w:hAnsi="Arial" w:cs="Arial"/>
          <w:bCs/>
        </w:rPr>
      </w:pPr>
      <w:r w:rsidRPr="00324341">
        <w:rPr>
          <w:rFonts w:ascii="Arial" w:hAnsi="Arial" w:cs="Arial"/>
          <w:bCs/>
        </w:rPr>
        <w:t>Yo, ______________________________________________________, RUT N.º ____________________, en calidad de postulante y responsable stand artesanía y manualidades que se presenta para participar en la Actividad Municipal Fiesta de la Primavera 2026, declaro bajo juramento lo siguiente:</w:t>
      </w:r>
    </w:p>
    <w:p w14:paraId="20D774A4" w14:textId="710D262C" w:rsidR="005043B1" w:rsidRPr="00324341" w:rsidRDefault="005043B1" w:rsidP="00B94846">
      <w:pPr>
        <w:pBdr>
          <w:top w:val="nil"/>
          <w:left w:val="nil"/>
          <w:bottom w:val="nil"/>
          <w:right w:val="nil"/>
          <w:between w:val="nil"/>
        </w:pBdr>
        <w:spacing w:line="276" w:lineRule="auto"/>
        <w:rPr>
          <w:rFonts w:ascii="Arial" w:hAnsi="Arial" w:cs="Arial"/>
          <w:bCs/>
        </w:rPr>
      </w:pPr>
      <w:r w:rsidRPr="00324341">
        <w:rPr>
          <w:rFonts w:ascii="Arial" w:hAnsi="Arial" w:cs="Arial"/>
          <w:bCs/>
        </w:rPr>
        <w:t>Asumo total responsabilidad por cualquier accidente, incidente o inconveniente que pudiera ocasionar u ocurrir durante el desarrollo del evento Fiesta de la Primavera 2026, tanto de mi parte como de las personas que trabajen a mi cargo. Esta declaración incluye cualquier situación que afecte a terceros, infraestructura u otros expositores, y se extiende a toda la duración del evento.</w:t>
      </w:r>
    </w:p>
    <w:p w14:paraId="04A268F6" w14:textId="53DE440F" w:rsidR="005043B1" w:rsidRPr="00324341" w:rsidRDefault="005043B1" w:rsidP="00B94846">
      <w:pPr>
        <w:pBdr>
          <w:top w:val="nil"/>
          <w:left w:val="nil"/>
          <w:bottom w:val="nil"/>
          <w:right w:val="nil"/>
          <w:between w:val="nil"/>
        </w:pBdr>
        <w:spacing w:line="276" w:lineRule="auto"/>
        <w:rPr>
          <w:rFonts w:ascii="Arial" w:hAnsi="Arial" w:cs="Arial"/>
          <w:bCs/>
        </w:rPr>
      </w:pPr>
      <w:r w:rsidRPr="00324341">
        <w:rPr>
          <w:rFonts w:ascii="Arial" w:hAnsi="Arial" w:cs="Arial"/>
          <w:bCs/>
        </w:rPr>
        <w:t>La Actividad Municipal “Fiesta de la Primavera 2026” se llevará a cabo los días viernes 20 y sábado 21, en horario de funcionamiento desde las 12:00 a las 01:00 hrs, domingo 22 de noviembre de 12:00 a 21:00 horas en el lugar dispuesto por la organización, bajo la coordinación del departamento de Desarrollo Económico Local de la Municipalidad de Chiguayante.</w:t>
      </w:r>
    </w:p>
    <w:p w14:paraId="65A14D60" w14:textId="77777777" w:rsidR="005043B1" w:rsidRPr="00324341" w:rsidRDefault="005043B1" w:rsidP="00B94846">
      <w:pPr>
        <w:pBdr>
          <w:top w:val="nil"/>
          <w:left w:val="nil"/>
          <w:bottom w:val="nil"/>
          <w:right w:val="nil"/>
          <w:between w:val="nil"/>
        </w:pBdr>
        <w:spacing w:line="276" w:lineRule="auto"/>
        <w:rPr>
          <w:rFonts w:ascii="Arial" w:hAnsi="Arial" w:cs="Arial"/>
          <w:bCs/>
        </w:rPr>
      </w:pPr>
      <w:r w:rsidRPr="00324341">
        <w:rPr>
          <w:rFonts w:ascii="Arial" w:hAnsi="Arial" w:cs="Arial"/>
          <w:bCs/>
        </w:rPr>
        <w:t>Declaro que la presente información es fidedigna y acepto las condiciones establecidas en las bases de participación del evento.</w:t>
      </w:r>
    </w:p>
    <w:p w14:paraId="78225BED" w14:textId="77777777" w:rsidR="005043B1" w:rsidRPr="00324341" w:rsidRDefault="005043B1" w:rsidP="00F97584">
      <w:pPr>
        <w:pBdr>
          <w:top w:val="nil"/>
          <w:left w:val="nil"/>
          <w:bottom w:val="nil"/>
          <w:right w:val="nil"/>
          <w:between w:val="nil"/>
        </w:pBdr>
        <w:spacing w:line="240" w:lineRule="auto"/>
        <w:rPr>
          <w:rFonts w:ascii="Arial" w:hAnsi="Arial" w:cs="Arial"/>
          <w:bCs/>
        </w:rPr>
      </w:pPr>
    </w:p>
    <w:p w14:paraId="592D7D32" w14:textId="77777777" w:rsidR="005043B1" w:rsidRPr="00324341" w:rsidRDefault="005043B1" w:rsidP="00F97584">
      <w:pPr>
        <w:pBdr>
          <w:top w:val="nil"/>
          <w:left w:val="nil"/>
          <w:bottom w:val="nil"/>
          <w:right w:val="nil"/>
          <w:between w:val="nil"/>
        </w:pBdr>
        <w:spacing w:line="240" w:lineRule="auto"/>
        <w:rPr>
          <w:rFonts w:ascii="Arial" w:hAnsi="Arial" w:cs="Arial"/>
          <w:bCs/>
        </w:rPr>
      </w:pPr>
    </w:p>
    <w:p w14:paraId="4128C8CC" w14:textId="7258FF7A" w:rsidR="005043B1" w:rsidRPr="00324341" w:rsidRDefault="005043B1" w:rsidP="00F97584">
      <w:pPr>
        <w:pBdr>
          <w:top w:val="nil"/>
          <w:left w:val="nil"/>
          <w:bottom w:val="nil"/>
          <w:right w:val="nil"/>
          <w:between w:val="nil"/>
        </w:pBdr>
        <w:spacing w:line="240" w:lineRule="auto"/>
        <w:rPr>
          <w:rFonts w:ascii="Arial" w:hAnsi="Arial" w:cs="Arial"/>
          <w:bCs/>
        </w:rPr>
      </w:pPr>
      <w:r w:rsidRPr="00324341">
        <w:rPr>
          <w:rFonts w:ascii="Arial" w:hAnsi="Arial" w:cs="Arial"/>
          <w:bCs/>
        </w:rPr>
        <w:t xml:space="preserve">Firmado en CHIGUAYANTE, a ____ </w:t>
      </w:r>
      <w:proofErr w:type="spellStart"/>
      <w:r w:rsidRPr="00324341">
        <w:rPr>
          <w:rFonts w:ascii="Arial" w:hAnsi="Arial" w:cs="Arial"/>
          <w:bCs/>
        </w:rPr>
        <w:t>de</w:t>
      </w:r>
      <w:proofErr w:type="spellEnd"/>
      <w:r w:rsidRPr="00324341">
        <w:rPr>
          <w:rFonts w:ascii="Arial" w:hAnsi="Arial" w:cs="Arial"/>
          <w:bCs/>
        </w:rPr>
        <w:t xml:space="preserve"> _______________ </w:t>
      </w:r>
      <w:proofErr w:type="spellStart"/>
      <w:r w:rsidRPr="00324341">
        <w:rPr>
          <w:rFonts w:ascii="Arial" w:hAnsi="Arial" w:cs="Arial"/>
          <w:bCs/>
        </w:rPr>
        <w:t>d</w:t>
      </w:r>
      <w:r w:rsidR="004247D3" w:rsidRPr="00324341">
        <w:rPr>
          <w:rFonts w:ascii="Arial" w:hAnsi="Arial" w:cs="Arial"/>
          <w:bCs/>
        </w:rPr>
        <w:t>e</w:t>
      </w:r>
      <w:proofErr w:type="spellEnd"/>
      <w:r w:rsidRPr="00324341">
        <w:rPr>
          <w:rFonts w:ascii="Arial" w:hAnsi="Arial" w:cs="Arial"/>
          <w:bCs/>
        </w:rPr>
        <w:t xml:space="preserve"> 202</w:t>
      </w:r>
      <w:r w:rsidR="004247D3" w:rsidRPr="00324341">
        <w:rPr>
          <w:rFonts w:ascii="Arial" w:hAnsi="Arial" w:cs="Arial"/>
          <w:bCs/>
        </w:rPr>
        <w:t>6</w:t>
      </w:r>
      <w:r w:rsidRPr="00324341">
        <w:rPr>
          <w:rFonts w:ascii="Arial" w:hAnsi="Arial" w:cs="Arial"/>
          <w:bCs/>
        </w:rPr>
        <w:t>.</w:t>
      </w:r>
    </w:p>
    <w:p w14:paraId="54AC0796" w14:textId="77777777" w:rsidR="005043B1" w:rsidRPr="00324341" w:rsidRDefault="005043B1" w:rsidP="00F97584">
      <w:pPr>
        <w:pBdr>
          <w:top w:val="nil"/>
          <w:left w:val="nil"/>
          <w:bottom w:val="nil"/>
          <w:right w:val="nil"/>
          <w:between w:val="nil"/>
        </w:pBdr>
        <w:spacing w:line="240" w:lineRule="auto"/>
        <w:rPr>
          <w:rFonts w:ascii="Arial" w:hAnsi="Arial" w:cs="Arial"/>
          <w:bCs/>
        </w:rPr>
      </w:pPr>
    </w:p>
    <w:p w14:paraId="66ABD849" w14:textId="77777777" w:rsidR="005043B1" w:rsidRPr="00324341" w:rsidRDefault="005043B1" w:rsidP="00F97584">
      <w:pPr>
        <w:pBdr>
          <w:top w:val="nil"/>
          <w:left w:val="nil"/>
          <w:bottom w:val="nil"/>
          <w:right w:val="nil"/>
          <w:between w:val="nil"/>
        </w:pBdr>
        <w:spacing w:line="240" w:lineRule="auto"/>
        <w:rPr>
          <w:rFonts w:ascii="Arial" w:hAnsi="Arial" w:cs="Arial"/>
          <w:bCs/>
        </w:rPr>
      </w:pPr>
    </w:p>
    <w:p w14:paraId="69955DB5" w14:textId="77777777" w:rsidR="005043B1" w:rsidRPr="00324341" w:rsidRDefault="005043B1" w:rsidP="00F97584">
      <w:pPr>
        <w:pBdr>
          <w:top w:val="nil"/>
          <w:left w:val="nil"/>
          <w:bottom w:val="nil"/>
          <w:right w:val="nil"/>
          <w:between w:val="nil"/>
        </w:pBdr>
        <w:spacing w:line="240" w:lineRule="auto"/>
        <w:rPr>
          <w:rFonts w:ascii="Arial" w:hAnsi="Arial" w:cs="Arial"/>
          <w:bCs/>
        </w:rPr>
      </w:pPr>
    </w:p>
    <w:p w14:paraId="6DB59190" w14:textId="5FD76D61" w:rsidR="005043B1" w:rsidRPr="00324341" w:rsidRDefault="005043B1" w:rsidP="00F97584">
      <w:pPr>
        <w:pBdr>
          <w:top w:val="nil"/>
          <w:left w:val="nil"/>
          <w:bottom w:val="nil"/>
          <w:right w:val="nil"/>
          <w:between w:val="nil"/>
        </w:pBdr>
        <w:spacing w:line="240" w:lineRule="auto"/>
        <w:rPr>
          <w:rFonts w:ascii="Arial" w:hAnsi="Arial" w:cs="Arial"/>
          <w:color w:val="000000"/>
        </w:rPr>
      </w:pPr>
      <w:r w:rsidRPr="00324341">
        <w:rPr>
          <w:rFonts w:ascii="Arial" w:hAnsi="Arial" w:cs="Arial"/>
          <w:b/>
          <w:bCs/>
        </w:rPr>
        <w:t>Firma del</w:t>
      </w:r>
      <w:r w:rsidR="00C90F2D">
        <w:rPr>
          <w:rFonts w:ascii="Arial" w:hAnsi="Arial" w:cs="Arial"/>
          <w:b/>
          <w:bCs/>
        </w:rPr>
        <w:t xml:space="preserve"> o </w:t>
      </w:r>
      <w:r w:rsidRPr="00324341">
        <w:rPr>
          <w:rFonts w:ascii="Arial" w:hAnsi="Arial" w:cs="Arial"/>
          <w:b/>
          <w:bCs/>
        </w:rPr>
        <w:t>la postulante:</w:t>
      </w:r>
      <w:r w:rsidRPr="00324341">
        <w:rPr>
          <w:rFonts w:ascii="Arial" w:hAnsi="Arial" w:cs="Arial"/>
          <w:bCs/>
        </w:rPr>
        <w:t xml:space="preserve"> ___________________________________________</w:t>
      </w:r>
    </w:p>
    <w:p w14:paraId="699E38E5" w14:textId="77777777" w:rsidR="005043B1" w:rsidRPr="00324341" w:rsidRDefault="005043B1" w:rsidP="00F97584">
      <w:pPr>
        <w:spacing w:line="240" w:lineRule="auto"/>
        <w:rPr>
          <w:rFonts w:ascii="Arial" w:hAnsi="Arial" w:cs="Arial"/>
        </w:rPr>
      </w:pPr>
    </w:p>
    <w:p w14:paraId="75F9A57F" w14:textId="77777777" w:rsidR="005043B1" w:rsidRPr="00324341" w:rsidRDefault="005043B1" w:rsidP="00F97584">
      <w:pPr>
        <w:spacing w:line="240" w:lineRule="auto"/>
        <w:rPr>
          <w:rFonts w:ascii="Arial" w:hAnsi="Arial" w:cs="Arial"/>
        </w:rPr>
      </w:pPr>
    </w:p>
    <w:p w14:paraId="054EE018" w14:textId="77777777" w:rsidR="005043B1" w:rsidRPr="00324341" w:rsidRDefault="005043B1" w:rsidP="00F97584">
      <w:pPr>
        <w:spacing w:line="240" w:lineRule="auto"/>
        <w:rPr>
          <w:rFonts w:ascii="Arial" w:hAnsi="Arial" w:cs="Arial"/>
        </w:rPr>
      </w:pPr>
    </w:p>
    <w:p w14:paraId="3DF79C03" w14:textId="77777777" w:rsidR="005043B1" w:rsidRPr="00324341" w:rsidRDefault="005043B1" w:rsidP="00F97584">
      <w:pPr>
        <w:spacing w:line="240" w:lineRule="auto"/>
        <w:rPr>
          <w:rFonts w:ascii="Arial" w:hAnsi="Arial" w:cs="Arial"/>
        </w:rPr>
      </w:pPr>
    </w:p>
    <w:p w14:paraId="75984F18" w14:textId="1FAB3419" w:rsidR="00BD25DB" w:rsidRPr="00324341" w:rsidRDefault="005043B1" w:rsidP="00B94846">
      <w:pPr>
        <w:spacing w:line="240" w:lineRule="auto"/>
        <w:rPr>
          <w:rFonts w:ascii="Arial" w:hAnsi="Arial" w:cs="Arial"/>
        </w:rPr>
      </w:pPr>
      <w:r w:rsidRPr="00324341">
        <w:rPr>
          <w:rFonts w:ascii="Arial" w:hAnsi="Arial" w:cs="Arial"/>
        </w:rPr>
        <w:br w:type="page"/>
      </w:r>
    </w:p>
    <w:p w14:paraId="48BC5B99" w14:textId="11C9EAF2" w:rsidR="00BD25DB" w:rsidRPr="00B94846" w:rsidRDefault="00BD25DB" w:rsidP="00B94846">
      <w:pPr>
        <w:pStyle w:val="Sinespaciado"/>
        <w:jc w:val="center"/>
        <w:rPr>
          <w:rFonts w:ascii="Arial" w:hAnsi="Arial" w:cs="Arial"/>
          <w:b/>
          <w:bCs/>
        </w:rPr>
      </w:pPr>
      <w:r w:rsidRPr="00B94846">
        <w:rPr>
          <w:rFonts w:ascii="Arial" w:hAnsi="Arial" w:cs="Arial"/>
          <w:b/>
          <w:bCs/>
        </w:rPr>
        <w:lastRenderedPageBreak/>
        <w:t>ANEXO N°</w:t>
      </w:r>
      <w:r w:rsidR="00DD0A86" w:rsidRPr="00B94846">
        <w:rPr>
          <w:rFonts w:ascii="Arial" w:hAnsi="Arial" w:cs="Arial"/>
          <w:b/>
          <w:bCs/>
        </w:rPr>
        <w:t>4</w:t>
      </w:r>
    </w:p>
    <w:p w14:paraId="7D12C87B" w14:textId="77777777" w:rsidR="00BD25DB" w:rsidRPr="00B94846" w:rsidRDefault="00BD25DB" w:rsidP="00B94846">
      <w:pPr>
        <w:pStyle w:val="Sinespaciado"/>
        <w:jc w:val="center"/>
        <w:rPr>
          <w:rFonts w:ascii="Arial" w:hAnsi="Arial" w:cs="Arial"/>
          <w:b/>
          <w:bCs/>
        </w:rPr>
      </w:pPr>
      <w:r w:rsidRPr="00B94846">
        <w:rPr>
          <w:rFonts w:ascii="Arial" w:hAnsi="Arial" w:cs="Arial"/>
          <w:b/>
          <w:bCs/>
        </w:rPr>
        <w:t>DECLARACIÓN JURADA SIMPLE</w:t>
      </w:r>
    </w:p>
    <w:p w14:paraId="54A216F6" w14:textId="5FD07CF5" w:rsidR="00BD25DB" w:rsidRDefault="00BD25DB" w:rsidP="00B94846">
      <w:pPr>
        <w:pStyle w:val="Sinespaciado"/>
        <w:jc w:val="center"/>
        <w:rPr>
          <w:rFonts w:ascii="Arial" w:hAnsi="Arial" w:cs="Arial"/>
          <w:b/>
          <w:bCs/>
        </w:rPr>
      </w:pPr>
      <w:r w:rsidRPr="00B94846">
        <w:rPr>
          <w:rFonts w:ascii="Arial" w:hAnsi="Arial" w:cs="Arial"/>
          <w:b/>
          <w:bCs/>
        </w:rPr>
        <w:t>ACTIVIDAD ESPORÁDICA</w:t>
      </w:r>
    </w:p>
    <w:p w14:paraId="533B7AC7" w14:textId="77777777" w:rsidR="00B94846" w:rsidRPr="00B94846" w:rsidRDefault="00B94846" w:rsidP="00B94846">
      <w:pPr>
        <w:pStyle w:val="Sinespaciado"/>
        <w:jc w:val="center"/>
        <w:rPr>
          <w:rFonts w:ascii="Arial" w:hAnsi="Arial" w:cs="Arial"/>
          <w:b/>
          <w:bCs/>
        </w:rPr>
      </w:pPr>
    </w:p>
    <w:p w14:paraId="56FB567A" w14:textId="3077B87F" w:rsidR="00DD0A86" w:rsidRPr="00324341" w:rsidRDefault="00DD0A86" w:rsidP="00B94846">
      <w:pPr>
        <w:spacing w:line="276" w:lineRule="auto"/>
        <w:rPr>
          <w:rFonts w:ascii="Arial" w:hAnsi="Arial" w:cs="Arial"/>
          <w:lang w:val="es-MX"/>
        </w:rPr>
      </w:pPr>
      <w:r w:rsidRPr="00324341">
        <w:rPr>
          <w:rFonts w:ascii="Arial" w:hAnsi="Arial" w:cs="Arial"/>
          <w:lang w:val="es-MX"/>
        </w:rPr>
        <w:t xml:space="preserve">Yo ______________________________, RUT: _________________, domiciliado en </w:t>
      </w:r>
      <w:r w:rsidRPr="00B94846">
        <w:rPr>
          <w:rFonts w:ascii="Arial" w:hAnsi="Arial" w:cs="Arial"/>
          <w:lang w:val="es-MX"/>
        </w:rPr>
        <w:t>______________________________</w:t>
      </w:r>
      <w:r w:rsidR="00E94F27">
        <w:rPr>
          <w:rFonts w:ascii="Arial" w:hAnsi="Arial" w:cs="Arial"/>
          <w:lang w:val="es-MX"/>
        </w:rPr>
        <w:t>________</w:t>
      </w:r>
      <w:r w:rsidRPr="00324341">
        <w:rPr>
          <w:rFonts w:ascii="Arial" w:hAnsi="Arial" w:cs="Arial"/>
          <w:lang w:val="es-MX"/>
        </w:rPr>
        <w:t xml:space="preserve">, de la comuna de Chiguayante, por medio de la presente vengo a declarar bajo juramento que: </w:t>
      </w:r>
    </w:p>
    <w:p w14:paraId="03316662" w14:textId="77777777" w:rsidR="00DD0A86" w:rsidRPr="00324341" w:rsidRDefault="00DD0A86" w:rsidP="00B94846">
      <w:pPr>
        <w:numPr>
          <w:ilvl w:val="0"/>
          <w:numId w:val="31"/>
        </w:numPr>
        <w:tabs>
          <w:tab w:val="clear" w:pos="720"/>
          <w:tab w:val="num" w:pos="0"/>
          <w:tab w:val="left" w:pos="284"/>
        </w:tabs>
        <w:spacing w:after="200" w:line="276" w:lineRule="auto"/>
        <w:ind w:left="0" w:firstLine="0"/>
        <w:rPr>
          <w:rFonts w:ascii="Arial" w:hAnsi="Arial" w:cs="Arial"/>
          <w:lang w:val="es-MX"/>
        </w:rPr>
      </w:pPr>
      <w:r w:rsidRPr="00324341">
        <w:rPr>
          <w:rFonts w:ascii="Arial" w:hAnsi="Arial" w:cs="Arial"/>
          <w:lang w:val="es-MX"/>
        </w:rPr>
        <w:t xml:space="preserve">Actualmente </w:t>
      </w:r>
      <w:r w:rsidRPr="00324341">
        <w:rPr>
          <w:rFonts w:ascii="Arial" w:hAnsi="Arial" w:cs="Arial"/>
          <w:b/>
          <w:bCs/>
          <w:lang w:val="es-MX"/>
        </w:rPr>
        <w:t>no poseo Inicio de Actividades vigente ante el Servicio de Impuestos Internos (SII).</w:t>
      </w:r>
    </w:p>
    <w:p w14:paraId="1931774D" w14:textId="77777777" w:rsidR="00DD0A86" w:rsidRPr="00324341" w:rsidRDefault="00DD0A86" w:rsidP="00B94846">
      <w:pPr>
        <w:numPr>
          <w:ilvl w:val="0"/>
          <w:numId w:val="31"/>
        </w:numPr>
        <w:tabs>
          <w:tab w:val="clear" w:pos="720"/>
          <w:tab w:val="num" w:pos="0"/>
          <w:tab w:val="left" w:pos="284"/>
        </w:tabs>
        <w:spacing w:after="200" w:line="276" w:lineRule="auto"/>
        <w:ind w:left="0" w:firstLine="0"/>
        <w:rPr>
          <w:rFonts w:ascii="Arial" w:hAnsi="Arial" w:cs="Arial"/>
          <w:lang w:val="es-MX"/>
        </w:rPr>
      </w:pPr>
      <w:r w:rsidRPr="00324341">
        <w:rPr>
          <w:rFonts w:ascii="Arial" w:hAnsi="Arial" w:cs="Arial"/>
          <w:b/>
          <w:bCs/>
          <w:lang w:val="es-MX"/>
        </w:rPr>
        <w:t>No me encuentro registrado en SII bajo la categoría de personas naturales que desarrollen actividades de subsistencia.</w:t>
      </w:r>
    </w:p>
    <w:p w14:paraId="19BA7335" w14:textId="66920531" w:rsidR="00DD0A86" w:rsidRPr="00324341" w:rsidRDefault="00DD0A86" w:rsidP="00B94846">
      <w:pPr>
        <w:pStyle w:val="Prrafodelista"/>
        <w:numPr>
          <w:ilvl w:val="0"/>
          <w:numId w:val="31"/>
        </w:numPr>
        <w:shd w:val="clear" w:color="auto" w:fill="FFFFFF"/>
        <w:tabs>
          <w:tab w:val="clear" w:pos="720"/>
          <w:tab w:val="num" w:pos="0"/>
          <w:tab w:val="left" w:pos="284"/>
        </w:tabs>
        <w:spacing w:after="0" w:line="276" w:lineRule="auto"/>
        <w:ind w:left="0" w:firstLine="0"/>
        <w:textAlignment w:val="baseline"/>
        <w:rPr>
          <w:rFonts w:ascii="Arial" w:eastAsia="Times New Roman" w:hAnsi="Arial" w:cs="Arial"/>
          <w:color w:val="000000"/>
          <w:lang w:val="es-MX" w:eastAsia="es-MX"/>
        </w:rPr>
      </w:pPr>
      <w:r w:rsidRPr="00324341">
        <w:rPr>
          <w:rFonts w:ascii="Arial" w:hAnsi="Arial" w:cs="Arial"/>
          <w:lang w:val="es-MX"/>
        </w:rPr>
        <w:t xml:space="preserve">Declaro que la información proporcionada en mi postulación es verídica y coincide con mi situación tributaria al momento de presentar esta declaración, no obstante, </w:t>
      </w:r>
      <w:r w:rsidRPr="00324341">
        <w:rPr>
          <w:rFonts w:ascii="Arial" w:eastAsia="Times New Roman" w:hAnsi="Arial" w:cs="Arial"/>
          <w:color w:val="000000"/>
          <w:lang w:val="es-MX" w:eastAsia="es-MX"/>
        </w:rPr>
        <w:t xml:space="preserve">la </w:t>
      </w:r>
      <w:r w:rsidR="00E94F27">
        <w:rPr>
          <w:rFonts w:ascii="Arial" w:eastAsia="Times New Roman" w:hAnsi="Arial" w:cs="Arial"/>
          <w:color w:val="000000"/>
          <w:lang w:val="es-MX" w:eastAsia="es-MX"/>
        </w:rPr>
        <w:t>m</w:t>
      </w:r>
      <w:r w:rsidRPr="00324341">
        <w:rPr>
          <w:rFonts w:ascii="Arial" w:eastAsia="Times New Roman" w:hAnsi="Arial" w:cs="Arial"/>
          <w:color w:val="000000"/>
          <w:lang w:val="es-MX" w:eastAsia="es-MX"/>
        </w:rPr>
        <w:t>unicipalidad podrá verificar la autenticidad de los antecedentes presentados y requerir información adicional cuando existan dudas fundadas respecto de la situación tributaria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20E28582" w14:textId="77777777" w:rsidR="00DD0A86" w:rsidRPr="00324341" w:rsidRDefault="00DD0A86" w:rsidP="00B94846">
      <w:pPr>
        <w:pStyle w:val="Prrafodelista"/>
        <w:shd w:val="clear" w:color="auto" w:fill="FFFFFF"/>
        <w:tabs>
          <w:tab w:val="num" w:pos="0"/>
          <w:tab w:val="left" w:pos="284"/>
        </w:tabs>
        <w:spacing w:after="0" w:line="276" w:lineRule="auto"/>
        <w:ind w:left="0"/>
        <w:textAlignment w:val="baseline"/>
        <w:rPr>
          <w:rFonts w:ascii="Arial" w:eastAsia="Times New Roman" w:hAnsi="Arial" w:cs="Arial"/>
          <w:color w:val="000000"/>
          <w:lang w:val="es-MX" w:eastAsia="es-MX"/>
        </w:rPr>
      </w:pPr>
    </w:p>
    <w:p w14:paraId="2D288A1E" w14:textId="77777777" w:rsidR="00DD0A86" w:rsidRPr="00324341" w:rsidRDefault="00DD0A86" w:rsidP="00B94846">
      <w:pPr>
        <w:numPr>
          <w:ilvl w:val="0"/>
          <w:numId w:val="31"/>
        </w:numPr>
        <w:tabs>
          <w:tab w:val="clear" w:pos="720"/>
          <w:tab w:val="num" w:pos="0"/>
          <w:tab w:val="left" w:pos="284"/>
        </w:tabs>
        <w:spacing w:after="200" w:line="276" w:lineRule="auto"/>
        <w:ind w:left="0" w:firstLine="0"/>
        <w:rPr>
          <w:rFonts w:ascii="Arial" w:hAnsi="Arial" w:cs="Arial"/>
          <w:lang w:val="es-MX"/>
        </w:rPr>
      </w:pPr>
      <w:r w:rsidRPr="00324341">
        <w:rPr>
          <w:rFonts w:ascii="Arial" w:hAnsi="Arial" w:cs="Arial"/>
          <w:lang w:val="es-MX"/>
        </w:rPr>
        <w:t>Me comprometo a informar oportunamente a la Municipalidad de Chiguayante si mi situación tributaria cambia durante el proceso de postulación o antes del desarrollo de la actividad.</w:t>
      </w:r>
    </w:p>
    <w:p w14:paraId="07477C17" w14:textId="77777777" w:rsidR="00DD0A86" w:rsidRPr="00324341" w:rsidRDefault="00DD0A86" w:rsidP="00B94846">
      <w:pPr>
        <w:pStyle w:val="Prrafodelista"/>
        <w:numPr>
          <w:ilvl w:val="0"/>
          <w:numId w:val="31"/>
        </w:numPr>
        <w:shd w:val="clear" w:color="auto" w:fill="FFFFFF"/>
        <w:tabs>
          <w:tab w:val="clear" w:pos="720"/>
          <w:tab w:val="num" w:pos="0"/>
          <w:tab w:val="left" w:pos="284"/>
        </w:tabs>
        <w:spacing w:after="0" w:line="276" w:lineRule="auto"/>
        <w:ind w:left="0" w:firstLine="0"/>
        <w:textAlignment w:val="baseline"/>
        <w:rPr>
          <w:rFonts w:ascii="Arial" w:eastAsia="Times New Roman" w:hAnsi="Arial" w:cs="Arial"/>
          <w:color w:val="000000"/>
          <w:lang w:val="es-MX" w:eastAsia="es-MX"/>
        </w:rPr>
      </w:pPr>
      <w:r w:rsidRPr="00324341">
        <w:rPr>
          <w:rFonts w:ascii="Arial" w:eastAsia="Times New Roman" w:hAnsi="Arial" w:cs="Arial"/>
          <w:b/>
          <w:bCs/>
          <w:color w:val="000000"/>
          <w:lang w:val="es-MX" w:eastAsia="es-MX"/>
        </w:rPr>
        <w:t>Declaro bajo mi exclusiva responsabilidad, que la actividad económica para la cual solicito autorización tiene carácter estrictamente esporádico u ocasional</w:t>
      </w:r>
      <w:r w:rsidRPr="00324341">
        <w:rPr>
          <w:rFonts w:ascii="Arial" w:eastAsia="Times New Roman" w:hAnsi="Arial" w:cs="Arial"/>
          <w:color w:val="000000"/>
          <w:lang w:val="es-MX" w:eastAsia="es-MX"/>
        </w:rPr>
        <w:t xml:space="preserve">, que será desarrollada únicamente con ocasión de la presente actividad, y que su realización cumple con la normativa tributaria vigente, especialmente con lo dispuesto en la Ley </w:t>
      </w:r>
      <w:proofErr w:type="spellStart"/>
      <w:r w:rsidRPr="00324341">
        <w:rPr>
          <w:rFonts w:ascii="Arial" w:eastAsia="Times New Roman" w:hAnsi="Arial" w:cs="Arial"/>
          <w:color w:val="000000"/>
          <w:lang w:val="es-MX" w:eastAsia="es-MX"/>
        </w:rPr>
        <w:t>N°</w:t>
      </w:r>
      <w:proofErr w:type="spellEnd"/>
      <w:r w:rsidRPr="00324341">
        <w:rPr>
          <w:rFonts w:ascii="Arial" w:eastAsia="Times New Roman" w:hAnsi="Arial" w:cs="Arial"/>
          <w:color w:val="000000"/>
          <w:lang w:val="es-MX" w:eastAsia="es-MX"/>
        </w:rPr>
        <w:t xml:space="preserve"> 21.713 y las instrucciones impartidas por el Servicio de Impuestos Internos.</w:t>
      </w:r>
    </w:p>
    <w:p w14:paraId="5C703401" w14:textId="77777777" w:rsidR="00DD0A86" w:rsidRPr="00324341" w:rsidRDefault="00DD0A86" w:rsidP="00DD0A86">
      <w:pPr>
        <w:spacing w:line="240" w:lineRule="auto"/>
        <w:ind w:left="720"/>
        <w:rPr>
          <w:rFonts w:ascii="Arial" w:hAnsi="Arial" w:cs="Arial"/>
          <w:lang w:val="es-MX"/>
        </w:rPr>
      </w:pPr>
    </w:p>
    <w:p w14:paraId="5787E64D" w14:textId="77777777" w:rsidR="00DD0A86" w:rsidRPr="00324341" w:rsidRDefault="00DD0A86" w:rsidP="00DD0A86">
      <w:pPr>
        <w:spacing w:line="240" w:lineRule="auto"/>
        <w:rPr>
          <w:rFonts w:ascii="Arial" w:hAnsi="Arial" w:cs="Arial"/>
          <w:lang w:val="es-MX"/>
        </w:rPr>
      </w:pPr>
      <w:r w:rsidRPr="00324341">
        <w:rPr>
          <w:rFonts w:ascii="Arial" w:hAnsi="Arial" w:cs="Arial"/>
          <w:lang w:val="es-MX"/>
        </w:rPr>
        <w:t>Para constancia, firmo la presente declaración.</w:t>
      </w:r>
    </w:p>
    <w:p w14:paraId="139AECF2" w14:textId="77777777" w:rsidR="00DD0A86" w:rsidRPr="00324341" w:rsidRDefault="00DD0A86" w:rsidP="00DD0A86">
      <w:pPr>
        <w:spacing w:line="240" w:lineRule="auto"/>
        <w:rPr>
          <w:rFonts w:ascii="Arial" w:hAnsi="Arial" w:cs="Arial"/>
          <w:lang w:val="es-MX"/>
        </w:rPr>
      </w:pPr>
      <w:r w:rsidRPr="00324341">
        <w:rPr>
          <w:rFonts w:ascii="Arial" w:hAnsi="Arial" w:cs="Arial"/>
          <w:b/>
          <w:bCs/>
          <w:lang w:val="es-MX"/>
        </w:rPr>
        <w:t>Nombre completo:</w:t>
      </w:r>
      <w:r w:rsidRPr="00324341">
        <w:rPr>
          <w:rFonts w:ascii="Arial" w:hAnsi="Arial" w:cs="Arial"/>
          <w:lang w:val="es-MX"/>
        </w:rPr>
        <w:t xml:space="preserve"> _______________________________________</w:t>
      </w:r>
    </w:p>
    <w:p w14:paraId="3980B2A4" w14:textId="77777777" w:rsidR="00DD0A86" w:rsidRPr="00324341" w:rsidRDefault="00DD0A86" w:rsidP="00DD0A86">
      <w:pPr>
        <w:spacing w:line="240" w:lineRule="auto"/>
        <w:rPr>
          <w:rFonts w:ascii="Arial" w:hAnsi="Arial" w:cs="Arial"/>
          <w:lang w:val="es-MX"/>
        </w:rPr>
      </w:pPr>
      <w:r w:rsidRPr="00324341">
        <w:rPr>
          <w:rFonts w:ascii="Arial" w:hAnsi="Arial" w:cs="Arial"/>
          <w:b/>
          <w:bCs/>
          <w:lang w:val="es-MX"/>
        </w:rPr>
        <w:t>Cédula de Identidad:</w:t>
      </w:r>
      <w:r w:rsidRPr="00324341">
        <w:rPr>
          <w:rFonts w:ascii="Arial" w:hAnsi="Arial" w:cs="Arial"/>
          <w:lang w:val="es-MX"/>
        </w:rPr>
        <w:t xml:space="preserve"> _____________________________________</w:t>
      </w:r>
    </w:p>
    <w:p w14:paraId="1952164C" w14:textId="77777777" w:rsidR="00DD0A86" w:rsidRPr="00324341" w:rsidRDefault="00DD0A86" w:rsidP="00DD0A86">
      <w:pPr>
        <w:spacing w:line="240" w:lineRule="auto"/>
        <w:rPr>
          <w:rFonts w:ascii="Arial" w:hAnsi="Arial" w:cs="Arial"/>
          <w:lang w:val="es-MX"/>
        </w:rPr>
      </w:pPr>
    </w:p>
    <w:p w14:paraId="7D2E177B" w14:textId="77777777" w:rsidR="00DD0A86" w:rsidRPr="00324341" w:rsidRDefault="00DD0A86" w:rsidP="00DD0A86">
      <w:pPr>
        <w:spacing w:line="259" w:lineRule="auto"/>
        <w:rPr>
          <w:rFonts w:ascii="Arial" w:hAnsi="Arial" w:cs="Arial"/>
          <w:b/>
          <w:bCs/>
        </w:rPr>
      </w:pPr>
      <w:r w:rsidRPr="00324341">
        <w:rPr>
          <w:rFonts w:ascii="Arial" w:hAnsi="Arial" w:cs="Arial"/>
          <w:b/>
          <w:bCs/>
          <w:lang w:val="es-MX"/>
        </w:rPr>
        <w:t>Firma:</w:t>
      </w:r>
      <w:r w:rsidRPr="00324341">
        <w:rPr>
          <w:rFonts w:ascii="Arial" w:hAnsi="Arial" w:cs="Arial"/>
          <w:lang w:val="es-MX"/>
        </w:rPr>
        <w:t xml:space="preserve"> ___________________________________</w:t>
      </w:r>
    </w:p>
    <w:p w14:paraId="6C47BA86" w14:textId="77777777" w:rsidR="00DD0A86" w:rsidRPr="00324341" w:rsidRDefault="00DD0A86" w:rsidP="00DD0A86">
      <w:pPr>
        <w:spacing w:line="259" w:lineRule="auto"/>
        <w:jc w:val="center"/>
        <w:rPr>
          <w:rFonts w:ascii="Arial" w:hAnsi="Arial" w:cs="Arial"/>
          <w:b/>
          <w:bCs/>
        </w:rPr>
      </w:pPr>
    </w:p>
    <w:p w14:paraId="21A0EEDC" w14:textId="77777777" w:rsidR="00BD25DB" w:rsidRPr="00324341" w:rsidRDefault="00BD25DB" w:rsidP="00F97584">
      <w:pPr>
        <w:spacing w:after="200" w:line="240" w:lineRule="auto"/>
        <w:rPr>
          <w:rFonts w:ascii="Arial" w:hAnsi="Arial" w:cs="Arial"/>
        </w:rPr>
      </w:pPr>
    </w:p>
    <w:p w14:paraId="3DEED98B" w14:textId="77777777" w:rsidR="00DD0A86" w:rsidRPr="00324341" w:rsidRDefault="00DD0A86" w:rsidP="00F97584">
      <w:pPr>
        <w:spacing w:after="200" w:line="240" w:lineRule="auto"/>
        <w:rPr>
          <w:rFonts w:ascii="Arial" w:hAnsi="Arial" w:cs="Arial"/>
        </w:rPr>
      </w:pPr>
    </w:p>
    <w:p w14:paraId="50F90DAB" w14:textId="77777777" w:rsidR="00DD0A86" w:rsidRPr="00324341" w:rsidRDefault="00DD0A86" w:rsidP="00F97584">
      <w:pPr>
        <w:spacing w:after="200" w:line="240" w:lineRule="auto"/>
        <w:rPr>
          <w:rFonts w:ascii="Arial" w:hAnsi="Arial" w:cs="Arial"/>
        </w:rPr>
      </w:pPr>
    </w:p>
    <w:p w14:paraId="536B375B" w14:textId="77777777" w:rsidR="00DD0A86" w:rsidRPr="00324341" w:rsidRDefault="00DD0A86" w:rsidP="00F97584">
      <w:pPr>
        <w:spacing w:after="200" w:line="240" w:lineRule="auto"/>
        <w:rPr>
          <w:rFonts w:ascii="Arial" w:hAnsi="Arial" w:cs="Arial"/>
        </w:rPr>
      </w:pPr>
    </w:p>
    <w:p w14:paraId="15695CEA" w14:textId="77777777" w:rsidR="00DD0A86" w:rsidRPr="00324341" w:rsidRDefault="00DD0A86" w:rsidP="00F97584">
      <w:pPr>
        <w:spacing w:after="200" w:line="240" w:lineRule="auto"/>
        <w:rPr>
          <w:rFonts w:ascii="Arial" w:hAnsi="Arial" w:cs="Arial"/>
        </w:rPr>
      </w:pPr>
    </w:p>
    <w:p w14:paraId="511F80BC" w14:textId="77777777" w:rsidR="00DD0A86" w:rsidRPr="00324341" w:rsidRDefault="00DD0A86" w:rsidP="00F97584">
      <w:pPr>
        <w:spacing w:after="200" w:line="240" w:lineRule="auto"/>
        <w:rPr>
          <w:rFonts w:ascii="Arial" w:hAnsi="Arial" w:cs="Arial"/>
        </w:rPr>
      </w:pPr>
    </w:p>
    <w:p w14:paraId="6CD9997D" w14:textId="77777777" w:rsidR="00B94846" w:rsidRPr="00324341" w:rsidRDefault="00B94846" w:rsidP="00F97584">
      <w:pPr>
        <w:spacing w:after="200" w:line="240" w:lineRule="auto"/>
        <w:rPr>
          <w:rFonts w:ascii="Arial" w:hAnsi="Arial" w:cs="Arial"/>
        </w:rPr>
      </w:pPr>
    </w:p>
    <w:p w14:paraId="5CF3B605" w14:textId="037C3BF8" w:rsidR="0075031F" w:rsidRPr="00324341" w:rsidRDefault="0075031F" w:rsidP="001E54D0">
      <w:pPr>
        <w:spacing w:line="240" w:lineRule="auto"/>
        <w:jc w:val="center"/>
        <w:rPr>
          <w:rFonts w:ascii="Arial" w:hAnsi="Arial" w:cs="Arial"/>
          <w:b/>
          <w:bCs/>
        </w:rPr>
      </w:pPr>
      <w:r w:rsidRPr="00324341">
        <w:rPr>
          <w:rFonts w:ascii="Arial" w:hAnsi="Arial" w:cs="Arial"/>
          <w:b/>
          <w:bCs/>
        </w:rPr>
        <w:lastRenderedPageBreak/>
        <w:t>CHECK LIST ENTREGA DOCUMENTACI</w:t>
      </w:r>
      <w:r w:rsidR="00DD0A86" w:rsidRPr="00324341">
        <w:rPr>
          <w:rFonts w:ascii="Arial" w:hAnsi="Arial" w:cs="Arial"/>
          <w:b/>
          <w:bCs/>
        </w:rPr>
        <w:t>Ó</w:t>
      </w:r>
      <w:r w:rsidRPr="00324341">
        <w:rPr>
          <w:rFonts w:ascii="Arial" w:hAnsi="Arial" w:cs="Arial"/>
          <w:b/>
          <w:bCs/>
        </w:rPr>
        <w:t>N</w:t>
      </w:r>
    </w:p>
    <w:p w14:paraId="0C9ACB11" w14:textId="77777777" w:rsidR="0075031F" w:rsidRPr="00324341" w:rsidRDefault="0075031F" w:rsidP="0075031F">
      <w:pPr>
        <w:spacing w:line="240" w:lineRule="auto"/>
        <w:rPr>
          <w:rFonts w:ascii="Arial" w:hAnsi="Arial" w:cs="Arial"/>
          <w:b/>
          <w:bCs/>
        </w:rPr>
      </w:pPr>
      <w:r w:rsidRPr="00324341">
        <w:rPr>
          <w:rFonts w:ascii="Arial" w:hAnsi="Arial" w:cs="Arial"/>
          <w:b/>
          <w:bCs/>
        </w:rPr>
        <w:t xml:space="preserve">Categoría: </w:t>
      </w:r>
      <w:r w:rsidRPr="00324341">
        <w:rPr>
          <w:rFonts w:ascii="Arial" w:hAnsi="Arial" w:cs="Arial"/>
          <w:b/>
          <w:bCs/>
          <w:u w:val="single"/>
        </w:rPr>
        <w:t>STANDS DE ARTESANÍA Y MANUALIDADES</w:t>
      </w:r>
    </w:p>
    <w:p w14:paraId="296CF836" w14:textId="7998EC91" w:rsidR="0075031F" w:rsidRPr="00324341" w:rsidRDefault="0075031F" w:rsidP="0075031F">
      <w:pPr>
        <w:spacing w:line="240" w:lineRule="auto"/>
        <w:rPr>
          <w:rFonts w:ascii="Arial" w:hAnsi="Arial" w:cs="Arial"/>
          <w:b/>
          <w:bCs/>
        </w:rPr>
      </w:pPr>
      <w:r w:rsidRPr="00324341">
        <w:rPr>
          <w:rFonts w:ascii="Arial" w:hAnsi="Arial" w:cs="Arial"/>
          <w:b/>
          <w:bCs/>
        </w:rPr>
        <w:t xml:space="preserve">Nombre completo del/a postulante: </w:t>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p>
    <w:p w14:paraId="547AE976" w14:textId="7AB873A7" w:rsidR="0075031F" w:rsidRPr="00324341" w:rsidRDefault="0075031F" w:rsidP="0075031F">
      <w:pPr>
        <w:spacing w:line="240" w:lineRule="auto"/>
        <w:rPr>
          <w:rFonts w:ascii="Arial" w:hAnsi="Arial" w:cs="Arial"/>
          <w:b/>
          <w:bCs/>
        </w:rPr>
      </w:pPr>
      <w:r w:rsidRPr="00324341">
        <w:rPr>
          <w:rFonts w:ascii="Arial" w:hAnsi="Arial" w:cs="Arial"/>
          <w:b/>
          <w:bCs/>
        </w:rPr>
        <w:t>Teléfono de contacto del/a postulante:</w:t>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p>
    <w:p w14:paraId="0A5B3667" w14:textId="1139CCF9" w:rsidR="0075031F" w:rsidRPr="00324341" w:rsidRDefault="0075031F" w:rsidP="0075031F">
      <w:pPr>
        <w:spacing w:line="240" w:lineRule="auto"/>
        <w:rPr>
          <w:rFonts w:ascii="Arial" w:hAnsi="Arial" w:cs="Arial"/>
          <w:b/>
          <w:bCs/>
          <w:u w:val="single"/>
        </w:rPr>
      </w:pPr>
      <w:r w:rsidRPr="00324341">
        <w:rPr>
          <w:rFonts w:ascii="Arial" w:hAnsi="Arial" w:cs="Arial"/>
          <w:b/>
          <w:bCs/>
        </w:rPr>
        <w:t>Correo electrónico del/a postulante:</w:t>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r w:rsidRPr="00324341">
        <w:rPr>
          <w:rFonts w:ascii="Arial" w:hAnsi="Arial" w:cs="Arial"/>
          <w:b/>
          <w:bCs/>
          <w:u w:val="single"/>
        </w:rPr>
        <w:tab/>
      </w:r>
    </w:p>
    <w:p w14:paraId="6842BB6C" w14:textId="77777777" w:rsidR="0075031F" w:rsidRPr="00324341" w:rsidRDefault="0075031F" w:rsidP="0075031F">
      <w:pPr>
        <w:spacing w:line="240" w:lineRule="auto"/>
        <w:rPr>
          <w:rFonts w:ascii="Arial" w:hAnsi="Arial" w:cs="Arial"/>
          <w:b/>
          <w:bCs/>
        </w:rPr>
      </w:pPr>
    </w:p>
    <w:tbl>
      <w:tblPr>
        <w:tblStyle w:val="Tablaconcuadrcula"/>
        <w:tblW w:w="0" w:type="auto"/>
        <w:tblLook w:val="04A0" w:firstRow="1" w:lastRow="0" w:firstColumn="1" w:lastColumn="0" w:noHBand="0" w:noVBand="1"/>
      </w:tblPr>
      <w:tblGrid>
        <w:gridCol w:w="6563"/>
        <w:gridCol w:w="2208"/>
      </w:tblGrid>
      <w:tr w:rsidR="00DD0A86" w:rsidRPr="00324341" w14:paraId="4F9E867B" w14:textId="77777777" w:rsidTr="001E54D0">
        <w:trPr>
          <w:trHeight w:val="485"/>
        </w:trPr>
        <w:tc>
          <w:tcPr>
            <w:tcW w:w="6608" w:type="dxa"/>
            <w:shd w:val="clear" w:color="auto" w:fill="F2F2F2" w:themeFill="background1" w:themeFillShade="F2"/>
            <w:vAlign w:val="center"/>
          </w:tcPr>
          <w:p w14:paraId="40CEC5B0" w14:textId="77777777" w:rsidR="00DD0A86" w:rsidRPr="00324341" w:rsidRDefault="00DD0A86" w:rsidP="00371D1A">
            <w:pPr>
              <w:spacing w:line="259" w:lineRule="auto"/>
              <w:jc w:val="center"/>
              <w:rPr>
                <w:rFonts w:ascii="Arial" w:hAnsi="Arial" w:cs="Arial"/>
                <w:b/>
                <w:bCs/>
              </w:rPr>
            </w:pPr>
            <w:r w:rsidRPr="00324341">
              <w:rPr>
                <w:rFonts w:ascii="Arial" w:hAnsi="Arial" w:cs="Arial"/>
                <w:b/>
                <w:bCs/>
              </w:rPr>
              <w:t>Documento</w:t>
            </w:r>
          </w:p>
        </w:tc>
        <w:tc>
          <w:tcPr>
            <w:tcW w:w="2220" w:type="dxa"/>
            <w:shd w:val="clear" w:color="auto" w:fill="F2F2F2" w:themeFill="background1" w:themeFillShade="F2"/>
            <w:vAlign w:val="center"/>
          </w:tcPr>
          <w:p w14:paraId="5782CA7A" w14:textId="77777777" w:rsidR="00DD0A86" w:rsidRPr="00324341" w:rsidRDefault="00DD0A86" w:rsidP="00371D1A">
            <w:pPr>
              <w:spacing w:line="259" w:lineRule="auto"/>
              <w:jc w:val="center"/>
              <w:rPr>
                <w:rFonts w:ascii="Arial" w:hAnsi="Arial" w:cs="Arial"/>
                <w:b/>
                <w:bCs/>
              </w:rPr>
            </w:pPr>
            <w:r w:rsidRPr="00324341">
              <w:rPr>
                <w:rFonts w:ascii="Arial" w:hAnsi="Arial" w:cs="Arial"/>
                <w:b/>
                <w:bCs/>
              </w:rPr>
              <w:t>Indicar si adjunta o no adjunta (Sí/No)</w:t>
            </w:r>
          </w:p>
        </w:tc>
      </w:tr>
      <w:tr w:rsidR="00DD0A86" w:rsidRPr="00324341" w14:paraId="7B8E8EAF" w14:textId="77777777" w:rsidTr="00371D1A">
        <w:trPr>
          <w:trHeight w:val="438"/>
        </w:trPr>
        <w:tc>
          <w:tcPr>
            <w:tcW w:w="6608" w:type="dxa"/>
            <w:vAlign w:val="center"/>
          </w:tcPr>
          <w:p w14:paraId="0F9A0690" w14:textId="77777777" w:rsidR="00DD0A86" w:rsidRPr="00324341" w:rsidRDefault="00DD0A86" w:rsidP="00371D1A">
            <w:pPr>
              <w:pStyle w:val="Listaconvietas"/>
              <w:rPr>
                <w:rFonts w:ascii="Arial" w:hAnsi="Arial" w:cs="Arial"/>
                <w:highlight w:val="yellow"/>
              </w:rPr>
            </w:pPr>
            <w:r w:rsidRPr="00324341">
              <w:rPr>
                <w:rFonts w:ascii="Arial" w:eastAsia="Times New Roman" w:hAnsi="Arial" w:cs="Arial"/>
              </w:rPr>
              <w:t>Formulario de postulación completo y firmado (Anexo N°1)</w:t>
            </w:r>
          </w:p>
        </w:tc>
        <w:tc>
          <w:tcPr>
            <w:tcW w:w="2220" w:type="dxa"/>
          </w:tcPr>
          <w:p w14:paraId="22FA68AE" w14:textId="77777777" w:rsidR="00DD0A86" w:rsidRPr="00324341" w:rsidRDefault="00DD0A86" w:rsidP="00371D1A">
            <w:pPr>
              <w:spacing w:line="259" w:lineRule="auto"/>
              <w:rPr>
                <w:rFonts w:ascii="Arial" w:hAnsi="Arial" w:cs="Arial"/>
              </w:rPr>
            </w:pPr>
          </w:p>
        </w:tc>
      </w:tr>
      <w:tr w:rsidR="00DD0A86" w:rsidRPr="00324341" w14:paraId="7A8544C7" w14:textId="77777777" w:rsidTr="00371D1A">
        <w:trPr>
          <w:trHeight w:val="417"/>
        </w:trPr>
        <w:tc>
          <w:tcPr>
            <w:tcW w:w="6608" w:type="dxa"/>
            <w:vAlign w:val="center"/>
          </w:tcPr>
          <w:p w14:paraId="2704C79C" w14:textId="77777777" w:rsidR="00DD0A86" w:rsidRPr="00324341" w:rsidRDefault="00DD0A86" w:rsidP="00371D1A">
            <w:pPr>
              <w:pStyle w:val="Listaconvietas"/>
              <w:rPr>
                <w:rFonts w:ascii="Arial" w:hAnsi="Arial" w:cs="Arial"/>
              </w:rPr>
            </w:pPr>
            <w:r w:rsidRPr="00324341">
              <w:rPr>
                <w:rFonts w:ascii="Arial" w:eastAsia="Times New Roman" w:hAnsi="Arial" w:cs="Arial"/>
              </w:rPr>
              <w:t xml:space="preserve">Fotocopia de cédula de identidad (ambos lados) </w:t>
            </w:r>
          </w:p>
        </w:tc>
        <w:tc>
          <w:tcPr>
            <w:tcW w:w="2220" w:type="dxa"/>
          </w:tcPr>
          <w:p w14:paraId="7D6A8535" w14:textId="77777777" w:rsidR="00DD0A86" w:rsidRPr="00324341" w:rsidRDefault="00DD0A86" w:rsidP="00371D1A">
            <w:pPr>
              <w:spacing w:line="259" w:lineRule="auto"/>
              <w:rPr>
                <w:rFonts w:ascii="Arial" w:hAnsi="Arial" w:cs="Arial"/>
              </w:rPr>
            </w:pPr>
          </w:p>
        </w:tc>
      </w:tr>
      <w:tr w:rsidR="00DD0A86" w:rsidRPr="00324341" w14:paraId="5BEF59D2" w14:textId="77777777" w:rsidTr="00371D1A">
        <w:trPr>
          <w:trHeight w:val="550"/>
        </w:trPr>
        <w:tc>
          <w:tcPr>
            <w:tcW w:w="6608" w:type="dxa"/>
            <w:vAlign w:val="center"/>
          </w:tcPr>
          <w:p w14:paraId="65AC7051" w14:textId="063C640A" w:rsidR="00DD0A86" w:rsidRPr="00324341" w:rsidRDefault="00DD0A86" w:rsidP="00371D1A">
            <w:pPr>
              <w:spacing w:line="259" w:lineRule="auto"/>
              <w:rPr>
                <w:rFonts w:ascii="Arial" w:hAnsi="Arial" w:cs="Arial"/>
              </w:rPr>
            </w:pPr>
            <w:r w:rsidRPr="00324341">
              <w:rPr>
                <w:rFonts w:ascii="Arial" w:eastAsia="Times New Roman" w:hAnsi="Arial" w:cs="Arial"/>
              </w:rPr>
              <w:t xml:space="preserve">Cartola Hogar (Registro Social de Hogares), certificado de residencia emitido por la JJVV de su sector, o </w:t>
            </w:r>
            <w:r w:rsidR="00494836">
              <w:rPr>
                <w:rFonts w:ascii="Arial" w:eastAsia="Times New Roman" w:hAnsi="Arial" w:cs="Arial"/>
              </w:rPr>
              <w:t>b</w:t>
            </w:r>
            <w:r w:rsidRPr="00324341">
              <w:rPr>
                <w:rFonts w:ascii="Arial" w:eastAsia="Times New Roman" w:hAnsi="Arial" w:cs="Arial"/>
              </w:rPr>
              <w:t xml:space="preserve">oleta de servicios básicos. </w:t>
            </w:r>
          </w:p>
        </w:tc>
        <w:tc>
          <w:tcPr>
            <w:tcW w:w="2220" w:type="dxa"/>
          </w:tcPr>
          <w:p w14:paraId="235DAE2B" w14:textId="77777777" w:rsidR="00DD0A86" w:rsidRPr="00324341" w:rsidRDefault="00DD0A86" w:rsidP="00371D1A">
            <w:pPr>
              <w:spacing w:line="259" w:lineRule="auto"/>
              <w:rPr>
                <w:rFonts w:ascii="Arial" w:hAnsi="Arial" w:cs="Arial"/>
              </w:rPr>
            </w:pPr>
          </w:p>
        </w:tc>
      </w:tr>
      <w:tr w:rsidR="00DD0A86" w:rsidRPr="00324341" w14:paraId="2A8F37A5" w14:textId="77777777" w:rsidTr="00371D1A">
        <w:trPr>
          <w:trHeight w:val="616"/>
        </w:trPr>
        <w:tc>
          <w:tcPr>
            <w:tcW w:w="6608" w:type="dxa"/>
            <w:vAlign w:val="center"/>
          </w:tcPr>
          <w:p w14:paraId="0855C1F5" w14:textId="77777777" w:rsidR="00DD0A86" w:rsidRPr="00324341" w:rsidRDefault="00DD0A86" w:rsidP="00371D1A">
            <w:pPr>
              <w:spacing w:line="259" w:lineRule="auto"/>
              <w:rPr>
                <w:rFonts w:ascii="Arial" w:hAnsi="Arial" w:cs="Arial"/>
              </w:rPr>
            </w:pPr>
            <w:r w:rsidRPr="00324341">
              <w:rPr>
                <w:rFonts w:ascii="Arial" w:eastAsia="Times New Roman" w:hAnsi="Arial" w:cs="Arial"/>
              </w:rPr>
              <w:t>Certificado emitido por el Departamento de Rentas y Patentes que acredite no mantener deudas morosas con la Municipalidad.</w:t>
            </w:r>
          </w:p>
        </w:tc>
        <w:tc>
          <w:tcPr>
            <w:tcW w:w="2220" w:type="dxa"/>
          </w:tcPr>
          <w:p w14:paraId="5CFE805C" w14:textId="77777777" w:rsidR="00DD0A86" w:rsidRPr="00324341" w:rsidRDefault="00DD0A86" w:rsidP="00371D1A">
            <w:pPr>
              <w:spacing w:line="259" w:lineRule="auto"/>
              <w:rPr>
                <w:rFonts w:ascii="Arial" w:hAnsi="Arial" w:cs="Arial"/>
              </w:rPr>
            </w:pPr>
          </w:p>
        </w:tc>
      </w:tr>
      <w:tr w:rsidR="00DD0A86" w:rsidRPr="00324341" w14:paraId="33D37B10" w14:textId="77777777" w:rsidTr="00371D1A">
        <w:tc>
          <w:tcPr>
            <w:tcW w:w="6608" w:type="dxa"/>
            <w:vAlign w:val="center"/>
          </w:tcPr>
          <w:p w14:paraId="53566FD6" w14:textId="37524CDC" w:rsidR="00DD0A86" w:rsidRPr="00324341" w:rsidRDefault="00DD0A86" w:rsidP="00371D1A">
            <w:pPr>
              <w:spacing w:line="259" w:lineRule="auto"/>
              <w:rPr>
                <w:rFonts w:ascii="Arial" w:hAnsi="Arial" w:cs="Arial"/>
              </w:rPr>
            </w:pPr>
            <w:r w:rsidRPr="00324341">
              <w:rPr>
                <w:rFonts w:ascii="Arial" w:eastAsia="Times New Roman" w:hAnsi="Arial" w:cs="Arial"/>
              </w:rPr>
              <w:t xml:space="preserve">Compromiso de no utilización de plásticos de un solo uso, conforme a la Ley </w:t>
            </w:r>
            <w:proofErr w:type="spellStart"/>
            <w:r w:rsidRPr="00324341">
              <w:rPr>
                <w:rFonts w:ascii="Arial" w:eastAsia="Times New Roman" w:hAnsi="Arial" w:cs="Arial"/>
              </w:rPr>
              <w:t>N°</w:t>
            </w:r>
            <w:proofErr w:type="spellEnd"/>
            <w:r w:rsidRPr="00324341">
              <w:rPr>
                <w:rFonts w:ascii="Arial" w:eastAsia="Times New Roman" w:hAnsi="Arial" w:cs="Arial"/>
              </w:rPr>
              <w:t xml:space="preserve"> 21.368 (Anexo N°2)</w:t>
            </w:r>
            <w:r w:rsidR="007A189C">
              <w:rPr>
                <w:rFonts w:ascii="Arial" w:eastAsia="Times New Roman" w:hAnsi="Arial" w:cs="Arial"/>
              </w:rPr>
              <w:t>.</w:t>
            </w:r>
          </w:p>
        </w:tc>
        <w:tc>
          <w:tcPr>
            <w:tcW w:w="2220" w:type="dxa"/>
          </w:tcPr>
          <w:p w14:paraId="360D35BE" w14:textId="77777777" w:rsidR="00DD0A86" w:rsidRPr="00324341" w:rsidRDefault="00DD0A86" w:rsidP="00371D1A">
            <w:pPr>
              <w:spacing w:line="259" w:lineRule="auto"/>
              <w:rPr>
                <w:rFonts w:ascii="Arial" w:hAnsi="Arial" w:cs="Arial"/>
              </w:rPr>
            </w:pPr>
          </w:p>
        </w:tc>
      </w:tr>
      <w:tr w:rsidR="00DD0A86" w:rsidRPr="00324341" w14:paraId="1C4F13CE" w14:textId="77777777" w:rsidTr="00371D1A">
        <w:trPr>
          <w:trHeight w:val="632"/>
        </w:trPr>
        <w:tc>
          <w:tcPr>
            <w:tcW w:w="6608" w:type="dxa"/>
            <w:vAlign w:val="center"/>
          </w:tcPr>
          <w:p w14:paraId="5324E1C3" w14:textId="26E4EC84" w:rsidR="00DD0A86" w:rsidRPr="00324341" w:rsidRDefault="00DD0A86" w:rsidP="00371D1A">
            <w:pPr>
              <w:pStyle w:val="Listaconvietas"/>
              <w:ind w:left="22"/>
              <w:rPr>
                <w:rFonts w:ascii="Arial" w:eastAsia="Times New Roman" w:hAnsi="Arial" w:cs="Arial"/>
              </w:rPr>
            </w:pPr>
            <w:r w:rsidRPr="00324341">
              <w:rPr>
                <w:rFonts w:ascii="Arial" w:eastAsia="Times New Roman" w:hAnsi="Arial" w:cs="Arial"/>
              </w:rPr>
              <w:t>Declaración jurada simple de responsabilidad por cualquier inconveniente o accidente que ocurra durante el evento (Anexo N°3)</w:t>
            </w:r>
            <w:r w:rsidR="007A189C">
              <w:rPr>
                <w:rFonts w:ascii="Arial" w:eastAsia="Times New Roman" w:hAnsi="Arial" w:cs="Arial"/>
              </w:rPr>
              <w:t>.</w:t>
            </w:r>
          </w:p>
        </w:tc>
        <w:tc>
          <w:tcPr>
            <w:tcW w:w="2220" w:type="dxa"/>
          </w:tcPr>
          <w:p w14:paraId="48F5E495" w14:textId="77777777" w:rsidR="00DD0A86" w:rsidRPr="00324341" w:rsidRDefault="00DD0A86" w:rsidP="00371D1A">
            <w:pPr>
              <w:spacing w:line="259" w:lineRule="auto"/>
              <w:rPr>
                <w:rFonts w:ascii="Arial" w:hAnsi="Arial" w:cs="Arial"/>
              </w:rPr>
            </w:pPr>
          </w:p>
        </w:tc>
      </w:tr>
      <w:tr w:rsidR="00DD0A86" w:rsidRPr="00324341" w14:paraId="6D9C95B3" w14:textId="77777777" w:rsidTr="00371D1A">
        <w:trPr>
          <w:trHeight w:val="642"/>
        </w:trPr>
        <w:tc>
          <w:tcPr>
            <w:tcW w:w="6608" w:type="dxa"/>
            <w:vAlign w:val="center"/>
          </w:tcPr>
          <w:p w14:paraId="20B779FD" w14:textId="2368BF11" w:rsidR="00DD0A86" w:rsidRPr="00324341" w:rsidRDefault="00DD0A86" w:rsidP="00371D1A">
            <w:pPr>
              <w:pStyle w:val="Listaconvietas"/>
              <w:ind w:left="22"/>
              <w:rPr>
                <w:rFonts w:ascii="Arial" w:hAnsi="Arial" w:cs="Arial"/>
              </w:rPr>
            </w:pPr>
            <w:r w:rsidRPr="00324341">
              <w:rPr>
                <w:rFonts w:ascii="Arial" w:eastAsia="Times New Roman" w:hAnsi="Arial" w:cs="Arial"/>
              </w:rPr>
              <w:t>Certificado emitido por Oficina PMJH, SSYO, Oficina de la Mujer o Credencial de Discapacidad (sólo si corresponde</w:t>
            </w:r>
            <w:r w:rsidR="00494836" w:rsidRPr="00324341">
              <w:rPr>
                <w:rFonts w:ascii="Arial" w:eastAsia="Times New Roman" w:hAnsi="Arial" w:cs="Arial"/>
              </w:rPr>
              <w:t>).</w:t>
            </w:r>
          </w:p>
        </w:tc>
        <w:tc>
          <w:tcPr>
            <w:tcW w:w="2220" w:type="dxa"/>
          </w:tcPr>
          <w:p w14:paraId="39CFA292" w14:textId="77777777" w:rsidR="00DD0A86" w:rsidRPr="00324341" w:rsidRDefault="00DD0A86" w:rsidP="00371D1A">
            <w:pPr>
              <w:spacing w:line="259" w:lineRule="auto"/>
              <w:rPr>
                <w:rFonts w:ascii="Arial" w:hAnsi="Arial" w:cs="Arial"/>
              </w:rPr>
            </w:pPr>
          </w:p>
        </w:tc>
      </w:tr>
      <w:tr w:rsidR="00DD0A86" w:rsidRPr="00324341" w14:paraId="34493E19" w14:textId="77777777" w:rsidTr="00371D1A">
        <w:trPr>
          <w:trHeight w:val="642"/>
        </w:trPr>
        <w:tc>
          <w:tcPr>
            <w:tcW w:w="6608" w:type="dxa"/>
            <w:vAlign w:val="center"/>
          </w:tcPr>
          <w:p w14:paraId="2B27EBFD" w14:textId="77777777" w:rsidR="00DD0A86" w:rsidRPr="00324341" w:rsidRDefault="00DD0A86" w:rsidP="00371D1A">
            <w:pPr>
              <w:pStyle w:val="Listaconvietas"/>
              <w:ind w:left="22"/>
              <w:rPr>
                <w:rFonts w:ascii="Arial" w:eastAsia="Times New Roman" w:hAnsi="Arial" w:cs="Arial"/>
              </w:rPr>
            </w:pPr>
            <w:r w:rsidRPr="00324341">
              <w:rPr>
                <w:rFonts w:ascii="Arial" w:eastAsia="Times New Roman" w:hAnsi="Arial" w:cs="Arial"/>
              </w:rPr>
              <w:t>Certificado de Iniciación de Actividades en 1° Categoría. Si corresponde.</w:t>
            </w:r>
          </w:p>
        </w:tc>
        <w:tc>
          <w:tcPr>
            <w:tcW w:w="2220" w:type="dxa"/>
          </w:tcPr>
          <w:p w14:paraId="35951B68" w14:textId="77777777" w:rsidR="00DD0A86" w:rsidRPr="00324341" w:rsidRDefault="00DD0A86" w:rsidP="00371D1A">
            <w:pPr>
              <w:spacing w:line="259" w:lineRule="auto"/>
              <w:rPr>
                <w:rFonts w:ascii="Arial" w:hAnsi="Arial" w:cs="Arial"/>
              </w:rPr>
            </w:pPr>
          </w:p>
        </w:tc>
      </w:tr>
      <w:tr w:rsidR="00DD0A86" w:rsidRPr="00324341" w14:paraId="0E7E7B70" w14:textId="77777777" w:rsidTr="00371D1A">
        <w:trPr>
          <w:trHeight w:val="642"/>
        </w:trPr>
        <w:tc>
          <w:tcPr>
            <w:tcW w:w="6608" w:type="dxa"/>
            <w:vAlign w:val="center"/>
          </w:tcPr>
          <w:p w14:paraId="78E00C56" w14:textId="78848CFA" w:rsidR="00DD0A86" w:rsidRPr="00324341" w:rsidRDefault="00DD0A86" w:rsidP="00371D1A">
            <w:pPr>
              <w:pStyle w:val="Listaconvietas"/>
              <w:ind w:left="22"/>
              <w:rPr>
                <w:rFonts w:ascii="Arial" w:eastAsia="Times New Roman" w:hAnsi="Arial" w:cs="Arial"/>
              </w:rPr>
            </w:pPr>
            <w:r w:rsidRPr="00324341">
              <w:rPr>
                <w:rFonts w:ascii="Arial" w:eastAsia="Times New Roman" w:hAnsi="Arial" w:cs="Arial"/>
              </w:rPr>
              <w:t>Certificado de Actividad de Subsistencia</w:t>
            </w:r>
            <w:r w:rsidR="00494836">
              <w:rPr>
                <w:rFonts w:ascii="Arial" w:eastAsia="Times New Roman" w:hAnsi="Arial" w:cs="Arial"/>
              </w:rPr>
              <w:t>.</w:t>
            </w:r>
            <w:r w:rsidRPr="00324341">
              <w:rPr>
                <w:rFonts w:ascii="Arial" w:eastAsia="Times New Roman" w:hAnsi="Arial" w:cs="Arial"/>
              </w:rPr>
              <w:t xml:space="preserve"> </w:t>
            </w:r>
            <w:r w:rsidR="00494836">
              <w:rPr>
                <w:rFonts w:ascii="Arial" w:eastAsia="Times New Roman" w:hAnsi="Arial" w:cs="Arial"/>
              </w:rPr>
              <w:t>S</w:t>
            </w:r>
            <w:r w:rsidRPr="00324341">
              <w:rPr>
                <w:rFonts w:ascii="Arial" w:eastAsia="Times New Roman" w:hAnsi="Arial" w:cs="Arial"/>
              </w:rPr>
              <w:t>i corresponde.</w:t>
            </w:r>
          </w:p>
        </w:tc>
        <w:tc>
          <w:tcPr>
            <w:tcW w:w="2220" w:type="dxa"/>
          </w:tcPr>
          <w:p w14:paraId="4646357B" w14:textId="77777777" w:rsidR="00DD0A86" w:rsidRPr="00324341" w:rsidRDefault="00DD0A86" w:rsidP="00371D1A">
            <w:pPr>
              <w:spacing w:line="259" w:lineRule="auto"/>
              <w:rPr>
                <w:rFonts w:ascii="Arial" w:hAnsi="Arial" w:cs="Arial"/>
              </w:rPr>
            </w:pPr>
          </w:p>
        </w:tc>
      </w:tr>
      <w:tr w:rsidR="00DD0A86" w:rsidRPr="00324341" w14:paraId="2F7DB519" w14:textId="77777777" w:rsidTr="00371D1A">
        <w:trPr>
          <w:trHeight w:val="642"/>
        </w:trPr>
        <w:tc>
          <w:tcPr>
            <w:tcW w:w="6608" w:type="dxa"/>
            <w:vAlign w:val="center"/>
          </w:tcPr>
          <w:p w14:paraId="255243AB" w14:textId="67B34F52" w:rsidR="00DD0A86" w:rsidRPr="00324341" w:rsidRDefault="00DD0A86" w:rsidP="00371D1A">
            <w:pPr>
              <w:pStyle w:val="Listaconvietas"/>
              <w:ind w:left="22"/>
              <w:rPr>
                <w:rFonts w:ascii="Arial" w:eastAsia="Times New Roman" w:hAnsi="Arial" w:cs="Arial"/>
              </w:rPr>
            </w:pPr>
            <w:r w:rsidRPr="00324341">
              <w:rPr>
                <w:rFonts w:ascii="Arial" w:eastAsia="Times New Roman" w:hAnsi="Arial" w:cs="Arial"/>
              </w:rPr>
              <w:t xml:space="preserve">Anexo N°4 Declaración Jurada Simple de </w:t>
            </w:r>
            <w:r w:rsidR="00494836">
              <w:rPr>
                <w:rFonts w:ascii="Arial" w:eastAsia="Times New Roman" w:hAnsi="Arial" w:cs="Arial"/>
              </w:rPr>
              <w:t>a</w:t>
            </w:r>
            <w:r w:rsidRPr="00324341">
              <w:rPr>
                <w:rFonts w:ascii="Arial" w:eastAsia="Times New Roman" w:hAnsi="Arial" w:cs="Arial"/>
              </w:rPr>
              <w:t xml:space="preserve">ctividad </w:t>
            </w:r>
            <w:r w:rsidR="00494836">
              <w:rPr>
                <w:rFonts w:ascii="Arial" w:eastAsia="Times New Roman" w:hAnsi="Arial" w:cs="Arial"/>
              </w:rPr>
              <w:t>e</w:t>
            </w:r>
            <w:r w:rsidRPr="00324341">
              <w:rPr>
                <w:rFonts w:ascii="Arial" w:eastAsia="Times New Roman" w:hAnsi="Arial" w:cs="Arial"/>
              </w:rPr>
              <w:t>sporádica. Si corresponde.</w:t>
            </w:r>
          </w:p>
        </w:tc>
        <w:tc>
          <w:tcPr>
            <w:tcW w:w="2220" w:type="dxa"/>
          </w:tcPr>
          <w:p w14:paraId="5FFAB1A3" w14:textId="77777777" w:rsidR="00DD0A86" w:rsidRPr="00324341" w:rsidRDefault="00DD0A86" w:rsidP="00371D1A">
            <w:pPr>
              <w:spacing w:line="259" w:lineRule="auto"/>
              <w:rPr>
                <w:rFonts w:ascii="Arial" w:hAnsi="Arial" w:cs="Arial"/>
              </w:rPr>
            </w:pPr>
          </w:p>
        </w:tc>
      </w:tr>
      <w:tr w:rsidR="00DD0A86" w:rsidRPr="00324341" w14:paraId="3D4C394B" w14:textId="77777777" w:rsidTr="00371D1A">
        <w:trPr>
          <w:trHeight w:val="552"/>
        </w:trPr>
        <w:tc>
          <w:tcPr>
            <w:tcW w:w="6608" w:type="dxa"/>
            <w:vAlign w:val="center"/>
          </w:tcPr>
          <w:p w14:paraId="049955BB" w14:textId="67CBB253" w:rsidR="00DD0A86" w:rsidRPr="00324341" w:rsidRDefault="00DD0A86" w:rsidP="00371D1A">
            <w:pPr>
              <w:pStyle w:val="Listaconvietas"/>
              <w:ind w:left="22"/>
              <w:rPr>
                <w:rFonts w:ascii="Arial" w:eastAsia="Times New Roman" w:hAnsi="Arial" w:cs="Arial"/>
              </w:rPr>
            </w:pPr>
            <w:r w:rsidRPr="00324341">
              <w:rPr>
                <w:rFonts w:ascii="Arial" w:eastAsia="Times New Roman" w:hAnsi="Arial" w:cs="Arial"/>
              </w:rPr>
              <w:t xml:space="preserve">Fotografías o </w:t>
            </w:r>
            <w:r w:rsidR="00494836">
              <w:rPr>
                <w:rFonts w:ascii="Arial" w:eastAsia="Times New Roman" w:hAnsi="Arial" w:cs="Arial"/>
              </w:rPr>
              <w:t>p</w:t>
            </w:r>
            <w:r w:rsidRPr="00324341">
              <w:rPr>
                <w:rFonts w:ascii="Arial" w:eastAsia="Times New Roman" w:hAnsi="Arial" w:cs="Arial"/>
              </w:rPr>
              <w:t>ago Permisos Municipales de eventos similares</w:t>
            </w:r>
            <w:r w:rsidR="007A189C">
              <w:rPr>
                <w:rFonts w:ascii="Arial" w:eastAsia="Times New Roman" w:hAnsi="Arial" w:cs="Arial"/>
              </w:rPr>
              <w:t>.</w:t>
            </w:r>
            <w:r w:rsidRPr="00324341">
              <w:rPr>
                <w:rFonts w:ascii="Arial" w:eastAsia="Times New Roman" w:hAnsi="Arial" w:cs="Arial"/>
              </w:rPr>
              <w:t xml:space="preserve"> </w:t>
            </w:r>
          </w:p>
        </w:tc>
        <w:tc>
          <w:tcPr>
            <w:tcW w:w="2220" w:type="dxa"/>
          </w:tcPr>
          <w:p w14:paraId="097A8BA7" w14:textId="77777777" w:rsidR="00DD0A86" w:rsidRPr="00324341" w:rsidRDefault="00DD0A86" w:rsidP="00371D1A">
            <w:pPr>
              <w:spacing w:line="259" w:lineRule="auto"/>
              <w:rPr>
                <w:rFonts w:ascii="Arial" w:hAnsi="Arial" w:cs="Arial"/>
              </w:rPr>
            </w:pPr>
          </w:p>
        </w:tc>
      </w:tr>
    </w:tbl>
    <w:p w14:paraId="7F89093A" w14:textId="77777777" w:rsidR="0075031F" w:rsidRPr="00324341" w:rsidRDefault="0075031F" w:rsidP="0075031F">
      <w:pPr>
        <w:spacing w:line="240" w:lineRule="auto"/>
        <w:rPr>
          <w:rFonts w:ascii="Arial" w:hAnsi="Arial" w:cs="Arial"/>
        </w:rPr>
      </w:pPr>
    </w:p>
    <w:p w14:paraId="4733E317" w14:textId="77777777" w:rsidR="0075031F" w:rsidRPr="00324341" w:rsidRDefault="0075031F" w:rsidP="0075031F">
      <w:pPr>
        <w:spacing w:line="240" w:lineRule="auto"/>
        <w:rPr>
          <w:rFonts w:ascii="Arial" w:hAnsi="Arial" w:cs="Arial"/>
          <w:b/>
          <w:bCs/>
        </w:rPr>
      </w:pPr>
    </w:p>
    <w:p w14:paraId="080B79AA" w14:textId="77777777" w:rsidR="0075031F" w:rsidRPr="00324341" w:rsidRDefault="0075031F" w:rsidP="0075031F">
      <w:pPr>
        <w:spacing w:line="240" w:lineRule="auto"/>
        <w:rPr>
          <w:rFonts w:ascii="Arial" w:hAnsi="Arial" w:cs="Arial"/>
        </w:rPr>
      </w:pPr>
    </w:p>
    <w:p w14:paraId="3B472B00" w14:textId="77777777" w:rsidR="0075031F" w:rsidRPr="00324341" w:rsidRDefault="0075031F" w:rsidP="0075031F">
      <w:pPr>
        <w:spacing w:line="240" w:lineRule="auto"/>
        <w:rPr>
          <w:rFonts w:ascii="Arial" w:hAnsi="Arial" w:cs="Arial"/>
        </w:rPr>
      </w:pPr>
    </w:p>
    <w:p w14:paraId="34497A57" w14:textId="77777777" w:rsidR="0075031F" w:rsidRPr="00324341" w:rsidRDefault="0075031F" w:rsidP="0075031F">
      <w:pPr>
        <w:spacing w:after="200" w:line="240" w:lineRule="auto"/>
        <w:rPr>
          <w:rFonts w:ascii="Arial" w:hAnsi="Arial" w:cs="Arial"/>
        </w:rPr>
      </w:pPr>
    </w:p>
    <w:p w14:paraId="01E71F32" w14:textId="77777777" w:rsidR="0075031F" w:rsidRPr="00324341" w:rsidRDefault="0075031F" w:rsidP="0075031F">
      <w:pPr>
        <w:spacing w:after="200" w:line="240" w:lineRule="auto"/>
        <w:rPr>
          <w:rFonts w:ascii="Arial" w:hAnsi="Arial" w:cs="Arial"/>
        </w:rPr>
      </w:pPr>
    </w:p>
    <w:p w14:paraId="32748643" w14:textId="77777777" w:rsidR="00BD25DB" w:rsidRPr="00324341" w:rsidRDefault="00BD25DB" w:rsidP="00F97584">
      <w:pPr>
        <w:spacing w:after="200" w:line="240" w:lineRule="auto"/>
        <w:rPr>
          <w:rFonts w:ascii="Arial" w:hAnsi="Arial" w:cs="Arial"/>
        </w:rPr>
      </w:pPr>
    </w:p>
    <w:p w14:paraId="740CDE62" w14:textId="77777777" w:rsidR="00BD25DB" w:rsidRPr="00324341" w:rsidRDefault="00BD25DB" w:rsidP="00F97584">
      <w:pPr>
        <w:spacing w:after="200" w:line="240" w:lineRule="auto"/>
        <w:rPr>
          <w:rFonts w:ascii="Arial" w:hAnsi="Arial" w:cs="Arial"/>
        </w:rPr>
      </w:pPr>
    </w:p>
    <w:p w14:paraId="4FB05788" w14:textId="77777777" w:rsidR="00BD25DB" w:rsidRPr="00324341" w:rsidRDefault="00BD25DB" w:rsidP="00F97584">
      <w:pPr>
        <w:spacing w:after="200" w:line="240" w:lineRule="auto"/>
        <w:rPr>
          <w:rFonts w:ascii="Arial" w:hAnsi="Arial" w:cs="Arial"/>
        </w:rPr>
      </w:pPr>
    </w:p>
    <w:sectPr w:rsidR="00BD25DB" w:rsidRPr="00324341" w:rsidSect="00361F79">
      <w:headerReference w:type="default" r:id="rId8"/>
      <w:footerReference w:type="default" r:id="rId9"/>
      <w:pgSz w:w="12183" w:h="17858" w:code="345"/>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D009B" w14:textId="77777777" w:rsidR="00F12F85" w:rsidRDefault="00F12F85" w:rsidP="004B1F60">
      <w:pPr>
        <w:spacing w:after="0" w:line="240" w:lineRule="auto"/>
      </w:pPr>
      <w:r>
        <w:separator/>
      </w:r>
    </w:p>
  </w:endnote>
  <w:endnote w:type="continuationSeparator" w:id="0">
    <w:p w14:paraId="7D72B08B" w14:textId="77777777" w:rsidR="00F12F85" w:rsidRDefault="00F12F85" w:rsidP="004B1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142539"/>
      <w:docPartObj>
        <w:docPartGallery w:val="Page Numbers (Bottom of Page)"/>
        <w:docPartUnique/>
      </w:docPartObj>
    </w:sdtPr>
    <w:sdtContent>
      <w:p w14:paraId="1C721F08" w14:textId="5721D6DB" w:rsidR="00324341" w:rsidRDefault="00324341">
        <w:pPr>
          <w:pStyle w:val="Piedepgina"/>
          <w:jc w:val="center"/>
        </w:pPr>
        <w:r>
          <w:fldChar w:fldCharType="begin"/>
        </w:r>
        <w:r>
          <w:instrText>PAGE   \* MERGEFORMAT</w:instrText>
        </w:r>
        <w:r>
          <w:fldChar w:fldCharType="separate"/>
        </w:r>
        <w:r>
          <w:rPr>
            <w:lang w:val="es-ES"/>
          </w:rPr>
          <w:t>2</w:t>
        </w:r>
        <w:r>
          <w:fldChar w:fldCharType="end"/>
        </w:r>
      </w:p>
    </w:sdtContent>
  </w:sdt>
  <w:p w14:paraId="339060C5" w14:textId="77777777" w:rsidR="00324341" w:rsidRDefault="003243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FF25" w14:textId="77777777" w:rsidR="00F12F85" w:rsidRDefault="00F12F85" w:rsidP="004B1F60">
      <w:pPr>
        <w:spacing w:after="0" w:line="240" w:lineRule="auto"/>
      </w:pPr>
      <w:r>
        <w:separator/>
      </w:r>
    </w:p>
  </w:footnote>
  <w:footnote w:type="continuationSeparator" w:id="0">
    <w:p w14:paraId="415C8806" w14:textId="77777777" w:rsidR="00F12F85" w:rsidRDefault="00F12F85" w:rsidP="004B1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FFCE" w14:textId="3E9F2CEA" w:rsidR="004B1F60" w:rsidRDefault="00D51066">
    <w:pPr>
      <w:pStyle w:val="Encabezado"/>
    </w:pPr>
    <w:r>
      <w:rPr>
        <w:noProof/>
      </w:rPr>
      <w:drawing>
        <wp:anchor distT="0" distB="0" distL="114300" distR="114300" simplePos="0" relativeHeight="251660288" behindDoc="1" locked="0" layoutInCell="1" allowOverlap="1" wp14:anchorId="7813BC30" wp14:editId="4CC1DD62">
          <wp:simplePos x="0" y="0"/>
          <wp:positionH relativeFrom="margin">
            <wp:posOffset>5213350</wp:posOffset>
          </wp:positionH>
          <wp:positionV relativeFrom="paragraph">
            <wp:posOffset>-174682</wp:posOffset>
          </wp:positionV>
          <wp:extent cx="495300" cy="495300"/>
          <wp:effectExtent l="0" t="0" r="0" b="0"/>
          <wp:wrapTight wrapText="bothSides">
            <wp:wrapPolygon edited="0">
              <wp:start x="4985" y="0"/>
              <wp:lineTo x="0" y="3323"/>
              <wp:lineTo x="0" y="16615"/>
              <wp:lineTo x="4154" y="20769"/>
              <wp:lineTo x="15785" y="20769"/>
              <wp:lineTo x="20769" y="19108"/>
              <wp:lineTo x="20769" y="4154"/>
              <wp:lineTo x="16615" y="0"/>
              <wp:lineTo x="4985" y="0"/>
            </wp:wrapPolygon>
          </wp:wrapTight>
          <wp:docPr id="16138441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z w:val="20"/>
        <w:lang w:val="es-ES_tradnl"/>
      </w:rPr>
      <w:drawing>
        <wp:anchor distT="0" distB="0" distL="114300" distR="114300" simplePos="0" relativeHeight="251662336" behindDoc="1" locked="0" layoutInCell="1" allowOverlap="1" wp14:anchorId="5787F51F" wp14:editId="24BE3840">
          <wp:simplePos x="0" y="0"/>
          <wp:positionH relativeFrom="margin">
            <wp:posOffset>2315210</wp:posOffset>
          </wp:positionH>
          <wp:positionV relativeFrom="paragraph">
            <wp:posOffset>-129540</wp:posOffset>
          </wp:positionV>
          <wp:extent cx="1019810" cy="444500"/>
          <wp:effectExtent l="0" t="0" r="8890" b="0"/>
          <wp:wrapTight wrapText="bothSides">
            <wp:wrapPolygon edited="0">
              <wp:start x="403" y="0"/>
              <wp:lineTo x="0" y="15737"/>
              <wp:lineTo x="403" y="17589"/>
              <wp:lineTo x="10894" y="20366"/>
              <wp:lineTo x="16543" y="20366"/>
              <wp:lineTo x="20174" y="18514"/>
              <wp:lineTo x="21385" y="17589"/>
              <wp:lineTo x="21385" y="8331"/>
              <wp:lineTo x="19771" y="6480"/>
              <wp:lineTo x="10087" y="0"/>
              <wp:lineTo x="403" y="0"/>
            </wp:wrapPolygon>
          </wp:wrapTight>
          <wp:docPr id="16641759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75946" name="Imagen 1664175946"/>
                  <pic:cNvPicPr/>
                </pic:nvPicPr>
                <pic:blipFill>
                  <a:blip r:embed="rId2">
                    <a:extLst>
                      <a:ext uri="{28A0092B-C50C-407E-A947-70E740481C1C}">
                        <a14:useLocalDpi xmlns:a14="http://schemas.microsoft.com/office/drawing/2010/main" val="0"/>
                      </a:ext>
                    </a:extLst>
                  </a:blip>
                  <a:stretch>
                    <a:fillRect/>
                  </a:stretch>
                </pic:blipFill>
                <pic:spPr>
                  <a:xfrm>
                    <a:off x="0" y="0"/>
                    <a:ext cx="1019810" cy="444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9264" behindDoc="1" locked="0" layoutInCell="1" allowOverlap="1" wp14:anchorId="47608F74" wp14:editId="36174011">
          <wp:simplePos x="0" y="0"/>
          <wp:positionH relativeFrom="page">
            <wp:posOffset>509847</wp:posOffset>
          </wp:positionH>
          <wp:positionV relativeFrom="topMargin">
            <wp:posOffset>282633</wp:posOffset>
          </wp:positionV>
          <wp:extent cx="1457881" cy="465512"/>
          <wp:effectExtent l="0" t="0" r="9525" b="0"/>
          <wp:wrapTight wrapText="bothSides">
            <wp:wrapPolygon edited="0">
              <wp:start x="565" y="0"/>
              <wp:lineTo x="0" y="1768"/>
              <wp:lineTo x="0" y="20333"/>
              <wp:lineTo x="20329" y="20333"/>
              <wp:lineTo x="21459" y="13261"/>
              <wp:lineTo x="21459" y="2652"/>
              <wp:lineTo x="20612" y="0"/>
              <wp:lineTo x="565" y="0"/>
            </wp:wrapPolygon>
          </wp:wrapTight>
          <wp:docPr id="92176938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58437" cy="465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116111" w14:textId="77777777" w:rsidR="004B1F60" w:rsidRDefault="004B1F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89F03864"/>
    <w:lvl w:ilvl="0">
      <w:start w:val="1"/>
      <w:numFmt w:val="bullet"/>
      <w:lvlText w:val=""/>
      <w:lvlJc w:val="left"/>
      <w:pPr>
        <w:ind w:left="720" w:hanging="360"/>
      </w:pPr>
      <w:rPr>
        <w:rFonts w:ascii="Symbol" w:hAnsi="Symbol" w:hint="default"/>
      </w:rPr>
    </w:lvl>
  </w:abstractNum>
  <w:abstractNum w:abstractNumId="9" w15:restartNumberingAfterBreak="0">
    <w:nsid w:val="00C24E1F"/>
    <w:multiLevelType w:val="hybridMultilevel"/>
    <w:tmpl w:val="9C16A6B0"/>
    <w:lvl w:ilvl="0" w:tplc="3FA64CE6">
      <w:start w:val="1"/>
      <w:numFmt w:val="bullet"/>
      <w:lvlText w:val=""/>
      <w:lvlJc w:val="left"/>
      <w:pPr>
        <w:ind w:left="1353" w:hanging="360"/>
      </w:pPr>
      <w:rPr>
        <w:rFonts w:ascii="Wingdings" w:hAnsi="Wingdings" w:hint="default"/>
        <w:b/>
        <w:bCs w:val="0"/>
      </w:rPr>
    </w:lvl>
    <w:lvl w:ilvl="1" w:tplc="080A0003" w:tentative="1">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10" w15:restartNumberingAfterBreak="0">
    <w:nsid w:val="025A578E"/>
    <w:multiLevelType w:val="hybridMultilevel"/>
    <w:tmpl w:val="B6C8CDB6"/>
    <w:lvl w:ilvl="0" w:tplc="080A0001">
      <w:start w:val="1"/>
      <w:numFmt w:val="bullet"/>
      <w:lvlText w:val=""/>
      <w:lvlJc w:val="left"/>
      <w:pPr>
        <w:ind w:left="1275" w:hanging="360"/>
      </w:pPr>
      <w:rPr>
        <w:rFonts w:ascii="Symbol" w:hAnsi="Symbol" w:hint="default"/>
      </w:rPr>
    </w:lvl>
    <w:lvl w:ilvl="1" w:tplc="080A0003" w:tentative="1">
      <w:start w:val="1"/>
      <w:numFmt w:val="bullet"/>
      <w:lvlText w:val="o"/>
      <w:lvlJc w:val="left"/>
      <w:pPr>
        <w:ind w:left="1995" w:hanging="360"/>
      </w:pPr>
      <w:rPr>
        <w:rFonts w:ascii="Courier New" w:hAnsi="Courier New" w:cs="Courier New" w:hint="default"/>
      </w:rPr>
    </w:lvl>
    <w:lvl w:ilvl="2" w:tplc="080A0005" w:tentative="1">
      <w:start w:val="1"/>
      <w:numFmt w:val="bullet"/>
      <w:lvlText w:val=""/>
      <w:lvlJc w:val="left"/>
      <w:pPr>
        <w:ind w:left="2715" w:hanging="360"/>
      </w:pPr>
      <w:rPr>
        <w:rFonts w:ascii="Wingdings" w:hAnsi="Wingdings" w:hint="default"/>
      </w:rPr>
    </w:lvl>
    <w:lvl w:ilvl="3" w:tplc="080A0001" w:tentative="1">
      <w:start w:val="1"/>
      <w:numFmt w:val="bullet"/>
      <w:lvlText w:val=""/>
      <w:lvlJc w:val="left"/>
      <w:pPr>
        <w:ind w:left="3435" w:hanging="360"/>
      </w:pPr>
      <w:rPr>
        <w:rFonts w:ascii="Symbol" w:hAnsi="Symbol" w:hint="default"/>
      </w:rPr>
    </w:lvl>
    <w:lvl w:ilvl="4" w:tplc="080A0003" w:tentative="1">
      <w:start w:val="1"/>
      <w:numFmt w:val="bullet"/>
      <w:lvlText w:val="o"/>
      <w:lvlJc w:val="left"/>
      <w:pPr>
        <w:ind w:left="4155" w:hanging="360"/>
      </w:pPr>
      <w:rPr>
        <w:rFonts w:ascii="Courier New" w:hAnsi="Courier New" w:cs="Courier New" w:hint="default"/>
      </w:rPr>
    </w:lvl>
    <w:lvl w:ilvl="5" w:tplc="080A0005" w:tentative="1">
      <w:start w:val="1"/>
      <w:numFmt w:val="bullet"/>
      <w:lvlText w:val=""/>
      <w:lvlJc w:val="left"/>
      <w:pPr>
        <w:ind w:left="4875" w:hanging="360"/>
      </w:pPr>
      <w:rPr>
        <w:rFonts w:ascii="Wingdings" w:hAnsi="Wingdings" w:hint="default"/>
      </w:rPr>
    </w:lvl>
    <w:lvl w:ilvl="6" w:tplc="080A0001" w:tentative="1">
      <w:start w:val="1"/>
      <w:numFmt w:val="bullet"/>
      <w:lvlText w:val=""/>
      <w:lvlJc w:val="left"/>
      <w:pPr>
        <w:ind w:left="5595" w:hanging="360"/>
      </w:pPr>
      <w:rPr>
        <w:rFonts w:ascii="Symbol" w:hAnsi="Symbol" w:hint="default"/>
      </w:rPr>
    </w:lvl>
    <w:lvl w:ilvl="7" w:tplc="080A0003" w:tentative="1">
      <w:start w:val="1"/>
      <w:numFmt w:val="bullet"/>
      <w:lvlText w:val="o"/>
      <w:lvlJc w:val="left"/>
      <w:pPr>
        <w:ind w:left="6315" w:hanging="360"/>
      </w:pPr>
      <w:rPr>
        <w:rFonts w:ascii="Courier New" w:hAnsi="Courier New" w:cs="Courier New" w:hint="default"/>
      </w:rPr>
    </w:lvl>
    <w:lvl w:ilvl="8" w:tplc="080A0005" w:tentative="1">
      <w:start w:val="1"/>
      <w:numFmt w:val="bullet"/>
      <w:lvlText w:val=""/>
      <w:lvlJc w:val="left"/>
      <w:pPr>
        <w:ind w:left="7035" w:hanging="360"/>
      </w:pPr>
      <w:rPr>
        <w:rFonts w:ascii="Wingdings" w:hAnsi="Wingdings" w:hint="default"/>
      </w:rPr>
    </w:lvl>
  </w:abstractNum>
  <w:abstractNum w:abstractNumId="11" w15:restartNumberingAfterBreak="0">
    <w:nsid w:val="0285506B"/>
    <w:multiLevelType w:val="hybridMultilevel"/>
    <w:tmpl w:val="DC22BC98"/>
    <w:lvl w:ilvl="0" w:tplc="080A0001">
      <w:start w:val="1"/>
      <w:numFmt w:val="bullet"/>
      <w:lvlText w:val=""/>
      <w:lvlJc w:val="left"/>
      <w:pPr>
        <w:ind w:left="1155" w:hanging="360"/>
      </w:pPr>
      <w:rPr>
        <w:rFonts w:ascii="Symbol" w:hAnsi="Symbol" w:hint="default"/>
      </w:rPr>
    </w:lvl>
    <w:lvl w:ilvl="1" w:tplc="080A0003" w:tentative="1">
      <w:start w:val="1"/>
      <w:numFmt w:val="bullet"/>
      <w:lvlText w:val="o"/>
      <w:lvlJc w:val="left"/>
      <w:pPr>
        <w:ind w:left="1875" w:hanging="360"/>
      </w:pPr>
      <w:rPr>
        <w:rFonts w:ascii="Courier New" w:hAnsi="Courier New" w:cs="Courier New" w:hint="default"/>
      </w:rPr>
    </w:lvl>
    <w:lvl w:ilvl="2" w:tplc="080A0005" w:tentative="1">
      <w:start w:val="1"/>
      <w:numFmt w:val="bullet"/>
      <w:lvlText w:val=""/>
      <w:lvlJc w:val="left"/>
      <w:pPr>
        <w:ind w:left="2595" w:hanging="360"/>
      </w:pPr>
      <w:rPr>
        <w:rFonts w:ascii="Wingdings" w:hAnsi="Wingdings" w:hint="default"/>
      </w:rPr>
    </w:lvl>
    <w:lvl w:ilvl="3" w:tplc="080A0001" w:tentative="1">
      <w:start w:val="1"/>
      <w:numFmt w:val="bullet"/>
      <w:lvlText w:val=""/>
      <w:lvlJc w:val="left"/>
      <w:pPr>
        <w:ind w:left="3315" w:hanging="360"/>
      </w:pPr>
      <w:rPr>
        <w:rFonts w:ascii="Symbol" w:hAnsi="Symbol" w:hint="default"/>
      </w:rPr>
    </w:lvl>
    <w:lvl w:ilvl="4" w:tplc="080A0003" w:tentative="1">
      <w:start w:val="1"/>
      <w:numFmt w:val="bullet"/>
      <w:lvlText w:val="o"/>
      <w:lvlJc w:val="left"/>
      <w:pPr>
        <w:ind w:left="4035" w:hanging="360"/>
      </w:pPr>
      <w:rPr>
        <w:rFonts w:ascii="Courier New" w:hAnsi="Courier New" w:cs="Courier New" w:hint="default"/>
      </w:rPr>
    </w:lvl>
    <w:lvl w:ilvl="5" w:tplc="080A0005" w:tentative="1">
      <w:start w:val="1"/>
      <w:numFmt w:val="bullet"/>
      <w:lvlText w:val=""/>
      <w:lvlJc w:val="left"/>
      <w:pPr>
        <w:ind w:left="4755" w:hanging="360"/>
      </w:pPr>
      <w:rPr>
        <w:rFonts w:ascii="Wingdings" w:hAnsi="Wingdings" w:hint="default"/>
      </w:rPr>
    </w:lvl>
    <w:lvl w:ilvl="6" w:tplc="080A0001" w:tentative="1">
      <w:start w:val="1"/>
      <w:numFmt w:val="bullet"/>
      <w:lvlText w:val=""/>
      <w:lvlJc w:val="left"/>
      <w:pPr>
        <w:ind w:left="5475" w:hanging="360"/>
      </w:pPr>
      <w:rPr>
        <w:rFonts w:ascii="Symbol" w:hAnsi="Symbol" w:hint="default"/>
      </w:rPr>
    </w:lvl>
    <w:lvl w:ilvl="7" w:tplc="080A0003" w:tentative="1">
      <w:start w:val="1"/>
      <w:numFmt w:val="bullet"/>
      <w:lvlText w:val="o"/>
      <w:lvlJc w:val="left"/>
      <w:pPr>
        <w:ind w:left="6195" w:hanging="360"/>
      </w:pPr>
      <w:rPr>
        <w:rFonts w:ascii="Courier New" w:hAnsi="Courier New" w:cs="Courier New" w:hint="default"/>
      </w:rPr>
    </w:lvl>
    <w:lvl w:ilvl="8" w:tplc="080A0005" w:tentative="1">
      <w:start w:val="1"/>
      <w:numFmt w:val="bullet"/>
      <w:lvlText w:val=""/>
      <w:lvlJc w:val="left"/>
      <w:pPr>
        <w:ind w:left="6915" w:hanging="360"/>
      </w:pPr>
      <w:rPr>
        <w:rFonts w:ascii="Wingdings" w:hAnsi="Wingdings" w:hint="default"/>
      </w:rPr>
    </w:lvl>
  </w:abstractNum>
  <w:abstractNum w:abstractNumId="12" w15:restartNumberingAfterBreak="0">
    <w:nsid w:val="033D6377"/>
    <w:multiLevelType w:val="hybridMultilevel"/>
    <w:tmpl w:val="1362FA16"/>
    <w:lvl w:ilvl="0" w:tplc="340A0015">
      <w:start w:val="1"/>
      <w:numFmt w:val="upp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05234463"/>
    <w:multiLevelType w:val="hybridMultilevel"/>
    <w:tmpl w:val="5BB46B20"/>
    <w:lvl w:ilvl="0" w:tplc="BA8AD0A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07E50E0C"/>
    <w:multiLevelType w:val="hybridMultilevel"/>
    <w:tmpl w:val="4E5A3898"/>
    <w:lvl w:ilvl="0" w:tplc="080A000D">
      <w:start w:val="1"/>
      <w:numFmt w:val="bullet"/>
      <w:lvlText w:val=""/>
      <w:lvlJc w:val="left"/>
      <w:pPr>
        <w:ind w:left="1620" w:hanging="360"/>
      </w:pPr>
      <w:rPr>
        <w:rFonts w:ascii="Wingdings" w:hAnsi="Wingdings"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5" w15:restartNumberingAfterBreak="0">
    <w:nsid w:val="0A771E0E"/>
    <w:multiLevelType w:val="hybridMultilevel"/>
    <w:tmpl w:val="75F82E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0C705216"/>
    <w:multiLevelType w:val="hybridMultilevel"/>
    <w:tmpl w:val="24F8B622"/>
    <w:lvl w:ilvl="0" w:tplc="340A0005">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10634A09"/>
    <w:multiLevelType w:val="hybridMultilevel"/>
    <w:tmpl w:val="FBEAF5E8"/>
    <w:lvl w:ilvl="0" w:tplc="636CB742">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13F71D07"/>
    <w:multiLevelType w:val="hybridMultilevel"/>
    <w:tmpl w:val="75DC18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5A6423E"/>
    <w:multiLevelType w:val="hybridMultilevel"/>
    <w:tmpl w:val="13D40124"/>
    <w:lvl w:ilvl="0" w:tplc="080A0001">
      <w:start w:val="1"/>
      <w:numFmt w:val="bullet"/>
      <w:lvlText w:val=""/>
      <w:lvlJc w:val="left"/>
      <w:pPr>
        <w:ind w:left="1020" w:hanging="360"/>
      </w:pPr>
      <w:rPr>
        <w:rFonts w:ascii="Symbol" w:hAnsi="Symbol" w:hint="default"/>
      </w:rPr>
    </w:lvl>
    <w:lvl w:ilvl="1" w:tplc="080A0003" w:tentative="1">
      <w:start w:val="1"/>
      <w:numFmt w:val="bullet"/>
      <w:lvlText w:val="o"/>
      <w:lvlJc w:val="left"/>
      <w:pPr>
        <w:ind w:left="1740" w:hanging="360"/>
      </w:pPr>
      <w:rPr>
        <w:rFonts w:ascii="Courier New" w:hAnsi="Courier New" w:cs="Courier New" w:hint="default"/>
      </w:rPr>
    </w:lvl>
    <w:lvl w:ilvl="2" w:tplc="080A0005" w:tentative="1">
      <w:start w:val="1"/>
      <w:numFmt w:val="bullet"/>
      <w:lvlText w:val=""/>
      <w:lvlJc w:val="left"/>
      <w:pPr>
        <w:ind w:left="2460" w:hanging="360"/>
      </w:pPr>
      <w:rPr>
        <w:rFonts w:ascii="Wingdings" w:hAnsi="Wingdings" w:hint="default"/>
      </w:rPr>
    </w:lvl>
    <w:lvl w:ilvl="3" w:tplc="080A0001" w:tentative="1">
      <w:start w:val="1"/>
      <w:numFmt w:val="bullet"/>
      <w:lvlText w:val=""/>
      <w:lvlJc w:val="left"/>
      <w:pPr>
        <w:ind w:left="3180" w:hanging="360"/>
      </w:pPr>
      <w:rPr>
        <w:rFonts w:ascii="Symbol" w:hAnsi="Symbol" w:hint="default"/>
      </w:rPr>
    </w:lvl>
    <w:lvl w:ilvl="4" w:tplc="080A0003" w:tentative="1">
      <w:start w:val="1"/>
      <w:numFmt w:val="bullet"/>
      <w:lvlText w:val="o"/>
      <w:lvlJc w:val="left"/>
      <w:pPr>
        <w:ind w:left="3900" w:hanging="360"/>
      </w:pPr>
      <w:rPr>
        <w:rFonts w:ascii="Courier New" w:hAnsi="Courier New" w:cs="Courier New" w:hint="default"/>
      </w:rPr>
    </w:lvl>
    <w:lvl w:ilvl="5" w:tplc="080A0005" w:tentative="1">
      <w:start w:val="1"/>
      <w:numFmt w:val="bullet"/>
      <w:lvlText w:val=""/>
      <w:lvlJc w:val="left"/>
      <w:pPr>
        <w:ind w:left="4620" w:hanging="360"/>
      </w:pPr>
      <w:rPr>
        <w:rFonts w:ascii="Wingdings" w:hAnsi="Wingdings" w:hint="default"/>
      </w:rPr>
    </w:lvl>
    <w:lvl w:ilvl="6" w:tplc="080A0001" w:tentative="1">
      <w:start w:val="1"/>
      <w:numFmt w:val="bullet"/>
      <w:lvlText w:val=""/>
      <w:lvlJc w:val="left"/>
      <w:pPr>
        <w:ind w:left="5340" w:hanging="360"/>
      </w:pPr>
      <w:rPr>
        <w:rFonts w:ascii="Symbol" w:hAnsi="Symbol" w:hint="default"/>
      </w:rPr>
    </w:lvl>
    <w:lvl w:ilvl="7" w:tplc="080A0003" w:tentative="1">
      <w:start w:val="1"/>
      <w:numFmt w:val="bullet"/>
      <w:lvlText w:val="o"/>
      <w:lvlJc w:val="left"/>
      <w:pPr>
        <w:ind w:left="6060" w:hanging="360"/>
      </w:pPr>
      <w:rPr>
        <w:rFonts w:ascii="Courier New" w:hAnsi="Courier New" w:cs="Courier New" w:hint="default"/>
      </w:rPr>
    </w:lvl>
    <w:lvl w:ilvl="8" w:tplc="080A0005" w:tentative="1">
      <w:start w:val="1"/>
      <w:numFmt w:val="bullet"/>
      <w:lvlText w:val=""/>
      <w:lvlJc w:val="left"/>
      <w:pPr>
        <w:ind w:left="6780" w:hanging="360"/>
      </w:pPr>
      <w:rPr>
        <w:rFonts w:ascii="Wingdings" w:hAnsi="Wingdings" w:hint="default"/>
      </w:rPr>
    </w:lvl>
  </w:abstractNum>
  <w:abstractNum w:abstractNumId="20" w15:restartNumberingAfterBreak="0">
    <w:nsid w:val="174E2F37"/>
    <w:multiLevelType w:val="hybridMultilevel"/>
    <w:tmpl w:val="1F7ADE06"/>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9871184"/>
    <w:multiLevelType w:val="hybridMultilevel"/>
    <w:tmpl w:val="48E4A9C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2" w15:restartNumberingAfterBreak="0">
    <w:nsid w:val="1A6D7E6B"/>
    <w:multiLevelType w:val="hybridMultilevel"/>
    <w:tmpl w:val="00A05EC2"/>
    <w:lvl w:ilvl="0" w:tplc="EE6C3404">
      <w:start w:val="2"/>
      <w:numFmt w:val="decimal"/>
      <w:lvlText w:val="%1"/>
      <w:lvlJc w:val="left"/>
      <w:pPr>
        <w:ind w:left="480" w:hanging="360"/>
      </w:pPr>
      <w:rPr>
        <w:rFonts w:hint="default"/>
      </w:rPr>
    </w:lvl>
    <w:lvl w:ilvl="1" w:tplc="340A0019" w:tentative="1">
      <w:start w:val="1"/>
      <w:numFmt w:val="lowerLetter"/>
      <w:lvlText w:val="%2."/>
      <w:lvlJc w:val="left"/>
      <w:pPr>
        <w:ind w:left="1200" w:hanging="360"/>
      </w:pPr>
    </w:lvl>
    <w:lvl w:ilvl="2" w:tplc="340A001B" w:tentative="1">
      <w:start w:val="1"/>
      <w:numFmt w:val="lowerRoman"/>
      <w:lvlText w:val="%3."/>
      <w:lvlJc w:val="right"/>
      <w:pPr>
        <w:ind w:left="1920" w:hanging="180"/>
      </w:pPr>
    </w:lvl>
    <w:lvl w:ilvl="3" w:tplc="340A000F" w:tentative="1">
      <w:start w:val="1"/>
      <w:numFmt w:val="decimal"/>
      <w:lvlText w:val="%4."/>
      <w:lvlJc w:val="left"/>
      <w:pPr>
        <w:ind w:left="2640" w:hanging="360"/>
      </w:pPr>
    </w:lvl>
    <w:lvl w:ilvl="4" w:tplc="340A0019" w:tentative="1">
      <w:start w:val="1"/>
      <w:numFmt w:val="lowerLetter"/>
      <w:lvlText w:val="%5."/>
      <w:lvlJc w:val="left"/>
      <w:pPr>
        <w:ind w:left="3360" w:hanging="360"/>
      </w:pPr>
    </w:lvl>
    <w:lvl w:ilvl="5" w:tplc="340A001B" w:tentative="1">
      <w:start w:val="1"/>
      <w:numFmt w:val="lowerRoman"/>
      <w:lvlText w:val="%6."/>
      <w:lvlJc w:val="right"/>
      <w:pPr>
        <w:ind w:left="4080" w:hanging="180"/>
      </w:pPr>
    </w:lvl>
    <w:lvl w:ilvl="6" w:tplc="340A000F" w:tentative="1">
      <w:start w:val="1"/>
      <w:numFmt w:val="decimal"/>
      <w:lvlText w:val="%7."/>
      <w:lvlJc w:val="left"/>
      <w:pPr>
        <w:ind w:left="4800" w:hanging="360"/>
      </w:pPr>
    </w:lvl>
    <w:lvl w:ilvl="7" w:tplc="340A0019" w:tentative="1">
      <w:start w:val="1"/>
      <w:numFmt w:val="lowerLetter"/>
      <w:lvlText w:val="%8."/>
      <w:lvlJc w:val="left"/>
      <w:pPr>
        <w:ind w:left="5520" w:hanging="360"/>
      </w:pPr>
    </w:lvl>
    <w:lvl w:ilvl="8" w:tplc="340A001B" w:tentative="1">
      <w:start w:val="1"/>
      <w:numFmt w:val="lowerRoman"/>
      <w:lvlText w:val="%9."/>
      <w:lvlJc w:val="right"/>
      <w:pPr>
        <w:ind w:left="6240" w:hanging="180"/>
      </w:pPr>
    </w:lvl>
  </w:abstractNum>
  <w:abstractNum w:abstractNumId="23" w15:restartNumberingAfterBreak="0">
    <w:nsid w:val="1BFC39E2"/>
    <w:multiLevelType w:val="hybridMultilevel"/>
    <w:tmpl w:val="8EA85718"/>
    <w:lvl w:ilvl="0" w:tplc="080A0001">
      <w:start w:val="1"/>
      <w:numFmt w:val="bullet"/>
      <w:lvlText w:val=""/>
      <w:lvlJc w:val="left"/>
      <w:pPr>
        <w:ind w:left="1275" w:hanging="360"/>
      </w:pPr>
      <w:rPr>
        <w:rFonts w:ascii="Symbol" w:hAnsi="Symbol" w:hint="default"/>
      </w:rPr>
    </w:lvl>
    <w:lvl w:ilvl="1" w:tplc="080A0003" w:tentative="1">
      <w:start w:val="1"/>
      <w:numFmt w:val="bullet"/>
      <w:lvlText w:val="o"/>
      <w:lvlJc w:val="left"/>
      <w:pPr>
        <w:ind w:left="1995" w:hanging="360"/>
      </w:pPr>
      <w:rPr>
        <w:rFonts w:ascii="Courier New" w:hAnsi="Courier New" w:cs="Courier New" w:hint="default"/>
      </w:rPr>
    </w:lvl>
    <w:lvl w:ilvl="2" w:tplc="080A0005" w:tentative="1">
      <w:start w:val="1"/>
      <w:numFmt w:val="bullet"/>
      <w:lvlText w:val=""/>
      <w:lvlJc w:val="left"/>
      <w:pPr>
        <w:ind w:left="2715" w:hanging="360"/>
      </w:pPr>
      <w:rPr>
        <w:rFonts w:ascii="Wingdings" w:hAnsi="Wingdings" w:hint="default"/>
      </w:rPr>
    </w:lvl>
    <w:lvl w:ilvl="3" w:tplc="080A0001" w:tentative="1">
      <w:start w:val="1"/>
      <w:numFmt w:val="bullet"/>
      <w:lvlText w:val=""/>
      <w:lvlJc w:val="left"/>
      <w:pPr>
        <w:ind w:left="3435" w:hanging="360"/>
      </w:pPr>
      <w:rPr>
        <w:rFonts w:ascii="Symbol" w:hAnsi="Symbol" w:hint="default"/>
      </w:rPr>
    </w:lvl>
    <w:lvl w:ilvl="4" w:tplc="080A0003" w:tentative="1">
      <w:start w:val="1"/>
      <w:numFmt w:val="bullet"/>
      <w:lvlText w:val="o"/>
      <w:lvlJc w:val="left"/>
      <w:pPr>
        <w:ind w:left="4155" w:hanging="360"/>
      </w:pPr>
      <w:rPr>
        <w:rFonts w:ascii="Courier New" w:hAnsi="Courier New" w:cs="Courier New" w:hint="default"/>
      </w:rPr>
    </w:lvl>
    <w:lvl w:ilvl="5" w:tplc="080A0005" w:tentative="1">
      <w:start w:val="1"/>
      <w:numFmt w:val="bullet"/>
      <w:lvlText w:val=""/>
      <w:lvlJc w:val="left"/>
      <w:pPr>
        <w:ind w:left="4875" w:hanging="360"/>
      </w:pPr>
      <w:rPr>
        <w:rFonts w:ascii="Wingdings" w:hAnsi="Wingdings" w:hint="default"/>
      </w:rPr>
    </w:lvl>
    <w:lvl w:ilvl="6" w:tplc="080A0001" w:tentative="1">
      <w:start w:val="1"/>
      <w:numFmt w:val="bullet"/>
      <w:lvlText w:val=""/>
      <w:lvlJc w:val="left"/>
      <w:pPr>
        <w:ind w:left="5595" w:hanging="360"/>
      </w:pPr>
      <w:rPr>
        <w:rFonts w:ascii="Symbol" w:hAnsi="Symbol" w:hint="default"/>
      </w:rPr>
    </w:lvl>
    <w:lvl w:ilvl="7" w:tplc="080A0003" w:tentative="1">
      <w:start w:val="1"/>
      <w:numFmt w:val="bullet"/>
      <w:lvlText w:val="o"/>
      <w:lvlJc w:val="left"/>
      <w:pPr>
        <w:ind w:left="6315" w:hanging="360"/>
      </w:pPr>
      <w:rPr>
        <w:rFonts w:ascii="Courier New" w:hAnsi="Courier New" w:cs="Courier New" w:hint="default"/>
      </w:rPr>
    </w:lvl>
    <w:lvl w:ilvl="8" w:tplc="080A0005" w:tentative="1">
      <w:start w:val="1"/>
      <w:numFmt w:val="bullet"/>
      <w:lvlText w:val=""/>
      <w:lvlJc w:val="left"/>
      <w:pPr>
        <w:ind w:left="7035" w:hanging="360"/>
      </w:pPr>
      <w:rPr>
        <w:rFonts w:ascii="Wingdings" w:hAnsi="Wingdings" w:hint="default"/>
      </w:rPr>
    </w:lvl>
  </w:abstractNum>
  <w:abstractNum w:abstractNumId="24" w15:restartNumberingAfterBreak="0">
    <w:nsid w:val="24615E80"/>
    <w:multiLevelType w:val="multilevel"/>
    <w:tmpl w:val="5A2E2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D343C5"/>
    <w:multiLevelType w:val="hybridMultilevel"/>
    <w:tmpl w:val="2F762E22"/>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26" w15:restartNumberingAfterBreak="0">
    <w:nsid w:val="285C13C5"/>
    <w:multiLevelType w:val="hybridMultilevel"/>
    <w:tmpl w:val="CE22A722"/>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298A596E"/>
    <w:multiLevelType w:val="hybridMultilevel"/>
    <w:tmpl w:val="58AE65A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491F2A"/>
    <w:multiLevelType w:val="hybridMultilevel"/>
    <w:tmpl w:val="6EBA54D2"/>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345310BF"/>
    <w:multiLevelType w:val="hybridMultilevel"/>
    <w:tmpl w:val="4C98E514"/>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4DF7B07"/>
    <w:multiLevelType w:val="hybridMultilevel"/>
    <w:tmpl w:val="3B18849E"/>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36260C38"/>
    <w:multiLevelType w:val="hybridMultilevel"/>
    <w:tmpl w:val="EE84FAEE"/>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3BB95D67"/>
    <w:multiLevelType w:val="multilevel"/>
    <w:tmpl w:val="E8AC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611433"/>
    <w:multiLevelType w:val="hybridMultilevel"/>
    <w:tmpl w:val="20C817EE"/>
    <w:lvl w:ilvl="0" w:tplc="080A0001">
      <w:start w:val="1"/>
      <w:numFmt w:val="bullet"/>
      <w:lvlText w:val=""/>
      <w:lvlJc w:val="left"/>
      <w:pPr>
        <w:ind w:left="1395" w:hanging="360"/>
      </w:pPr>
      <w:rPr>
        <w:rFonts w:ascii="Symbol" w:hAnsi="Symbol" w:hint="default"/>
      </w:rPr>
    </w:lvl>
    <w:lvl w:ilvl="1" w:tplc="080A0003" w:tentative="1">
      <w:start w:val="1"/>
      <w:numFmt w:val="bullet"/>
      <w:lvlText w:val="o"/>
      <w:lvlJc w:val="left"/>
      <w:pPr>
        <w:ind w:left="2115" w:hanging="360"/>
      </w:pPr>
      <w:rPr>
        <w:rFonts w:ascii="Courier New" w:hAnsi="Courier New" w:cs="Courier New" w:hint="default"/>
      </w:rPr>
    </w:lvl>
    <w:lvl w:ilvl="2" w:tplc="080A0005" w:tentative="1">
      <w:start w:val="1"/>
      <w:numFmt w:val="bullet"/>
      <w:lvlText w:val=""/>
      <w:lvlJc w:val="left"/>
      <w:pPr>
        <w:ind w:left="2835" w:hanging="360"/>
      </w:pPr>
      <w:rPr>
        <w:rFonts w:ascii="Wingdings" w:hAnsi="Wingdings" w:hint="default"/>
      </w:rPr>
    </w:lvl>
    <w:lvl w:ilvl="3" w:tplc="080A0001" w:tentative="1">
      <w:start w:val="1"/>
      <w:numFmt w:val="bullet"/>
      <w:lvlText w:val=""/>
      <w:lvlJc w:val="left"/>
      <w:pPr>
        <w:ind w:left="3555" w:hanging="360"/>
      </w:pPr>
      <w:rPr>
        <w:rFonts w:ascii="Symbol" w:hAnsi="Symbol" w:hint="default"/>
      </w:rPr>
    </w:lvl>
    <w:lvl w:ilvl="4" w:tplc="080A0003" w:tentative="1">
      <w:start w:val="1"/>
      <w:numFmt w:val="bullet"/>
      <w:lvlText w:val="o"/>
      <w:lvlJc w:val="left"/>
      <w:pPr>
        <w:ind w:left="4275" w:hanging="360"/>
      </w:pPr>
      <w:rPr>
        <w:rFonts w:ascii="Courier New" w:hAnsi="Courier New" w:cs="Courier New" w:hint="default"/>
      </w:rPr>
    </w:lvl>
    <w:lvl w:ilvl="5" w:tplc="080A0005" w:tentative="1">
      <w:start w:val="1"/>
      <w:numFmt w:val="bullet"/>
      <w:lvlText w:val=""/>
      <w:lvlJc w:val="left"/>
      <w:pPr>
        <w:ind w:left="4995" w:hanging="360"/>
      </w:pPr>
      <w:rPr>
        <w:rFonts w:ascii="Wingdings" w:hAnsi="Wingdings" w:hint="default"/>
      </w:rPr>
    </w:lvl>
    <w:lvl w:ilvl="6" w:tplc="080A0001" w:tentative="1">
      <w:start w:val="1"/>
      <w:numFmt w:val="bullet"/>
      <w:lvlText w:val=""/>
      <w:lvlJc w:val="left"/>
      <w:pPr>
        <w:ind w:left="5715" w:hanging="360"/>
      </w:pPr>
      <w:rPr>
        <w:rFonts w:ascii="Symbol" w:hAnsi="Symbol" w:hint="default"/>
      </w:rPr>
    </w:lvl>
    <w:lvl w:ilvl="7" w:tplc="080A0003" w:tentative="1">
      <w:start w:val="1"/>
      <w:numFmt w:val="bullet"/>
      <w:lvlText w:val="o"/>
      <w:lvlJc w:val="left"/>
      <w:pPr>
        <w:ind w:left="6435" w:hanging="360"/>
      </w:pPr>
      <w:rPr>
        <w:rFonts w:ascii="Courier New" w:hAnsi="Courier New" w:cs="Courier New" w:hint="default"/>
      </w:rPr>
    </w:lvl>
    <w:lvl w:ilvl="8" w:tplc="080A0005" w:tentative="1">
      <w:start w:val="1"/>
      <w:numFmt w:val="bullet"/>
      <w:lvlText w:val=""/>
      <w:lvlJc w:val="left"/>
      <w:pPr>
        <w:ind w:left="7155" w:hanging="360"/>
      </w:pPr>
      <w:rPr>
        <w:rFonts w:ascii="Wingdings" w:hAnsi="Wingdings" w:hint="default"/>
      </w:rPr>
    </w:lvl>
  </w:abstractNum>
  <w:abstractNum w:abstractNumId="34" w15:restartNumberingAfterBreak="0">
    <w:nsid w:val="431716C7"/>
    <w:multiLevelType w:val="multilevel"/>
    <w:tmpl w:val="EAAA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F2E63"/>
    <w:multiLevelType w:val="multilevel"/>
    <w:tmpl w:val="D5628B6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73030F4"/>
    <w:multiLevelType w:val="multilevel"/>
    <w:tmpl w:val="8A8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4A080C"/>
    <w:multiLevelType w:val="hybridMultilevel"/>
    <w:tmpl w:val="E276556C"/>
    <w:lvl w:ilvl="0" w:tplc="080A0001">
      <w:start w:val="1"/>
      <w:numFmt w:val="bullet"/>
      <w:lvlText w:val=""/>
      <w:lvlJc w:val="left"/>
      <w:pPr>
        <w:ind w:left="1215" w:hanging="360"/>
      </w:pPr>
      <w:rPr>
        <w:rFonts w:ascii="Symbol" w:hAnsi="Symbol" w:hint="default"/>
      </w:rPr>
    </w:lvl>
    <w:lvl w:ilvl="1" w:tplc="080A0003" w:tentative="1">
      <w:start w:val="1"/>
      <w:numFmt w:val="bullet"/>
      <w:lvlText w:val="o"/>
      <w:lvlJc w:val="left"/>
      <w:pPr>
        <w:ind w:left="1935" w:hanging="360"/>
      </w:pPr>
      <w:rPr>
        <w:rFonts w:ascii="Courier New" w:hAnsi="Courier New" w:cs="Courier New" w:hint="default"/>
      </w:rPr>
    </w:lvl>
    <w:lvl w:ilvl="2" w:tplc="080A0005" w:tentative="1">
      <w:start w:val="1"/>
      <w:numFmt w:val="bullet"/>
      <w:lvlText w:val=""/>
      <w:lvlJc w:val="left"/>
      <w:pPr>
        <w:ind w:left="2655" w:hanging="360"/>
      </w:pPr>
      <w:rPr>
        <w:rFonts w:ascii="Wingdings" w:hAnsi="Wingdings" w:hint="default"/>
      </w:rPr>
    </w:lvl>
    <w:lvl w:ilvl="3" w:tplc="080A0001" w:tentative="1">
      <w:start w:val="1"/>
      <w:numFmt w:val="bullet"/>
      <w:lvlText w:val=""/>
      <w:lvlJc w:val="left"/>
      <w:pPr>
        <w:ind w:left="3375" w:hanging="360"/>
      </w:pPr>
      <w:rPr>
        <w:rFonts w:ascii="Symbol" w:hAnsi="Symbol" w:hint="default"/>
      </w:rPr>
    </w:lvl>
    <w:lvl w:ilvl="4" w:tplc="080A0003" w:tentative="1">
      <w:start w:val="1"/>
      <w:numFmt w:val="bullet"/>
      <w:lvlText w:val="o"/>
      <w:lvlJc w:val="left"/>
      <w:pPr>
        <w:ind w:left="4095" w:hanging="360"/>
      </w:pPr>
      <w:rPr>
        <w:rFonts w:ascii="Courier New" w:hAnsi="Courier New" w:cs="Courier New" w:hint="default"/>
      </w:rPr>
    </w:lvl>
    <w:lvl w:ilvl="5" w:tplc="080A0005" w:tentative="1">
      <w:start w:val="1"/>
      <w:numFmt w:val="bullet"/>
      <w:lvlText w:val=""/>
      <w:lvlJc w:val="left"/>
      <w:pPr>
        <w:ind w:left="4815" w:hanging="360"/>
      </w:pPr>
      <w:rPr>
        <w:rFonts w:ascii="Wingdings" w:hAnsi="Wingdings" w:hint="default"/>
      </w:rPr>
    </w:lvl>
    <w:lvl w:ilvl="6" w:tplc="080A0001" w:tentative="1">
      <w:start w:val="1"/>
      <w:numFmt w:val="bullet"/>
      <w:lvlText w:val=""/>
      <w:lvlJc w:val="left"/>
      <w:pPr>
        <w:ind w:left="5535" w:hanging="360"/>
      </w:pPr>
      <w:rPr>
        <w:rFonts w:ascii="Symbol" w:hAnsi="Symbol" w:hint="default"/>
      </w:rPr>
    </w:lvl>
    <w:lvl w:ilvl="7" w:tplc="080A0003" w:tentative="1">
      <w:start w:val="1"/>
      <w:numFmt w:val="bullet"/>
      <w:lvlText w:val="o"/>
      <w:lvlJc w:val="left"/>
      <w:pPr>
        <w:ind w:left="6255" w:hanging="360"/>
      </w:pPr>
      <w:rPr>
        <w:rFonts w:ascii="Courier New" w:hAnsi="Courier New" w:cs="Courier New" w:hint="default"/>
      </w:rPr>
    </w:lvl>
    <w:lvl w:ilvl="8" w:tplc="080A0005" w:tentative="1">
      <w:start w:val="1"/>
      <w:numFmt w:val="bullet"/>
      <w:lvlText w:val=""/>
      <w:lvlJc w:val="left"/>
      <w:pPr>
        <w:ind w:left="6975" w:hanging="360"/>
      </w:pPr>
      <w:rPr>
        <w:rFonts w:ascii="Wingdings" w:hAnsi="Wingdings" w:hint="default"/>
      </w:rPr>
    </w:lvl>
  </w:abstractNum>
  <w:abstractNum w:abstractNumId="38" w15:restartNumberingAfterBreak="0">
    <w:nsid w:val="4BF77B0B"/>
    <w:multiLevelType w:val="hybridMultilevel"/>
    <w:tmpl w:val="5148A79C"/>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4E2B7EE9"/>
    <w:multiLevelType w:val="hybridMultilevel"/>
    <w:tmpl w:val="6518AE3C"/>
    <w:lvl w:ilvl="0" w:tplc="080A000D">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40" w15:restartNumberingAfterBreak="0">
    <w:nsid w:val="50C13C5B"/>
    <w:multiLevelType w:val="hybridMultilevel"/>
    <w:tmpl w:val="ECA2A2D6"/>
    <w:lvl w:ilvl="0" w:tplc="9CE8DA90">
      <w:start w:val="1"/>
      <w:numFmt w:val="upperLetter"/>
      <w:lvlText w:val="%1."/>
      <w:lvlJc w:val="left"/>
      <w:pPr>
        <w:ind w:left="9149" w:hanging="360"/>
      </w:pPr>
      <w:rPr>
        <w:b/>
        <w:bCs/>
      </w:rPr>
    </w:lvl>
    <w:lvl w:ilvl="1" w:tplc="340A0019" w:tentative="1">
      <w:start w:val="1"/>
      <w:numFmt w:val="lowerLetter"/>
      <w:lvlText w:val="%2."/>
      <w:lvlJc w:val="left"/>
      <w:pPr>
        <w:ind w:left="9869" w:hanging="360"/>
      </w:pPr>
    </w:lvl>
    <w:lvl w:ilvl="2" w:tplc="340A001B" w:tentative="1">
      <w:start w:val="1"/>
      <w:numFmt w:val="lowerRoman"/>
      <w:lvlText w:val="%3."/>
      <w:lvlJc w:val="right"/>
      <w:pPr>
        <w:ind w:left="10589" w:hanging="180"/>
      </w:pPr>
    </w:lvl>
    <w:lvl w:ilvl="3" w:tplc="340A000F" w:tentative="1">
      <w:start w:val="1"/>
      <w:numFmt w:val="decimal"/>
      <w:lvlText w:val="%4."/>
      <w:lvlJc w:val="left"/>
      <w:pPr>
        <w:ind w:left="11309" w:hanging="360"/>
      </w:pPr>
    </w:lvl>
    <w:lvl w:ilvl="4" w:tplc="340A0019" w:tentative="1">
      <w:start w:val="1"/>
      <w:numFmt w:val="lowerLetter"/>
      <w:lvlText w:val="%5."/>
      <w:lvlJc w:val="left"/>
      <w:pPr>
        <w:ind w:left="12029" w:hanging="360"/>
      </w:pPr>
    </w:lvl>
    <w:lvl w:ilvl="5" w:tplc="340A001B" w:tentative="1">
      <w:start w:val="1"/>
      <w:numFmt w:val="lowerRoman"/>
      <w:lvlText w:val="%6."/>
      <w:lvlJc w:val="right"/>
      <w:pPr>
        <w:ind w:left="12749" w:hanging="180"/>
      </w:pPr>
    </w:lvl>
    <w:lvl w:ilvl="6" w:tplc="340A000F" w:tentative="1">
      <w:start w:val="1"/>
      <w:numFmt w:val="decimal"/>
      <w:lvlText w:val="%7."/>
      <w:lvlJc w:val="left"/>
      <w:pPr>
        <w:ind w:left="13469" w:hanging="360"/>
      </w:pPr>
    </w:lvl>
    <w:lvl w:ilvl="7" w:tplc="340A0019" w:tentative="1">
      <w:start w:val="1"/>
      <w:numFmt w:val="lowerLetter"/>
      <w:lvlText w:val="%8."/>
      <w:lvlJc w:val="left"/>
      <w:pPr>
        <w:ind w:left="14189" w:hanging="360"/>
      </w:pPr>
    </w:lvl>
    <w:lvl w:ilvl="8" w:tplc="340A001B" w:tentative="1">
      <w:start w:val="1"/>
      <w:numFmt w:val="lowerRoman"/>
      <w:lvlText w:val="%9."/>
      <w:lvlJc w:val="right"/>
      <w:pPr>
        <w:ind w:left="14909" w:hanging="180"/>
      </w:pPr>
    </w:lvl>
  </w:abstractNum>
  <w:abstractNum w:abstractNumId="41" w15:restartNumberingAfterBreak="0">
    <w:nsid w:val="53BF7C16"/>
    <w:multiLevelType w:val="hybridMultilevel"/>
    <w:tmpl w:val="10E48178"/>
    <w:lvl w:ilvl="0" w:tplc="080A0001">
      <w:start w:val="1"/>
      <w:numFmt w:val="bullet"/>
      <w:lvlText w:val=""/>
      <w:lvlJc w:val="left"/>
      <w:pPr>
        <w:ind w:left="1713"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42" w15:restartNumberingAfterBreak="0">
    <w:nsid w:val="55DB69B6"/>
    <w:multiLevelType w:val="hybridMultilevel"/>
    <w:tmpl w:val="CAF26578"/>
    <w:lvl w:ilvl="0" w:tplc="F80EDB18">
      <w:start w:val="2"/>
      <w:numFmt w:val="decimal"/>
      <w:lvlText w:val="%1"/>
      <w:lvlJc w:val="left"/>
      <w:pPr>
        <w:ind w:left="534" w:hanging="360"/>
      </w:pPr>
      <w:rPr>
        <w:rFonts w:hint="default"/>
      </w:rPr>
    </w:lvl>
    <w:lvl w:ilvl="1" w:tplc="340A0019" w:tentative="1">
      <w:start w:val="1"/>
      <w:numFmt w:val="lowerLetter"/>
      <w:lvlText w:val="%2."/>
      <w:lvlJc w:val="left"/>
      <w:pPr>
        <w:ind w:left="1254" w:hanging="360"/>
      </w:pPr>
    </w:lvl>
    <w:lvl w:ilvl="2" w:tplc="340A001B" w:tentative="1">
      <w:start w:val="1"/>
      <w:numFmt w:val="lowerRoman"/>
      <w:lvlText w:val="%3."/>
      <w:lvlJc w:val="right"/>
      <w:pPr>
        <w:ind w:left="1974" w:hanging="180"/>
      </w:pPr>
    </w:lvl>
    <w:lvl w:ilvl="3" w:tplc="340A000F" w:tentative="1">
      <w:start w:val="1"/>
      <w:numFmt w:val="decimal"/>
      <w:lvlText w:val="%4."/>
      <w:lvlJc w:val="left"/>
      <w:pPr>
        <w:ind w:left="2694" w:hanging="360"/>
      </w:pPr>
    </w:lvl>
    <w:lvl w:ilvl="4" w:tplc="340A0019" w:tentative="1">
      <w:start w:val="1"/>
      <w:numFmt w:val="lowerLetter"/>
      <w:lvlText w:val="%5."/>
      <w:lvlJc w:val="left"/>
      <w:pPr>
        <w:ind w:left="3414" w:hanging="360"/>
      </w:pPr>
    </w:lvl>
    <w:lvl w:ilvl="5" w:tplc="340A001B" w:tentative="1">
      <w:start w:val="1"/>
      <w:numFmt w:val="lowerRoman"/>
      <w:lvlText w:val="%6."/>
      <w:lvlJc w:val="right"/>
      <w:pPr>
        <w:ind w:left="4134" w:hanging="180"/>
      </w:pPr>
    </w:lvl>
    <w:lvl w:ilvl="6" w:tplc="340A000F" w:tentative="1">
      <w:start w:val="1"/>
      <w:numFmt w:val="decimal"/>
      <w:lvlText w:val="%7."/>
      <w:lvlJc w:val="left"/>
      <w:pPr>
        <w:ind w:left="4854" w:hanging="360"/>
      </w:pPr>
    </w:lvl>
    <w:lvl w:ilvl="7" w:tplc="340A0019" w:tentative="1">
      <w:start w:val="1"/>
      <w:numFmt w:val="lowerLetter"/>
      <w:lvlText w:val="%8."/>
      <w:lvlJc w:val="left"/>
      <w:pPr>
        <w:ind w:left="5574" w:hanging="360"/>
      </w:pPr>
    </w:lvl>
    <w:lvl w:ilvl="8" w:tplc="340A001B" w:tentative="1">
      <w:start w:val="1"/>
      <w:numFmt w:val="lowerRoman"/>
      <w:lvlText w:val="%9."/>
      <w:lvlJc w:val="right"/>
      <w:pPr>
        <w:ind w:left="6294" w:hanging="180"/>
      </w:pPr>
    </w:lvl>
  </w:abstractNum>
  <w:abstractNum w:abstractNumId="43" w15:restartNumberingAfterBreak="0">
    <w:nsid w:val="63C66826"/>
    <w:multiLevelType w:val="hybridMultilevel"/>
    <w:tmpl w:val="390AB4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05013A"/>
    <w:multiLevelType w:val="multilevel"/>
    <w:tmpl w:val="6876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B53F5A"/>
    <w:multiLevelType w:val="hybridMultilevel"/>
    <w:tmpl w:val="390AB4B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7CF3417B"/>
    <w:multiLevelType w:val="multilevel"/>
    <w:tmpl w:val="BCB64BC0"/>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780FA7"/>
    <w:multiLevelType w:val="hybridMultilevel"/>
    <w:tmpl w:val="6E2E4BE0"/>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num w:numId="1" w16cid:durableId="1158692554">
    <w:abstractNumId w:val="8"/>
  </w:num>
  <w:num w:numId="2" w16cid:durableId="1932935543">
    <w:abstractNumId w:val="6"/>
  </w:num>
  <w:num w:numId="3" w16cid:durableId="356127793">
    <w:abstractNumId w:val="5"/>
  </w:num>
  <w:num w:numId="4" w16cid:durableId="1280380511">
    <w:abstractNumId w:val="4"/>
  </w:num>
  <w:num w:numId="5" w16cid:durableId="685714414">
    <w:abstractNumId w:val="7"/>
  </w:num>
  <w:num w:numId="6" w16cid:durableId="941766469">
    <w:abstractNumId w:val="3"/>
  </w:num>
  <w:num w:numId="7" w16cid:durableId="1107047559">
    <w:abstractNumId w:val="2"/>
  </w:num>
  <w:num w:numId="8" w16cid:durableId="288364217">
    <w:abstractNumId w:val="1"/>
  </w:num>
  <w:num w:numId="9" w16cid:durableId="1535460780">
    <w:abstractNumId w:val="0"/>
  </w:num>
  <w:num w:numId="10" w16cid:durableId="181747180">
    <w:abstractNumId w:val="32"/>
  </w:num>
  <w:num w:numId="11" w16cid:durableId="205727290">
    <w:abstractNumId w:val="44"/>
  </w:num>
  <w:num w:numId="12" w16cid:durableId="799764157">
    <w:abstractNumId w:val="24"/>
  </w:num>
  <w:num w:numId="13" w16cid:durableId="1450465155">
    <w:abstractNumId w:val="20"/>
  </w:num>
  <w:num w:numId="14" w16cid:durableId="1097680481">
    <w:abstractNumId w:val="38"/>
  </w:num>
  <w:num w:numId="15" w16cid:durableId="417286375">
    <w:abstractNumId w:val="45"/>
  </w:num>
  <w:num w:numId="16" w16cid:durableId="50008866">
    <w:abstractNumId w:val="28"/>
  </w:num>
  <w:num w:numId="17" w16cid:durableId="2110154566">
    <w:abstractNumId w:val="31"/>
  </w:num>
  <w:num w:numId="18" w16cid:durableId="89470660">
    <w:abstractNumId w:val="29"/>
  </w:num>
  <w:num w:numId="19" w16cid:durableId="410927656">
    <w:abstractNumId w:val="17"/>
  </w:num>
  <w:num w:numId="20" w16cid:durableId="421992241">
    <w:abstractNumId w:val="13"/>
  </w:num>
  <w:num w:numId="21" w16cid:durableId="746459449">
    <w:abstractNumId w:val="22"/>
  </w:num>
  <w:num w:numId="22" w16cid:durableId="1903828327">
    <w:abstractNumId w:val="26"/>
  </w:num>
  <w:num w:numId="23" w16cid:durableId="1628586665">
    <w:abstractNumId w:val="12"/>
  </w:num>
  <w:num w:numId="24" w16cid:durableId="1412199520">
    <w:abstractNumId w:val="46"/>
  </w:num>
  <w:num w:numId="25" w16cid:durableId="1208101929">
    <w:abstractNumId w:val="40"/>
  </w:num>
  <w:num w:numId="26" w16cid:durableId="1393888847">
    <w:abstractNumId w:val="27"/>
  </w:num>
  <w:num w:numId="27" w16cid:durableId="1943145544">
    <w:abstractNumId w:val="34"/>
  </w:num>
  <w:num w:numId="28" w16cid:durableId="719599298">
    <w:abstractNumId w:val="42"/>
  </w:num>
  <w:num w:numId="29" w16cid:durableId="979577701">
    <w:abstractNumId w:val="16"/>
  </w:num>
  <w:num w:numId="30" w16cid:durableId="1414203435">
    <w:abstractNumId w:val="14"/>
  </w:num>
  <w:num w:numId="31" w16cid:durableId="1886024232">
    <w:abstractNumId w:val="35"/>
  </w:num>
  <w:num w:numId="32" w16cid:durableId="1141270731">
    <w:abstractNumId w:val="47"/>
  </w:num>
  <w:num w:numId="33" w16cid:durableId="1834684330">
    <w:abstractNumId w:val="18"/>
  </w:num>
  <w:num w:numId="34" w16cid:durableId="790705325">
    <w:abstractNumId w:val="21"/>
  </w:num>
  <w:num w:numId="35" w16cid:durableId="442187064">
    <w:abstractNumId w:val="37"/>
  </w:num>
  <w:num w:numId="36" w16cid:durableId="1372729594">
    <w:abstractNumId w:val="23"/>
  </w:num>
  <w:num w:numId="37" w16cid:durableId="395129155">
    <w:abstractNumId w:val="11"/>
  </w:num>
  <w:num w:numId="38" w16cid:durableId="1019088650">
    <w:abstractNumId w:val="19"/>
  </w:num>
  <w:num w:numId="39" w16cid:durableId="1113792785">
    <w:abstractNumId w:val="33"/>
  </w:num>
  <w:num w:numId="40" w16cid:durableId="1396320541">
    <w:abstractNumId w:val="10"/>
  </w:num>
  <w:num w:numId="41" w16cid:durableId="1427189163">
    <w:abstractNumId w:val="25"/>
  </w:num>
  <w:num w:numId="42" w16cid:durableId="1049911752">
    <w:abstractNumId w:val="15"/>
  </w:num>
  <w:num w:numId="43" w16cid:durableId="348485922">
    <w:abstractNumId w:val="39"/>
  </w:num>
  <w:num w:numId="44" w16cid:durableId="1690908671">
    <w:abstractNumId w:val="9"/>
  </w:num>
  <w:num w:numId="45" w16cid:durableId="726029060">
    <w:abstractNumId w:val="41"/>
  </w:num>
  <w:num w:numId="46" w16cid:durableId="1193422404">
    <w:abstractNumId w:val="30"/>
  </w:num>
  <w:num w:numId="47" w16cid:durableId="1541045084">
    <w:abstractNumId w:val="36"/>
  </w:num>
  <w:num w:numId="48" w16cid:durableId="135727456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1B8"/>
    <w:rsid w:val="00017847"/>
    <w:rsid w:val="00034616"/>
    <w:rsid w:val="00055C00"/>
    <w:rsid w:val="0006063C"/>
    <w:rsid w:val="00060B61"/>
    <w:rsid w:val="00072C0E"/>
    <w:rsid w:val="00074BF0"/>
    <w:rsid w:val="00075D7C"/>
    <w:rsid w:val="00077DAF"/>
    <w:rsid w:val="00077E77"/>
    <w:rsid w:val="000A179B"/>
    <w:rsid w:val="000A7026"/>
    <w:rsid w:val="000A7E34"/>
    <w:rsid w:val="000B7B53"/>
    <w:rsid w:val="000C060A"/>
    <w:rsid w:val="000D0DC8"/>
    <w:rsid w:val="000E5B53"/>
    <w:rsid w:val="001021ED"/>
    <w:rsid w:val="00103396"/>
    <w:rsid w:val="00116947"/>
    <w:rsid w:val="00120E38"/>
    <w:rsid w:val="00132EDB"/>
    <w:rsid w:val="001331F2"/>
    <w:rsid w:val="00135C68"/>
    <w:rsid w:val="001409D0"/>
    <w:rsid w:val="00150177"/>
    <w:rsid w:val="0015074B"/>
    <w:rsid w:val="00153DF5"/>
    <w:rsid w:val="00160E60"/>
    <w:rsid w:val="00165228"/>
    <w:rsid w:val="0017322F"/>
    <w:rsid w:val="001751F6"/>
    <w:rsid w:val="001A284A"/>
    <w:rsid w:val="001A382D"/>
    <w:rsid w:val="001B5100"/>
    <w:rsid w:val="001C379E"/>
    <w:rsid w:val="001E54D0"/>
    <w:rsid w:val="001F7185"/>
    <w:rsid w:val="00203F4A"/>
    <w:rsid w:val="00221A50"/>
    <w:rsid w:val="0022476C"/>
    <w:rsid w:val="00240B1C"/>
    <w:rsid w:val="0024608A"/>
    <w:rsid w:val="00257E6E"/>
    <w:rsid w:val="002846C8"/>
    <w:rsid w:val="00290627"/>
    <w:rsid w:val="00291379"/>
    <w:rsid w:val="0029336F"/>
    <w:rsid w:val="0029639D"/>
    <w:rsid w:val="002C6005"/>
    <w:rsid w:val="002C7061"/>
    <w:rsid w:val="002C793B"/>
    <w:rsid w:val="002D20A5"/>
    <w:rsid w:val="002E252D"/>
    <w:rsid w:val="002F5504"/>
    <w:rsid w:val="003027D2"/>
    <w:rsid w:val="00310C6D"/>
    <w:rsid w:val="00316EAB"/>
    <w:rsid w:val="00324341"/>
    <w:rsid w:val="00326F90"/>
    <w:rsid w:val="00327096"/>
    <w:rsid w:val="00361F79"/>
    <w:rsid w:val="0036604A"/>
    <w:rsid w:val="00372F28"/>
    <w:rsid w:val="00394121"/>
    <w:rsid w:val="003A22E2"/>
    <w:rsid w:val="003A3C1C"/>
    <w:rsid w:val="003C3AA1"/>
    <w:rsid w:val="003D75D5"/>
    <w:rsid w:val="003F03BC"/>
    <w:rsid w:val="00413AA3"/>
    <w:rsid w:val="004160C6"/>
    <w:rsid w:val="004247D3"/>
    <w:rsid w:val="0043530D"/>
    <w:rsid w:val="00441C2B"/>
    <w:rsid w:val="00446FDD"/>
    <w:rsid w:val="00452E76"/>
    <w:rsid w:val="00466940"/>
    <w:rsid w:val="0048185C"/>
    <w:rsid w:val="00482313"/>
    <w:rsid w:val="00494836"/>
    <w:rsid w:val="004A09F9"/>
    <w:rsid w:val="004B1F60"/>
    <w:rsid w:val="004B4E02"/>
    <w:rsid w:val="004C7210"/>
    <w:rsid w:val="004E0D48"/>
    <w:rsid w:val="004E1DF4"/>
    <w:rsid w:val="004E324E"/>
    <w:rsid w:val="004F0D1B"/>
    <w:rsid w:val="004F2D15"/>
    <w:rsid w:val="005043B1"/>
    <w:rsid w:val="005212CD"/>
    <w:rsid w:val="005330B7"/>
    <w:rsid w:val="0053514C"/>
    <w:rsid w:val="005715DF"/>
    <w:rsid w:val="005A1D08"/>
    <w:rsid w:val="005A7437"/>
    <w:rsid w:val="005B016E"/>
    <w:rsid w:val="005B571C"/>
    <w:rsid w:val="005D00F9"/>
    <w:rsid w:val="005D04C6"/>
    <w:rsid w:val="005D5D54"/>
    <w:rsid w:val="005E3DCB"/>
    <w:rsid w:val="005F1BF6"/>
    <w:rsid w:val="00613AB5"/>
    <w:rsid w:val="0061509D"/>
    <w:rsid w:val="006266F5"/>
    <w:rsid w:val="00630B94"/>
    <w:rsid w:val="00630C84"/>
    <w:rsid w:val="006338BA"/>
    <w:rsid w:val="00636147"/>
    <w:rsid w:val="0064018F"/>
    <w:rsid w:val="006517CF"/>
    <w:rsid w:val="00655002"/>
    <w:rsid w:val="00655B42"/>
    <w:rsid w:val="00662094"/>
    <w:rsid w:val="0067129D"/>
    <w:rsid w:val="00672238"/>
    <w:rsid w:val="00681481"/>
    <w:rsid w:val="006A0649"/>
    <w:rsid w:val="006A67F5"/>
    <w:rsid w:val="006B1D98"/>
    <w:rsid w:val="006E40BA"/>
    <w:rsid w:val="006F22C5"/>
    <w:rsid w:val="006F5660"/>
    <w:rsid w:val="006F6D51"/>
    <w:rsid w:val="0071357D"/>
    <w:rsid w:val="007177F9"/>
    <w:rsid w:val="00720936"/>
    <w:rsid w:val="007278F1"/>
    <w:rsid w:val="00736F73"/>
    <w:rsid w:val="007405F7"/>
    <w:rsid w:val="0075031F"/>
    <w:rsid w:val="007559AF"/>
    <w:rsid w:val="007628DC"/>
    <w:rsid w:val="00774FB5"/>
    <w:rsid w:val="00795C7B"/>
    <w:rsid w:val="0079792C"/>
    <w:rsid w:val="007A189C"/>
    <w:rsid w:val="007A2069"/>
    <w:rsid w:val="007A46ED"/>
    <w:rsid w:val="007A50BF"/>
    <w:rsid w:val="007A510E"/>
    <w:rsid w:val="007B24E2"/>
    <w:rsid w:val="007D3462"/>
    <w:rsid w:val="007E03F5"/>
    <w:rsid w:val="007E1FC8"/>
    <w:rsid w:val="007F09EB"/>
    <w:rsid w:val="008045FE"/>
    <w:rsid w:val="00812AAB"/>
    <w:rsid w:val="008152B0"/>
    <w:rsid w:val="0082052E"/>
    <w:rsid w:val="00824A66"/>
    <w:rsid w:val="0082665D"/>
    <w:rsid w:val="00826F53"/>
    <w:rsid w:val="00835084"/>
    <w:rsid w:val="00835112"/>
    <w:rsid w:val="0084039A"/>
    <w:rsid w:val="00846088"/>
    <w:rsid w:val="00850E8E"/>
    <w:rsid w:val="0087071E"/>
    <w:rsid w:val="00870F64"/>
    <w:rsid w:val="00873952"/>
    <w:rsid w:val="00875CDD"/>
    <w:rsid w:val="0087683B"/>
    <w:rsid w:val="00897F19"/>
    <w:rsid w:val="008A0D7D"/>
    <w:rsid w:val="008A2E2C"/>
    <w:rsid w:val="008B5171"/>
    <w:rsid w:val="008C2772"/>
    <w:rsid w:val="008D55B6"/>
    <w:rsid w:val="008D6F5F"/>
    <w:rsid w:val="008E3FB0"/>
    <w:rsid w:val="008E60F8"/>
    <w:rsid w:val="008F4642"/>
    <w:rsid w:val="0090449F"/>
    <w:rsid w:val="00907C37"/>
    <w:rsid w:val="00917A68"/>
    <w:rsid w:val="00952A66"/>
    <w:rsid w:val="009556F7"/>
    <w:rsid w:val="00972272"/>
    <w:rsid w:val="009740EC"/>
    <w:rsid w:val="00987D22"/>
    <w:rsid w:val="009C1BC8"/>
    <w:rsid w:val="009D63A3"/>
    <w:rsid w:val="009E3DBA"/>
    <w:rsid w:val="00A073E2"/>
    <w:rsid w:val="00A2185E"/>
    <w:rsid w:val="00A234C8"/>
    <w:rsid w:val="00A37DE6"/>
    <w:rsid w:val="00A413B4"/>
    <w:rsid w:val="00A43ACB"/>
    <w:rsid w:val="00A71F0F"/>
    <w:rsid w:val="00A87EB4"/>
    <w:rsid w:val="00A9048E"/>
    <w:rsid w:val="00A926D3"/>
    <w:rsid w:val="00A935C1"/>
    <w:rsid w:val="00A9792F"/>
    <w:rsid w:val="00AA1064"/>
    <w:rsid w:val="00AA1D8D"/>
    <w:rsid w:val="00AA5518"/>
    <w:rsid w:val="00AA6ABA"/>
    <w:rsid w:val="00AC378E"/>
    <w:rsid w:val="00B007E9"/>
    <w:rsid w:val="00B104EF"/>
    <w:rsid w:val="00B13835"/>
    <w:rsid w:val="00B20D9A"/>
    <w:rsid w:val="00B21227"/>
    <w:rsid w:val="00B31AF1"/>
    <w:rsid w:val="00B47730"/>
    <w:rsid w:val="00B5173C"/>
    <w:rsid w:val="00B64EAE"/>
    <w:rsid w:val="00B857F2"/>
    <w:rsid w:val="00B94846"/>
    <w:rsid w:val="00B96E52"/>
    <w:rsid w:val="00BA0BD1"/>
    <w:rsid w:val="00BA1D02"/>
    <w:rsid w:val="00BA6619"/>
    <w:rsid w:val="00BB22F5"/>
    <w:rsid w:val="00BB68C2"/>
    <w:rsid w:val="00BD25DB"/>
    <w:rsid w:val="00BE5740"/>
    <w:rsid w:val="00BF2103"/>
    <w:rsid w:val="00C00B8F"/>
    <w:rsid w:val="00C01595"/>
    <w:rsid w:val="00C01FB7"/>
    <w:rsid w:val="00C1273C"/>
    <w:rsid w:val="00C1616A"/>
    <w:rsid w:val="00C41F92"/>
    <w:rsid w:val="00C61DE2"/>
    <w:rsid w:val="00C65A32"/>
    <w:rsid w:val="00C73B3B"/>
    <w:rsid w:val="00C743A7"/>
    <w:rsid w:val="00C81005"/>
    <w:rsid w:val="00C84654"/>
    <w:rsid w:val="00C90F2D"/>
    <w:rsid w:val="00C94FAA"/>
    <w:rsid w:val="00C9588A"/>
    <w:rsid w:val="00CA04B4"/>
    <w:rsid w:val="00CA1A68"/>
    <w:rsid w:val="00CB0664"/>
    <w:rsid w:val="00CD1A85"/>
    <w:rsid w:val="00CE07DE"/>
    <w:rsid w:val="00CE0AAD"/>
    <w:rsid w:val="00CE12BA"/>
    <w:rsid w:val="00D038AA"/>
    <w:rsid w:val="00D13D46"/>
    <w:rsid w:val="00D14CD7"/>
    <w:rsid w:val="00D36496"/>
    <w:rsid w:val="00D45A7C"/>
    <w:rsid w:val="00D4787A"/>
    <w:rsid w:val="00D51066"/>
    <w:rsid w:val="00D61494"/>
    <w:rsid w:val="00DA2950"/>
    <w:rsid w:val="00DA4545"/>
    <w:rsid w:val="00DD0A86"/>
    <w:rsid w:val="00DD149F"/>
    <w:rsid w:val="00DD2363"/>
    <w:rsid w:val="00DE2350"/>
    <w:rsid w:val="00DE294E"/>
    <w:rsid w:val="00DF0A1B"/>
    <w:rsid w:val="00E043C3"/>
    <w:rsid w:val="00E079F2"/>
    <w:rsid w:val="00E10CAA"/>
    <w:rsid w:val="00E216E3"/>
    <w:rsid w:val="00E23E6A"/>
    <w:rsid w:val="00E3159A"/>
    <w:rsid w:val="00E31DAC"/>
    <w:rsid w:val="00E576F4"/>
    <w:rsid w:val="00E57E04"/>
    <w:rsid w:val="00E82723"/>
    <w:rsid w:val="00E82E64"/>
    <w:rsid w:val="00E9177A"/>
    <w:rsid w:val="00E92DFF"/>
    <w:rsid w:val="00E94F27"/>
    <w:rsid w:val="00E94FDA"/>
    <w:rsid w:val="00E96862"/>
    <w:rsid w:val="00EA4B5E"/>
    <w:rsid w:val="00EB022B"/>
    <w:rsid w:val="00EB1A82"/>
    <w:rsid w:val="00EB2EE1"/>
    <w:rsid w:val="00EB4C94"/>
    <w:rsid w:val="00EF77DF"/>
    <w:rsid w:val="00F00330"/>
    <w:rsid w:val="00F12F85"/>
    <w:rsid w:val="00F134CC"/>
    <w:rsid w:val="00F14042"/>
    <w:rsid w:val="00F427AC"/>
    <w:rsid w:val="00F47409"/>
    <w:rsid w:val="00F62695"/>
    <w:rsid w:val="00F62930"/>
    <w:rsid w:val="00F67E9D"/>
    <w:rsid w:val="00F761A7"/>
    <w:rsid w:val="00F9288A"/>
    <w:rsid w:val="00F948DC"/>
    <w:rsid w:val="00F96FD4"/>
    <w:rsid w:val="00F97584"/>
    <w:rsid w:val="00FC693F"/>
    <w:rsid w:val="00FC6BFC"/>
    <w:rsid w:val="00FD5099"/>
    <w:rsid w:val="00FE37A6"/>
    <w:rsid w:val="00FF18BB"/>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9330FF"/>
  <w14:defaultImageDpi w14:val="300"/>
  <w15:docId w15:val="{23942A71-3575-49AE-8BE5-D85A3DC6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3B1"/>
    <w:rPr>
      <w:lang w:val="es-CL"/>
    </w:rPr>
  </w:style>
  <w:style w:type="paragraph" w:styleId="Ttulo1">
    <w:name w:val="heading 1"/>
    <w:basedOn w:val="Normal"/>
    <w:next w:val="Normal"/>
    <w:link w:val="Ttulo1Car"/>
    <w:uiPriority w:val="9"/>
    <w:qFormat/>
    <w:rsid w:val="003F03BC"/>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unhideWhenUsed/>
    <w:qFormat/>
    <w:rsid w:val="003F03BC"/>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unhideWhenUsed/>
    <w:qFormat/>
    <w:rsid w:val="003F03BC"/>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3F03BC"/>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3F03BC"/>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3F03BC"/>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3F03BC"/>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3F03BC"/>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3F03BC"/>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3F03BC"/>
    <w:pPr>
      <w:spacing w:after="0" w:line="240" w:lineRule="auto"/>
    </w:pPr>
  </w:style>
  <w:style w:type="character" w:customStyle="1" w:styleId="Ttulo1Car">
    <w:name w:val="Título 1 Car"/>
    <w:basedOn w:val="Fuentedeprrafopredeter"/>
    <w:link w:val="Ttulo1"/>
    <w:uiPriority w:val="9"/>
    <w:rsid w:val="003F03BC"/>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rsid w:val="003F03BC"/>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rsid w:val="003F03BC"/>
    <w:rPr>
      <w:rFonts w:asciiTheme="majorHAnsi" w:eastAsiaTheme="majorEastAsia" w:hAnsiTheme="majorHAnsi" w:cstheme="majorBidi"/>
      <w:spacing w:val="4"/>
      <w:sz w:val="24"/>
      <w:szCs w:val="24"/>
    </w:rPr>
  </w:style>
  <w:style w:type="paragraph" w:styleId="Ttulo">
    <w:name w:val="Title"/>
    <w:basedOn w:val="Normal"/>
    <w:next w:val="Normal"/>
    <w:link w:val="TtuloCar"/>
    <w:uiPriority w:val="10"/>
    <w:qFormat/>
    <w:rsid w:val="003F03B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3F03BC"/>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3F03BC"/>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3F03BC"/>
    <w:rPr>
      <w:rFonts w:asciiTheme="majorHAnsi" w:eastAsiaTheme="majorEastAsia" w:hAnsiTheme="majorHAnsi" w:cstheme="majorBidi"/>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3F03B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3F03BC"/>
    <w:rPr>
      <w:rFonts w:asciiTheme="majorHAnsi" w:eastAsiaTheme="majorEastAsia" w:hAnsiTheme="majorHAnsi" w:cstheme="majorBidi"/>
      <w:i/>
      <w:iCs/>
      <w:sz w:val="24"/>
      <w:szCs w:val="24"/>
    </w:rPr>
  </w:style>
  <w:style w:type="character" w:customStyle="1" w:styleId="Ttulo4Car">
    <w:name w:val="Título 4 Car"/>
    <w:basedOn w:val="Fuentedeprrafopredeter"/>
    <w:link w:val="Ttulo4"/>
    <w:uiPriority w:val="9"/>
    <w:semiHidden/>
    <w:rsid w:val="003F03BC"/>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3F03BC"/>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3F03BC"/>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3F03BC"/>
    <w:rPr>
      <w:i/>
      <w:iCs/>
    </w:rPr>
  </w:style>
  <w:style w:type="character" w:customStyle="1" w:styleId="Ttulo8Car">
    <w:name w:val="Título 8 Car"/>
    <w:basedOn w:val="Fuentedeprrafopredeter"/>
    <w:link w:val="Ttulo8"/>
    <w:uiPriority w:val="9"/>
    <w:semiHidden/>
    <w:rsid w:val="003F03BC"/>
    <w:rPr>
      <w:b/>
      <w:bCs/>
    </w:rPr>
  </w:style>
  <w:style w:type="character" w:customStyle="1" w:styleId="Ttulo9Car">
    <w:name w:val="Título 9 Car"/>
    <w:basedOn w:val="Fuentedeprrafopredeter"/>
    <w:link w:val="Ttulo9"/>
    <w:uiPriority w:val="9"/>
    <w:semiHidden/>
    <w:rsid w:val="003F03BC"/>
    <w:rPr>
      <w:i/>
      <w:iCs/>
    </w:rPr>
  </w:style>
  <w:style w:type="paragraph" w:styleId="Descripcin">
    <w:name w:val="caption"/>
    <w:basedOn w:val="Normal"/>
    <w:next w:val="Normal"/>
    <w:uiPriority w:val="35"/>
    <w:semiHidden/>
    <w:unhideWhenUsed/>
    <w:qFormat/>
    <w:rsid w:val="003F03BC"/>
    <w:rPr>
      <w:b/>
      <w:bCs/>
      <w:sz w:val="18"/>
      <w:szCs w:val="18"/>
    </w:rPr>
  </w:style>
  <w:style w:type="character" w:styleId="Fuerte">
    <w:name w:val="Strong"/>
    <w:basedOn w:val="Fuentedeprrafopredeter"/>
    <w:uiPriority w:val="22"/>
    <w:qFormat/>
    <w:rsid w:val="003F03BC"/>
    <w:rPr>
      <w:b/>
      <w:bCs/>
      <w:color w:val="auto"/>
    </w:rPr>
  </w:style>
  <w:style w:type="character" w:styleId="nfasis">
    <w:name w:val="Emphasis"/>
    <w:basedOn w:val="Fuentedeprrafopredeter"/>
    <w:uiPriority w:val="20"/>
    <w:qFormat/>
    <w:rsid w:val="003F03BC"/>
    <w:rPr>
      <w:i/>
      <w:iCs/>
      <w:color w:val="auto"/>
    </w:rPr>
  </w:style>
  <w:style w:type="paragraph" w:styleId="Citadestacada">
    <w:name w:val="Intense Quote"/>
    <w:basedOn w:val="Normal"/>
    <w:next w:val="Normal"/>
    <w:link w:val="CitadestacadaCar"/>
    <w:uiPriority w:val="30"/>
    <w:qFormat/>
    <w:rsid w:val="003F03B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3F03BC"/>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3F03BC"/>
    <w:rPr>
      <w:i/>
      <w:iCs/>
      <w:color w:val="auto"/>
    </w:rPr>
  </w:style>
  <w:style w:type="character" w:styleId="nfasisintenso">
    <w:name w:val="Intense Emphasis"/>
    <w:basedOn w:val="Fuentedeprrafopredeter"/>
    <w:uiPriority w:val="21"/>
    <w:qFormat/>
    <w:rsid w:val="003F03BC"/>
    <w:rPr>
      <w:b/>
      <w:bCs/>
      <w:i/>
      <w:iCs/>
      <w:color w:val="auto"/>
    </w:rPr>
  </w:style>
  <w:style w:type="character" w:styleId="Referenciasutil">
    <w:name w:val="Subtle Reference"/>
    <w:basedOn w:val="Fuentedeprrafopredeter"/>
    <w:uiPriority w:val="31"/>
    <w:qFormat/>
    <w:rsid w:val="003F03BC"/>
    <w:rPr>
      <w:smallCaps/>
      <w:color w:val="auto"/>
      <w:u w:val="single" w:color="7F7F7F" w:themeColor="text1" w:themeTint="80"/>
    </w:rPr>
  </w:style>
  <w:style w:type="character" w:styleId="Referenciaintensa">
    <w:name w:val="Intense Reference"/>
    <w:basedOn w:val="Fuentedeprrafopredeter"/>
    <w:uiPriority w:val="32"/>
    <w:qFormat/>
    <w:rsid w:val="003F03BC"/>
    <w:rPr>
      <w:b/>
      <w:bCs/>
      <w:smallCaps/>
      <w:color w:val="auto"/>
      <w:u w:val="single"/>
    </w:rPr>
  </w:style>
  <w:style w:type="character" w:styleId="Ttulodellibro">
    <w:name w:val="Book Title"/>
    <w:basedOn w:val="Fuentedeprrafopredeter"/>
    <w:uiPriority w:val="33"/>
    <w:qFormat/>
    <w:rsid w:val="003F03BC"/>
    <w:rPr>
      <w:b/>
      <w:bCs/>
      <w:smallCaps/>
      <w:color w:val="auto"/>
    </w:rPr>
  </w:style>
  <w:style w:type="paragraph" w:styleId="TtuloTDC">
    <w:name w:val="TOC Heading"/>
    <w:basedOn w:val="Ttulo1"/>
    <w:next w:val="Normal"/>
    <w:uiPriority w:val="39"/>
    <w:semiHidden/>
    <w:unhideWhenUsed/>
    <w:qFormat/>
    <w:rsid w:val="003F03BC"/>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normal1">
    <w:name w:val="Plain Table 1"/>
    <w:basedOn w:val="Tablanormal"/>
    <w:uiPriority w:val="99"/>
    <w:rsid w:val="003F03B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D14CD7"/>
    <w:rPr>
      <w:sz w:val="16"/>
      <w:szCs w:val="16"/>
    </w:rPr>
  </w:style>
  <w:style w:type="paragraph" w:styleId="Textocomentario">
    <w:name w:val="annotation text"/>
    <w:basedOn w:val="Normal"/>
    <w:link w:val="TextocomentarioCar"/>
    <w:uiPriority w:val="99"/>
    <w:semiHidden/>
    <w:unhideWhenUsed/>
    <w:rsid w:val="00D14CD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14CD7"/>
    <w:rPr>
      <w:sz w:val="20"/>
      <w:szCs w:val="20"/>
      <w:lang w:val="es-CL"/>
    </w:rPr>
  </w:style>
  <w:style w:type="paragraph" w:styleId="Asuntodelcomentario">
    <w:name w:val="annotation subject"/>
    <w:basedOn w:val="Textocomentario"/>
    <w:next w:val="Textocomentario"/>
    <w:link w:val="AsuntodelcomentarioCar"/>
    <w:uiPriority w:val="99"/>
    <w:semiHidden/>
    <w:unhideWhenUsed/>
    <w:rsid w:val="00D14CD7"/>
    <w:rPr>
      <w:b/>
      <w:bCs/>
    </w:rPr>
  </w:style>
  <w:style w:type="character" w:customStyle="1" w:styleId="AsuntodelcomentarioCar">
    <w:name w:val="Asunto del comentario Car"/>
    <w:basedOn w:val="TextocomentarioCar"/>
    <w:link w:val="Asuntodelcomentario"/>
    <w:uiPriority w:val="99"/>
    <w:semiHidden/>
    <w:rsid w:val="00D14CD7"/>
    <w:rPr>
      <w:b/>
      <w:bCs/>
      <w:sz w:val="20"/>
      <w:szCs w:val="20"/>
      <w:lang w:val="es-CL"/>
    </w:rPr>
  </w:style>
  <w:style w:type="table" w:customStyle="1" w:styleId="Tablaconcuadrcula1">
    <w:name w:val="Tabla con cuadrícula1"/>
    <w:basedOn w:val="Tablanormal"/>
    <w:next w:val="Tablaconcuadrcula"/>
    <w:uiPriority w:val="59"/>
    <w:rsid w:val="00FD5099"/>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8185C"/>
    <w:rPr>
      <w:color w:val="0000FF" w:themeColor="hyperlink"/>
      <w:u w:val="single"/>
    </w:rPr>
  </w:style>
  <w:style w:type="paragraph" w:customStyle="1" w:styleId="TableParagraph">
    <w:name w:val="Table Paragraph"/>
    <w:basedOn w:val="Normal"/>
    <w:uiPriority w:val="1"/>
    <w:qFormat/>
    <w:rsid w:val="0048185C"/>
    <w:pPr>
      <w:widowControl w:val="0"/>
      <w:autoSpaceDE w:val="0"/>
      <w:autoSpaceDN w:val="0"/>
      <w:spacing w:after="0" w:line="240" w:lineRule="auto"/>
      <w:jc w:val="left"/>
    </w:pPr>
    <w:rPr>
      <w:rFonts w:ascii="Trebuchet MS" w:eastAsia="Trebuchet MS" w:hAnsi="Trebuchet MS" w:cs="Trebuchet MS"/>
      <w:lang w:val="es-ES"/>
    </w:rPr>
  </w:style>
  <w:style w:type="character" w:styleId="Mencinsinresolver">
    <w:name w:val="Unresolved Mention"/>
    <w:basedOn w:val="Fuentedeprrafopredeter"/>
    <w:uiPriority w:val="99"/>
    <w:semiHidden/>
    <w:unhideWhenUsed/>
    <w:rsid w:val="00B64EAE"/>
    <w:rPr>
      <w:color w:val="605E5C"/>
      <w:shd w:val="clear" w:color="auto" w:fill="E1DFDD"/>
    </w:rPr>
  </w:style>
  <w:style w:type="table" w:customStyle="1" w:styleId="Tablaconcuadrcula2">
    <w:name w:val="Tabla con cuadrícula2"/>
    <w:basedOn w:val="Tablanormal"/>
    <w:next w:val="Tablaconcuadrcula"/>
    <w:uiPriority w:val="59"/>
    <w:rsid w:val="00F62695"/>
    <w:pPr>
      <w:spacing w:after="0" w:line="240" w:lineRule="auto"/>
      <w:jc w:val="left"/>
    </w:pPr>
    <w:rPr>
      <w:rFonts w:eastAsia="Aptos"/>
      <w:kern w:val="2"/>
      <w:lang w:val="es-C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68509">
      <w:bodyDiv w:val="1"/>
      <w:marLeft w:val="0"/>
      <w:marRight w:val="0"/>
      <w:marTop w:val="0"/>
      <w:marBottom w:val="0"/>
      <w:divBdr>
        <w:top w:val="none" w:sz="0" w:space="0" w:color="auto"/>
        <w:left w:val="none" w:sz="0" w:space="0" w:color="auto"/>
        <w:bottom w:val="none" w:sz="0" w:space="0" w:color="auto"/>
        <w:right w:val="none" w:sz="0" w:space="0" w:color="auto"/>
      </w:divBdr>
      <w:divsChild>
        <w:div w:id="939725847">
          <w:marLeft w:val="0"/>
          <w:marRight w:val="0"/>
          <w:marTop w:val="0"/>
          <w:marBottom w:val="0"/>
          <w:divBdr>
            <w:top w:val="none" w:sz="0" w:space="0" w:color="auto"/>
            <w:left w:val="none" w:sz="0" w:space="0" w:color="auto"/>
            <w:bottom w:val="none" w:sz="0" w:space="0" w:color="auto"/>
            <w:right w:val="none" w:sz="0" w:space="0" w:color="auto"/>
          </w:divBdr>
          <w:divsChild>
            <w:div w:id="9022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91085">
      <w:bodyDiv w:val="1"/>
      <w:marLeft w:val="0"/>
      <w:marRight w:val="0"/>
      <w:marTop w:val="0"/>
      <w:marBottom w:val="0"/>
      <w:divBdr>
        <w:top w:val="none" w:sz="0" w:space="0" w:color="auto"/>
        <w:left w:val="none" w:sz="0" w:space="0" w:color="auto"/>
        <w:bottom w:val="none" w:sz="0" w:space="0" w:color="auto"/>
        <w:right w:val="none" w:sz="0" w:space="0" w:color="auto"/>
      </w:divBdr>
      <w:divsChild>
        <w:div w:id="1105921828">
          <w:marLeft w:val="0"/>
          <w:marRight w:val="0"/>
          <w:marTop w:val="0"/>
          <w:marBottom w:val="0"/>
          <w:divBdr>
            <w:top w:val="none" w:sz="0" w:space="0" w:color="auto"/>
            <w:left w:val="none" w:sz="0" w:space="0" w:color="auto"/>
            <w:bottom w:val="none" w:sz="0" w:space="0" w:color="auto"/>
            <w:right w:val="none" w:sz="0" w:space="0" w:color="auto"/>
          </w:divBdr>
          <w:divsChild>
            <w:div w:id="769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4117</Words>
  <Characters>22646</Characters>
  <Application>Microsoft Office Word</Application>
  <DocSecurity>0</DocSecurity>
  <Lines>188</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cp:lastModifiedBy>
  <cp:revision>2</cp:revision>
  <cp:lastPrinted>2025-07-24T22:05:00Z</cp:lastPrinted>
  <dcterms:created xsi:type="dcterms:W3CDTF">2026-10-29T12:11:00Z</dcterms:created>
  <dcterms:modified xsi:type="dcterms:W3CDTF">2026-10-29T12:11:00Z</dcterms:modified>
  <cp:category/>
</cp:coreProperties>
</file>